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1AD43" w14:textId="77777777" w:rsidR="00F052DF" w:rsidRPr="000F5329" w:rsidRDefault="00000000">
      <w:pPr>
        <w:rPr>
          <w:lang w:val="pl-PL"/>
        </w:rPr>
      </w:pPr>
      <w:r w:rsidRPr="000F5329">
        <w:rPr>
          <w:b/>
          <w:lang w:val="pl-PL"/>
        </w:rPr>
        <w:t>PRILOG 1</w:t>
      </w:r>
    </w:p>
    <w:p w14:paraId="3130AECB" w14:textId="77777777" w:rsidR="00F052DF" w:rsidRPr="000F5329" w:rsidRDefault="00000000">
      <w:pPr>
        <w:pStyle w:val="Naslov"/>
        <w:rPr>
          <w:lang w:val="pl-PL"/>
        </w:rPr>
      </w:pPr>
      <w:r w:rsidRPr="000F5329">
        <w:rPr>
          <w:lang w:val="pl-PL"/>
        </w:rPr>
        <w:t>PRIJAVNI OBRAZAC ZA DODJELU POTPORE</w:t>
      </w:r>
    </w:p>
    <w:p w14:paraId="33AE7837" w14:textId="77777777" w:rsidR="00F052DF" w:rsidRPr="000F5329" w:rsidRDefault="00000000">
      <w:pPr>
        <w:rPr>
          <w:lang w:val="pl-PL"/>
        </w:rPr>
      </w:pPr>
      <w:r w:rsidRPr="000F5329">
        <w:rPr>
          <w:lang w:val="pl-PL"/>
        </w:rPr>
        <w:t>uz Javni poziv za dodjelu potpora male vrijednosti ženama poduzetnicama na području Grada Ploča za 2026. godinu</w:t>
      </w:r>
    </w:p>
    <w:p w14:paraId="4746A0FC" w14:textId="77777777" w:rsidR="00F052DF" w:rsidRPr="000F5329" w:rsidRDefault="00000000">
      <w:pPr>
        <w:rPr>
          <w:lang w:val="pl-PL"/>
        </w:rPr>
      </w:pPr>
      <w:r w:rsidRPr="000F5329">
        <w:rPr>
          <w:lang w:val="pl-PL"/>
        </w:rPr>
        <w:t>Popuniti sva primjenjiva polja. Kod ponuđenih odgovora označiti odgovarajuću mogućnost. Ako polje nije primjenjivo, upisati „nije primjenjivo”.</w:t>
      </w:r>
    </w:p>
    <w:p w14:paraId="7B9AB690" w14:textId="77777777" w:rsidR="00F052DF" w:rsidRPr="000F5329" w:rsidRDefault="00000000">
      <w:pPr>
        <w:pStyle w:val="Naslov1"/>
        <w:rPr>
          <w:lang w:val="pl-PL"/>
        </w:rPr>
      </w:pPr>
      <w:r w:rsidRPr="000F5329">
        <w:rPr>
          <w:lang w:val="pl-PL"/>
        </w:rPr>
        <w:t>I. Podaci o prijaviteljici</w:t>
      </w:r>
    </w:p>
    <w:p w14:paraId="795ABC67" w14:textId="77777777" w:rsidR="00F052DF" w:rsidRPr="000F5329" w:rsidRDefault="00000000">
      <w:pPr>
        <w:rPr>
          <w:lang w:val="pl-PL"/>
        </w:rPr>
      </w:pPr>
      <w:r w:rsidRPr="000F5329">
        <w:rPr>
          <w:lang w:val="pl-PL"/>
        </w:rPr>
        <w:t>Naziv poslovnog subjekta</w:t>
      </w:r>
      <w:r w:rsidRPr="000F5329">
        <w:rPr>
          <w:lang w:val="pl-PL"/>
        </w:rPr>
        <w:br/>
        <w:t>__________________________________________________________________________________</w:t>
      </w:r>
    </w:p>
    <w:p w14:paraId="28FAB2A1" w14:textId="77777777" w:rsidR="00F052DF" w:rsidRPr="000F5329" w:rsidRDefault="00000000">
      <w:pPr>
        <w:rPr>
          <w:lang w:val="pl-PL"/>
        </w:rPr>
      </w:pPr>
      <w:r w:rsidRPr="000F5329">
        <w:rPr>
          <w:lang w:val="pl-PL"/>
        </w:rPr>
        <w:t>OIB poslovnog subjekta</w:t>
      </w:r>
      <w:r w:rsidRPr="000F5329">
        <w:rPr>
          <w:lang w:val="pl-PL"/>
        </w:rPr>
        <w:br/>
        <w:t>__________________________________________________________________________________</w:t>
      </w:r>
    </w:p>
    <w:p w14:paraId="34A3A407" w14:textId="77777777" w:rsidR="00F052DF" w:rsidRPr="000F5329" w:rsidRDefault="00000000">
      <w:pPr>
        <w:rPr>
          <w:lang w:val="pl-PL"/>
        </w:rPr>
      </w:pPr>
      <w:r w:rsidRPr="000F5329">
        <w:rPr>
          <w:lang w:val="pl-PL"/>
        </w:rPr>
        <w:t>Sjedište i adresa poslovnog subjekta</w:t>
      </w:r>
      <w:r w:rsidRPr="000F5329">
        <w:rPr>
          <w:lang w:val="pl-PL"/>
        </w:rPr>
        <w:br/>
        <w:t>__________________________________________________________________________________</w:t>
      </w:r>
    </w:p>
    <w:p w14:paraId="04D87CB5" w14:textId="77777777" w:rsidR="00F052DF" w:rsidRPr="000F5329" w:rsidRDefault="00000000">
      <w:pPr>
        <w:rPr>
          <w:lang w:val="pl-PL"/>
        </w:rPr>
      </w:pPr>
      <w:r w:rsidRPr="000F5329">
        <w:rPr>
          <w:lang w:val="pl-PL"/>
        </w:rPr>
        <w:t>Ime i prezime osobe ovlaštene za zastupanje</w:t>
      </w:r>
      <w:r w:rsidRPr="000F5329">
        <w:rPr>
          <w:lang w:val="pl-PL"/>
        </w:rPr>
        <w:br/>
        <w:t>__________________________________________________________________________________</w:t>
      </w:r>
    </w:p>
    <w:p w14:paraId="0034EF45" w14:textId="77777777" w:rsidR="00F052DF" w:rsidRPr="000F5329" w:rsidRDefault="00000000">
      <w:pPr>
        <w:rPr>
          <w:lang w:val="pl-PL"/>
        </w:rPr>
      </w:pPr>
      <w:r w:rsidRPr="000F5329">
        <w:rPr>
          <w:lang w:val="pl-PL"/>
        </w:rPr>
        <w:t>Ime i prezime vlasnice / nositeljice OPG-a te udio vlasništva žena (%)</w:t>
      </w:r>
      <w:r w:rsidRPr="000F5329">
        <w:rPr>
          <w:lang w:val="pl-PL"/>
        </w:rPr>
        <w:br/>
        <w:t>__________________________________________________________________________________</w:t>
      </w:r>
    </w:p>
    <w:p w14:paraId="09CBD06F" w14:textId="77777777" w:rsidR="00F052DF" w:rsidRPr="000F5329" w:rsidRDefault="00000000">
      <w:pPr>
        <w:rPr>
          <w:lang w:val="pl-PL"/>
        </w:rPr>
      </w:pPr>
      <w:r w:rsidRPr="000F5329">
        <w:rPr>
          <w:lang w:val="pl-PL"/>
        </w:rPr>
        <w:t>Oblik registracije:  ☐ trgovačko društvo   ☐ obrt   ☐ OPG</w:t>
      </w:r>
    </w:p>
    <w:p w14:paraId="6B07E5CD" w14:textId="77777777" w:rsidR="00F052DF" w:rsidRPr="000F5329" w:rsidRDefault="00000000">
      <w:pPr>
        <w:rPr>
          <w:lang w:val="pl-PL"/>
        </w:rPr>
      </w:pPr>
      <w:r w:rsidRPr="000F5329">
        <w:rPr>
          <w:lang w:val="pl-PL"/>
        </w:rPr>
        <w:t>Datum osnivanja: __________________   Datum početka poslovanja: __________________</w:t>
      </w:r>
    </w:p>
    <w:p w14:paraId="2907C986" w14:textId="77777777" w:rsidR="00F052DF" w:rsidRPr="000F5329" w:rsidRDefault="00000000">
      <w:pPr>
        <w:rPr>
          <w:lang w:val="pl-PL"/>
        </w:rPr>
      </w:pPr>
      <w:r w:rsidRPr="000F5329">
        <w:rPr>
          <w:lang w:val="pl-PL"/>
        </w:rPr>
        <w:t>Registrirana djelatnost (brojčana oznaka i naziv prema važećem NKD-u)</w:t>
      </w:r>
      <w:r w:rsidRPr="000F5329">
        <w:rPr>
          <w:lang w:val="pl-PL"/>
        </w:rPr>
        <w:br/>
        <w:t>__________________________________________________________________________________</w:t>
      </w:r>
    </w:p>
    <w:p w14:paraId="2ACADF24" w14:textId="77777777" w:rsidR="00F052DF" w:rsidRPr="000F5329" w:rsidRDefault="00000000">
      <w:pPr>
        <w:rPr>
          <w:lang w:val="pl-PL"/>
        </w:rPr>
      </w:pPr>
      <w:r w:rsidRPr="000F5329">
        <w:rPr>
          <w:lang w:val="pl-PL"/>
        </w:rPr>
        <w:t>Telefon: _______________________   E-pošta: _________________________________</w:t>
      </w:r>
    </w:p>
    <w:p w14:paraId="43DF2A2A" w14:textId="77777777" w:rsidR="00F052DF" w:rsidRPr="000F5329" w:rsidRDefault="00000000">
      <w:pPr>
        <w:rPr>
          <w:lang w:val="pl-PL"/>
        </w:rPr>
      </w:pPr>
      <w:r w:rsidRPr="000F5329">
        <w:rPr>
          <w:lang w:val="pl-PL"/>
        </w:rPr>
        <w:t>Poslovna banka: ___________________________________________________________</w:t>
      </w:r>
    </w:p>
    <w:p w14:paraId="63616F0A" w14:textId="77777777" w:rsidR="00F052DF" w:rsidRPr="000F5329" w:rsidRDefault="00000000">
      <w:pPr>
        <w:rPr>
          <w:lang w:val="pl-PL"/>
        </w:rPr>
      </w:pPr>
      <w:r w:rsidRPr="000F5329">
        <w:rPr>
          <w:lang w:val="pl-PL"/>
        </w:rPr>
        <w:t>IBAN poslovnog subjekta: ___________________________________________________</w:t>
      </w:r>
    </w:p>
    <w:p w14:paraId="2BEDAE0C" w14:textId="77777777" w:rsidR="00F052DF" w:rsidRPr="000F5329" w:rsidRDefault="00000000">
      <w:pPr>
        <w:rPr>
          <w:lang w:val="pl-PL"/>
        </w:rPr>
      </w:pPr>
      <w:r w:rsidRPr="000F5329">
        <w:rPr>
          <w:lang w:val="pl-PL"/>
        </w:rPr>
        <w:t>Broj zaposlenih ukupno: ______   Od toga na neodređeno vrijeme: ______</w:t>
      </w:r>
    </w:p>
    <w:p w14:paraId="62D3FC94" w14:textId="77777777" w:rsidR="00F052DF" w:rsidRPr="000F5329" w:rsidRDefault="00000000">
      <w:pPr>
        <w:rPr>
          <w:lang w:val="pl-PL"/>
        </w:rPr>
      </w:pPr>
      <w:r w:rsidRPr="000F5329">
        <w:rPr>
          <w:lang w:val="pl-PL"/>
        </w:rPr>
        <w:t>Potpora prema ovom Programu ostvarena u 2025. godini:  ☐ DA   ☐ NE</w:t>
      </w:r>
    </w:p>
    <w:p w14:paraId="798DB638" w14:textId="77777777" w:rsidR="00F052DF" w:rsidRPr="000F5329" w:rsidRDefault="00000000">
      <w:pPr>
        <w:rPr>
          <w:lang w:val="pl-PL"/>
        </w:rPr>
      </w:pPr>
      <w:r w:rsidRPr="000F5329">
        <w:rPr>
          <w:lang w:val="pl-PL"/>
        </w:rPr>
        <w:br w:type="page"/>
      </w:r>
    </w:p>
    <w:p w14:paraId="4C94773B" w14:textId="77777777" w:rsidR="00F052DF" w:rsidRPr="000F5329" w:rsidRDefault="00000000">
      <w:pPr>
        <w:pStyle w:val="Naslov1"/>
        <w:rPr>
          <w:lang w:val="pl-PL"/>
        </w:rPr>
      </w:pPr>
      <w:r w:rsidRPr="000F5329">
        <w:rPr>
          <w:lang w:val="pl-PL"/>
        </w:rPr>
        <w:lastRenderedPageBreak/>
        <w:t>II. Ulaganje i traženi iznos potpore</w:t>
      </w:r>
    </w:p>
    <w:p w14:paraId="76AEFA0E" w14:textId="37CEE615" w:rsidR="00F052DF" w:rsidRPr="000F5329" w:rsidRDefault="00000000">
      <w:pPr>
        <w:rPr>
          <w:lang w:val="pl-PL"/>
        </w:rPr>
      </w:pPr>
      <w:r w:rsidRPr="000F5329">
        <w:rPr>
          <w:lang w:val="pl-PL"/>
        </w:rPr>
        <w:t>Naziv i mjesto provedbe ulaganja</w:t>
      </w:r>
      <w:r w:rsidR="000F5329">
        <w:rPr>
          <w:lang w:val="pl-PL"/>
        </w:rPr>
        <w:t>:</w:t>
      </w:r>
      <w:r w:rsidRPr="000F5329">
        <w:rPr>
          <w:lang w:val="pl-PL"/>
        </w:rPr>
        <w:br/>
        <w:t>__________________________________________________________________________________</w:t>
      </w:r>
    </w:p>
    <w:p w14:paraId="31BBF34F" w14:textId="77777777" w:rsidR="00F052DF" w:rsidRPr="000F5329" w:rsidRDefault="00000000">
      <w:pPr>
        <w:rPr>
          <w:lang w:val="pl-PL"/>
        </w:rPr>
      </w:pPr>
      <w:r w:rsidRPr="000F5329">
        <w:rPr>
          <w:lang w:val="pl-PL"/>
        </w:rPr>
        <w:t>Opis ulaganja i očekivani učinak na poslovanje i razvoj:</w:t>
      </w:r>
    </w:p>
    <w:p w14:paraId="1271D9DF" w14:textId="77777777" w:rsidR="00F052DF" w:rsidRPr="000F5329" w:rsidRDefault="00000000">
      <w:pPr>
        <w:rPr>
          <w:lang w:val="pl-PL"/>
        </w:rPr>
      </w:pPr>
      <w:r w:rsidRPr="000F5329">
        <w:rPr>
          <w:lang w:val="pl-PL"/>
        </w:rPr>
        <w:t>__________________________________________________________________________________</w:t>
      </w:r>
    </w:p>
    <w:p w14:paraId="34BFEE05" w14:textId="77777777" w:rsidR="00F052DF" w:rsidRPr="000F5329" w:rsidRDefault="00000000">
      <w:pPr>
        <w:rPr>
          <w:lang w:val="pl-PL"/>
        </w:rPr>
      </w:pPr>
      <w:r w:rsidRPr="000F5329">
        <w:rPr>
          <w:lang w:val="pl-PL"/>
        </w:rPr>
        <w:t>__________________________________________________________________________________</w:t>
      </w:r>
    </w:p>
    <w:p w14:paraId="421AFD86" w14:textId="77777777" w:rsidR="00F052DF" w:rsidRPr="000F5329" w:rsidRDefault="00000000">
      <w:pPr>
        <w:rPr>
          <w:lang w:val="pl-PL"/>
        </w:rPr>
      </w:pPr>
      <w:r w:rsidRPr="000F5329">
        <w:rPr>
          <w:lang w:val="pl-PL"/>
        </w:rPr>
        <w:t>Planirano razdoblje provedbe: od __________________ do __________________</w:t>
      </w:r>
    </w:p>
    <w:p w14:paraId="207CD101" w14:textId="77777777" w:rsidR="00F052DF" w:rsidRPr="000F5329" w:rsidRDefault="00000000">
      <w:pPr>
        <w:rPr>
          <w:lang w:val="pl-PL"/>
        </w:rPr>
      </w:pPr>
      <w:r w:rsidRPr="000F5329">
        <w:rPr>
          <w:lang w:val="pl-PL"/>
        </w:rPr>
        <w:t>Upisati traženi iznos uz prijavljene namjene. Iznosi se iskazuju u EUR, bez PDV-a. Zbroj tražene potpore ne smije biti veći od 1.000,00 EUR niti od prihvatljivih troškova.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70"/>
        <w:gridCol w:w="2268"/>
      </w:tblGrid>
      <w:tr w:rsidR="00F052DF" w14:paraId="40AD17B5" w14:textId="77777777">
        <w:trPr>
          <w:cantSplit/>
          <w:tblHeader/>
          <w:jc w:val="center"/>
        </w:trPr>
        <w:tc>
          <w:tcPr>
            <w:tcW w:w="73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6AC63D" w14:textId="77777777" w:rsidR="00F052DF" w:rsidRPr="000F5329" w:rsidRDefault="00000000">
            <w:pPr>
              <w:spacing w:before="40" w:after="40"/>
              <w:rPr>
                <w:lang w:val="pl-PL"/>
              </w:rPr>
            </w:pPr>
            <w:r w:rsidRPr="000F5329">
              <w:rPr>
                <w:b/>
                <w:sz w:val="20"/>
                <w:lang w:val="pl-PL"/>
              </w:rPr>
              <w:t>Prihvatljiva namjena prema točki 4. Javnog poziva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43F8CF" w14:textId="77777777" w:rsidR="00F052DF" w:rsidRDefault="00000000">
            <w:pPr>
              <w:spacing w:before="40" w:after="40"/>
            </w:pPr>
            <w:proofErr w:type="spellStart"/>
            <w:r>
              <w:rPr>
                <w:b/>
                <w:sz w:val="20"/>
              </w:rPr>
              <w:t>Tražena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potpora</w:t>
            </w:r>
            <w:proofErr w:type="spellEnd"/>
            <w:r>
              <w:rPr>
                <w:b/>
                <w:sz w:val="20"/>
              </w:rPr>
              <w:t xml:space="preserve"> (EUR)</w:t>
            </w:r>
          </w:p>
        </w:tc>
      </w:tr>
      <w:tr w:rsidR="00F052DF" w14:paraId="5C0AE117" w14:textId="77777777">
        <w:trPr>
          <w:cantSplit/>
          <w:jc w:val="center"/>
        </w:trPr>
        <w:tc>
          <w:tcPr>
            <w:tcW w:w="73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7353FE" w14:textId="77777777" w:rsidR="00F052DF" w:rsidRDefault="00000000">
            <w:pPr>
              <w:spacing w:before="40" w:after="40"/>
            </w:pPr>
            <w:r>
              <w:rPr>
                <w:sz w:val="20"/>
              </w:rPr>
              <w:t>I. Opremanje poslovnog prostora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6A1DED" w14:textId="77777777" w:rsidR="00F052DF" w:rsidRDefault="00F052DF">
            <w:pPr>
              <w:spacing w:before="40" w:after="40"/>
            </w:pPr>
          </w:p>
        </w:tc>
      </w:tr>
      <w:tr w:rsidR="00F052DF" w:rsidRPr="000F5329" w14:paraId="3D5ECE79" w14:textId="77777777">
        <w:trPr>
          <w:cantSplit/>
          <w:jc w:val="center"/>
        </w:trPr>
        <w:tc>
          <w:tcPr>
            <w:tcW w:w="73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6A20F3" w14:textId="77777777" w:rsidR="00F052DF" w:rsidRPr="000F5329" w:rsidRDefault="00000000">
            <w:pPr>
              <w:spacing w:before="40" w:after="40"/>
              <w:rPr>
                <w:lang w:val="pl-PL"/>
              </w:rPr>
            </w:pPr>
            <w:r w:rsidRPr="000F5329">
              <w:rPr>
                <w:sz w:val="20"/>
                <w:lang w:val="pl-PL"/>
              </w:rPr>
              <w:t>I. Izrada poslovnog plana i konzultantske usluge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7ECBD8" w14:textId="77777777" w:rsidR="00F052DF" w:rsidRPr="000F5329" w:rsidRDefault="00F052DF">
            <w:pPr>
              <w:spacing w:before="40" w:after="40"/>
              <w:rPr>
                <w:lang w:val="pl-PL"/>
              </w:rPr>
            </w:pPr>
          </w:p>
        </w:tc>
      </w:tr>
      <w:tr w:rsidR="00F052DF" w14:paraId="3EE409A3" w14:textId="77777777">
        <w:trPr>
          <w:cantSplit/>
          <w:jc w:val="center"/>
        </w:trPr>
        <w:tc>
          <w:tcPr>
            <w:tcW w:w="73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23C9DA" w14:textId="77777777" w:rsidR="00F052DF" w:rsidRDefault="00000000">
            <w:pPr>
              <w:spacing w:before="40" w:after="40"/>
            </w:pPr>
            <w:r>
              <w:rPr>
                <w:sz w:val="20"/>
              </w:rPr>
              <w:t>I. Izrada mrežne stranice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039E7D" w14:textId="77777777" w:rsidR="00F052DF" w:rsidRDefault="00F052DF">
            <w:pPr>
              <w:spacing w:before="40" w:after="40"/>
            </w:pPr>
          </w:p>
        </w:tc>
      </w:tr>
      <w:tr w:rsidR="00F052DF" w14:paraId="2A2DB4AC" w14:textId="77777777">
        <w:trPr>
          <w:cantSplit/>
          <w:jc w:val="center"/>
        </w:trPr>
        <w:tc>
          <w:tcPr>
            <w:tcW w:w="73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527F2A" w14:textId="77777777" w:rsidR="00F052DF" w:rsidRDefault="00000000">
            <w:pPr>
              <w:spacing w:before="40" w:after="40"/>
            </w:pPr>
            <w:r>
              <w:rPr>
                <w:sz w:val="20"/>
              </w:rPr>
              <w:t>II. Tehnološko unaprjeđenje nabavom novih strojeva ili opreme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E55D00" w14:textId="77777777" w:rsidR="00F052DF" w:rsidRDefault="00F052DF">
            <w:pPr>
              <w:spacing w:before="40" w:after="40"/>
            </w:pPr>
          </w:p>
        </w:tc>
      </w:tr>
      <w:tr w:rsidR="00F052DF" w14:paraId="1AB75BF3" w14:textId="77777777">
        <w:trPr>
          <w:cantSplit/>
          <w:jc w:val="center"/>
        </w:trPr>
        <w:tc>
          <w:tcPr>
            <w:tcW w:w="73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790513" w14:textId="77777777" w:rsidR="00F052DF" w:rsidRDefault="00000000">
            <w:pPr>
              <w:spacing w:before="40" w:after="40"/>
            </w:pPr>
            <w:r>
              <w:rPr>
                <w:sz w:val="20"/>
              </w:rPr>
              <w:t>II. Razvoj novog proizvoda ili usluge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C47488" w14:textId="77777777" w:rsidR="00F052DF" w:rsidRDefault="00F052DF">
            <w:pPr>
              <w:spacing w:before="40" w:after="40"/>
            </w:pPr>
          </w:p>
        </w:tc>
      </w:tr>
      <w:tr w:rsidR="00F052DF" w:rsidRPr="000F5329" w14:paraId="01FA86EA" w14:textId="77777777">
        <w:trPr>
          <w:cantSplit/>
          <w:jc w:val="center"/>
        </w:trPr>
        <w:tc>
          <w:tcPr>
            <w:tcW w:w="73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4F4B41" w14:textId="77777777" w:rsidR="00F052DF" w:rsidRPr="000F5329" w:rsidRDefault="00000000">
            <w:pPr>
              <w:spacing w:before="40" w:after="40"/>
              <w:rPr>
                <w:lang w:val="pl-PL"/>
              </w:rPr>
            </w:pPr>
            <w:r w:rsidRPr="000F5329">
              <w:rPr>
                <w:sz w:val="20"/>
                <w:lang w:val="pl-PL"/>
              </w:rPr>
              <w:t>II. Predstavljanje inovacija i novih proizvoda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06A527" w14:textId="77777777" w:rsidR="00F052DF" w:rsidRPr="000F5329" w:rsidRDefault="00F052DF">
            <w:pPr>
              <w:spacing w:before="40" w:after="40"/>
              <w:rPr>
                <w:lang w:val="pl-PL"/>
              </w:rPr>
            </w:pPr>
          </w:p>
        </w:tc>
      </w:tr>
      <w:tr w:rsidR="00F052DF" w:rsidRPr="000F5329" w14:paraId="4D489599" w14:textId="77777777">
        <w:trPr>
          <w:cantSplit/>
          <w:jc w:val="center"/>
        </w:trPr>
        <w:tc>
          <w:tcPr>
            <w:tcW w:w="73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1665E6" w14:textId="77777777" w:rsidR="00F052DF" w:rsidRPr="000F5329" w:rsidRDefault="00000000">
            <w:pPr>
              <w:spacing w:before="40" w:after="40"/>
              <w:rPr>
                <w:lang w:val="pl-PL"/>
              </w:rPr>
            </w:pPr>
            <w:r w:rsidRPr="000F5329">
              <w:rPr>
                <w:sz w:val="20"/>
                <w:lang w:val="pl-PL"/>
              </w:rPr>
              <w:t>II. Međunarodne gospodarske aktivnosti (sajmovi, delegacije, promotivni materijali)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4FE674" w14:textId="77777777" w:rsidR="00F052DF" w:rsidRPr="000F5329" w:rsidRDefault="00F052DF">
            <w:pPr>
              <w:spacing w:before="40" w:after="40"/>
              <w:rPr>
                <w:lang w:val="pl-PL"/>
              </w:rPr>
            </w:pPr>
          </w:p>
        </w:tc>
      </w:tr>
      <w:tr w:rsidR="00F052DF" w:rsidRPr="000F5329" w14:paraId="1196317C" w14:textId="77777777">
        <w:trPr>
          <w:cantSplit/>
          <w:jc w:val="center"/>
        </w:trPr>
        <w:tc>
          <w:tcPr>
            <w:tcW w:w="73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A00044" w14:textId="77777777" w:rsidR="00F052DF" w:rsidRPr="000F5329" w:rsidRDefault="00000000">
            <w:pPr>
              <w:spacing w:before="40" w:after="40"/>
              <w:rPr>
                <w:lang w:val="pl-PL"/>
              </w:rPr>
            </w:pPr>
            <w:r w:rsidRPr="000F5329">
              <w:rPr>
                <w:sz w:val="20"/>
                <w:lang w:val="pl-PL"/>
              </w:rPr>
              <w:t>II. Nastupi na specijaliziranim sajmovima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3717BB" w14:textId="77777777" w:rsidR="00F052DF" w:rsidRPr="000F5329" w:rsidRDefault="00F052DF">
            <w:pPr>
              <w:spacing w:before="40" w:after="40"/>
              <w:rPr>
                <w:lang w:val="pl-PL"/>
              </w:rPr>
            </w:pPr>
          </w:p>
        </w:tc>
      </w:tr>
      <w:tr w:rsidR="00F052DF" w14:paraId="2C423853" w14:textId="77777777">
        <w:trPr>
          <w:cantSplit/>
          <w:jc w:val="center"/>
        </w:trPr>
        <w:tc>
          <w:tcPr>
            <w:tcW w:w="73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F51FA3" w14:textId="77777777" w:rsidR="00F052DF" w:rsidRDefault="00000000">
            <w:pPr>
              <w:spacing w:before="40" w:after="40"/>
            </w:pPr>
            <w:r>
              <w:rPr>
                <w:sz w:val="20"/>
              </w:rPr>
              <w:t>II. Marketing i novi softver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CB95E4" w14:textId="77777777" w:rsidR="00F052DF" w:rsidRDefault="00F052DF">
            <w:pPr>
              <w:spacing w:before="40" w:after="40"/>
            </w:pPr>
          </w:p>
        </w:tc>
      </w:tr>
      <w:tr w:rsidR="00F052DF" w:rsidRPr="000F5329" w14:paraId="2610926E" w14:textId="77777777">
        <w:trPr>
          <w:cantSplit/>
          <w:jc w:val="center"/>
        </w:trPr>
        <w:tc>
          <w:tcPr>
            <w:tcW w:w="73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77A298" w14:textId="77777777" w:rsidR="00F052DF" w:rsidRPr="000F5329" w:rsidRDefault="00000000">
            <w:pPr>
              <w:spacing w:before="40" w:after="40"/>
              <w:rPr>
                <w:lang w:val="pl-PL"/>
              </w:rPr>
            </w:pPr>
            <w:r w:rsidRPr="000F5329">
              <w:rPr>
                <w:sz w:val="20"/>
                <w:lang w:val="pl-PL"/>
              </w:rPr>
              <w:t>II. Edukacija i stručno osposobljavanje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A55DEA" w14:textId="77777777" w:rsidR="00F052DF" w:rsidRPr="000F5329" w:rsidRDefault="00F052DF">
            <w:pPr>
              <w:spacing w:before="40" w:after="40"/>
              <w:rPr>
                <w:lang w:val="pl-PL"/>
              </w:rPr>
            </w:pPr>
          </w:p>
        </w:tc>
      </w:tr>
      <w:tr w:rsidR="00F052DF" w:rsidRPr="000F5329" w14:paraId="49E98C68" w14:textId="77777777">
        <w:trPr>
          <w:cantSplit/>
          <w:jc w:val="center"/>
        </w:trPr>
        <w:tc>
          <w:tcPr>
            <w:tcW w:w="73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CE572E" w14:textId="77777777" w:rsidR="00F052DF" w:rsidRPr="000F5329" w:rsidRDefault="00000000">
            <w:pPr>
              <w:spacing w:before="40" w:after="40"/>
              <w:rPr>
                <w:lang w:val="pl-PL"/>
              </w:rPr>
            </w:pPr>
            <w:r w:rsidRPr="000F5329">
              <w:rPr>
                <w:sz w:val="20"/>
                <w:lang w:val="pl-PL"/>
              </w:rPr>
              <w:t>II. Uvođenje i stjecanje normi i oznaka, uključujući CE oznaku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F37C04" w14:textId="77777777" w:rsidR="00F052DF" w:rsidRPr="000F5329" w:rsidRDefault="00F052DF">
            <w:pPr>
              <w:spacing w:before="40" w:after="40"/>
              <w:rPr>
                <w:lang w:val="pl-PL"/>
              </w:rPr>
            </w:pPr>
          </w:p>
        </w:tc>
      </w:tr>
      <w:tr w:rsidR="00F052DF" w:rsidRPr="000F5329" w14:paraId="632B238C" w14:textId="77777777">
        <w:trPr>
          <w:cantSplit/>
          <w:jc w:val="center"/>
        </w:trPr>
        <w:tc>
          <w:tcPr>
            <w:tcW w:w="73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BC3B4A" w14:textId="77777777" w:rsidR="00F052DF" w:rsidRPr="000F5329" w:rsidRDefault="00000000">
            <w:pPr>
              <w:spacing w:before="40" w:after="40"/>
              <w:rPr>
                <w:lang w:val="pl-PL"/>
              </w:rPr>
            </w:pPr>
            <w:r w:rsidRPr="000F5329">
              <w:rPr>
                <w:sz w:val="20"/>
                <w:lang w:val="pl-PL"/>
              </w:rPr>
              <w:t>II. Pravo uporabe znakova „Hrvatska kvaliteta” i „Izvorno hrvatsko”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3B40A1" w14:textId="77777777" w:rsidR="00F052DF" w:rsidRPr="000F5329" w:rsidRDefault="00F052DF">
            <w:pPr>
              <w:spacing w:before="40" w:after="40"/>
              <w:rPr>
                <w:lang w:val="pl-PL"/>
              </w:rPr>
            </w:pPr>
          </w:p>
        </w:tc>
      </w:tr>
      <w:tr w:rsidR="00F052DF" w14:paraId="2433C19A" w14:textId="77777777">
        <w:trPr>
          <w:cantSplit/>
          <w:jc w:val="center"/>
        </w:trPr>
        <w:tc>
          <w:tcPr>
            <w:tcW w:w="73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FFA182" w14:textId="77777777" w:rsidR="00F052DF" w:rsidRDefault="00000000">
            <w:pPr>
              <w:spacing w:before="40" w:after="40"/>
            </w:pPr>
            <w:r>
              <w:rPr>
                <w:sz w:val="20"/>
              </w:rPr>
              <w:t>UKUPNO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E39E11" w14:textId="77777777" w:rsidR="00F052DF" w:rsidRDefault="00F052DF">
            <w:pPr>
              <w:spacing w:before="40" w:after="40"/>
            </w:pPr>
          </w:p>
        </w:tc>
      </w:tr>
    </w:tbl>
    <w:p w14:paraId="7096F919" w14:textId="77777777" w:rsidR="00F052DF" w:rsidRDefault="00F052DF"/>
    <w:p w14:paraId="6ADF3136" w14:textId="77777777" w:rsidR="00F052DF" w:rsidRPr="000F5329" w:rsidRDefault="00000000">
      <w:pPr>
        <w:rPr>
          <w:lang w:val="pl-PL"/>
        </w:rPr>
      </w:pPr>
      <w:r w:rsidRPr="000F5329">
        <w:rPr>
          <w:lang w:val="pl-PL"/>
        </w:rPr>
        <w:t>Ukupna vrijednost ulaganja bez PDV-a: __________ EUR; PDV: __________ EUR</w:t>
      </w:r>
    </w:p>
    <w:p w14:paraId="0F6FCBA6" w14:textId="77777777" w:rsidR="00F052DF" w:rsidRPr="000F5329" w:rsidRDefault="00000000">
      <w:pPr>
        <w:rPr>
          <w:lang w:val="pl-PL"/>
        </w:rPr>
      </w:pPr>
      <w:r w:rsidRPr="000F5329">
        <w:rPr>
          <w:lang w:val="pl-PL"/>
        </w:rPr>
        <w:t>Prihvatljivi troškovi bez PDV-a: __________ EUR; tražena potpora: __________ EUR</w:t>
      </w:r>
    </w:p>
    <w:p w14:paraId="4EE4497D" w14:textId="77777777" w:rsidR="00F052DF" w:rsidRPr="000F5329" w:rsidRDefault="00000000">
      <w:pPr>
        <w:rPr>
          <w:lang w:val="pl-PL"/>
        </w:rPr>
      </w:pPr>
      <w:r w:rsidRPr="000F5329">
        <w:rPr>
          <w:lang w:val="pl-PL"/>
        </w:rPr>
        <w:t>Vlastita sredstva: __________ EUR; drugi izvori (navesti): _______________________</w:t>
      </w:r>
    </w:p>
    <w:p w14:paraId="26E4245E" w14:textId="77777777" w:rsidR="00F052DF" w:rsidRPr="000F5329" w:rsidRDefault="00000000">
      <w:pPr>
        <w:rPr>
          <w:lang w:val="pl-PL"/>
        </w:rPr>
      </w:pPr>
      <w:r w:rsidRPr="000F5329">
        <w:rPr>
          <w:lang w:val="pl-PL"/>
        </w:rPr>
        <w:t>Iznos drugih izvora: __________ EUR; udio vlastitih ili drugih izvora: __________ %</w:t>
      </w:r>
    </w:p>
    <w:p w14:paraId="790F1D06" w14:textId="77777777" w:rsidR="000F5329" w:rsidRDefault="00000000">
      <w:pPr>
        <w:rPr>
          <w:lang w:val="pl-PL"/>
        </w:rPr>
      </w:pPr>
      <w:r w:rsidRPr="000F5329">
        <w:rPr>
          <w:lang w:val="pl-PL"/>
        </w:rPr>
        <w:t xml:space="preserve">Uz prijavu priložiti predugovore, ponude, predračune ili troškovnike. </w:t>
      </w:r>
    </w:p>
    <w:p w14:paraId="56F79B55" w14:textId="77777777" w:rsidR="000F5329" w:rsidRDefault="00000000">
      <w:pPr>
        <w:rPr>
          <w:lang w:val="pl-PL"/>
        </w:rPr>
      </w:pPr>
      <w:r w:rsidRPr="000F5329">
        <w:rPr>
          <w:lang w:val="pl-PL"/>
        </w:rPr>
        <w:t xml:space="preserve">U njima jasno označiti troškove za koje se traži potpora. </w:t>
      </w:r>
    </w:p>
    <w:p w14:paraId="4330405D" w14:textId="53D96B56" w:rsidR="00F052DF" w:rsidRPr="000F5329" w:rsidRDefault="00000000">
      <w:pPr>
        <w:rPr>
          <w:lang w:val="pl-PL"/>
        </w:rPr>
      </w:pPr>
      <w:r w:rsidRPr="000F5329">
        <w:rPr>
          <w:lang w:val="pl-PL"/>
        </w:rPr>
        <w:t>PDV i ostali troškovi iz točke 5. Javnog poziva nisu prihvatljivi.</w:t>
      </w:r>
    </w:p>
    <w:p w14:paraId="2D220A3A" w14:textId="77777777" w:rsidR="00F052DF" w:rsidRPr="000F5329" w:rsidRDefault="00000000">
      <w:pPr>
        <w:rPr>
          <w:lang w:val="pl-PL"/>
        </w:rPr>
      </w:pPr>
      <w:r w:rsidRPr="000F5329">
        <w:rPr>
          <w:lang w:val="pl-PL"/>
        </w:rPr>
        <w:br w:type="page"/>
      </w:r>
    </w:p>
    <w:p w14:paraId="0DEF0FC4" w14:textId="77777777" w:rsidR="00F052DF" w:rsidRPr="000F5329" w:rsidRDefault="00000000">
      <w:pPr>
        <w:pStyle w:val="Naslov1"/>
        <w:rPr>
          <w:lang w:val="pl-PL"/>
        </w:rPr>
      </w:pPr>
      <w:r w:rsidRPr="000F5329">
        <w:rPr>
          <w:lang w:val="pl-PL"/>
        </w:rPr>
        <w:lastRenderedPageBreak/>
        <w:t>III. Podaci za ocjenjivanje prijave</w:t>
      </w:r>
    </w:p>
    <w:p w14:paraId="273C8AA0" w14:textId="77777777" w:rsidR="00F052DF" w:rsidRPr="000F5329" w:rsidRDefault="00000000">
      <w:pPr>
        <w:rPr>
          <w:lang w:val="pl-PL"/>
        </w:rPr>
      </w:pPr>
      <w:r w:rsidRPr="000F5329">
        <w:rPr>
          <w:lang w:val="pl-PL"/>
        </w:rPr>
        <w:t>Podaci se daju radi ocjenjivanja prema točki 7. Javnog poziva. Bodovanje provodi Povjerenstvo.</w:t>
      </w:r>
    </w:p>
    <w:p w14:paraId="589EED59" w14:textId="77777777" w:rsidR="00F052DF" w:rsidRPr="000F5329" w:rsidRDefault="00000000">
      <w:pPr>
        <w:rPr>
          <w:lang w:val="pl-PL"/>
        </w:rPr>
      </w:pPr>
      <w:r w:rsidRPr="000F5329">
        <w:rPr>
          <w:lang w:val="pl-PL"/>
        </w:rPr>
        <w:t>Broj zaposlenih: ______; podatak se odnosi na datum: __________________________</w:t>
      </w:r>
    </w:p>
    <w:p w14:paraId="64044546" w14:textId="77777777" w:rsidR="00F052DF" w:rsidRPr="000F5329" w:rsidRDefault="00000000">
      <w:pPr>
        <w:rPr>
          <w:lang w:val="pl-PL"/>
        </w:rPr>
      </w:pPr>
      <w:r w:rsidRPr="000F5329">
        <w:rPr>
          <w:lang w:val="pl-PL"/>
        </w:rPr>
        <w:t>Djelatnost za koju se traži potpora (označiti):</w:t>
      </w:r>
      <w:r w:rsidRPr="000F5329">
        <w:rPr>
          <w:lang w:val="pl-PL"/>
        </w:rPr>
        <w:br/>
        <w:t>☐ proizvodne i prerađivačke djelatnosti   ☐ IT i kreativne industrije</w:t>
      </w:r>
      <w:r w:rsidRPr="000F5329">
        <w:rPr>
          <w:lang w:val="pl-PL"/>
        </w:rPr>
        <w:br/>
        <w:t>☐ usluge   ☐ trgovina</w:t>
      </w:r>
    </w:p>
    <w:p w14:paraId="12E27562" w14:textId="77777777" w:rsidR="00F052DF" w:rsidRPr="000F5329" w:rsidRDefault="00000000">
      <w:pPr>
        <w:rPr>
          <w:lang w:val="pl-PL"/>
        </w:rPr>
      </w:pPr>
      <w:r w:rsidRPr="000F5329">
        <w:rPr>
          <w:lang w:val="pl-PL"/>
        </w:rPr>
        <w:t>Opis djelatnosti ulaganja: __________________________________________________</w:t>
      </w:r>
    </w:p>
    <w:p w14:paraId="14BDFA1C" w14:textId="77777777" w:rsidR="00F052DF" w:rsidRPr="000F5329" w:rsidRDefault="00000000">
      <w:pPr>
        <w:rPr>
          <w:lang w:val="pl-PL"/>
        </w:rPr>
      </w:pPr>
      <w:r w:rsidRPr="000F5329">
        <w:rPr>
          <w:lang w:val="pl-PL"/>
        </w:rPr>
        <w:t>Trajanje poslovanja na dan prijave: ______ godina i ______ mjeseci.</w:t>
      </w:r>
    </w:p>
    <w:p w14:paraId="5730BEEA" w14:textId="77777777" w:rsidR="00F052DF" w:rsidRPr="000F5329" w:rsidRDefault="00000000">
      <w:pPr>
        <w:rPr>
          <w:lang w:val="pl-PL"/>
        </w:rPr>
      </w:pPr>
      <w:r w:rsidRPr="000F5329">
        <w:rPr>
          <w:lang w:val="pl-PL"/>
        </w:rPr>
        <w:t>Udio vlastitih ili drugih izvora financiranja naveden je u dijelu II. ovog obrasca.</w:t>
      </w:r>
    </w:p>
    <w:p w14:paraId="04190070" w14:textId="77777777" w:rsidR="00F052DF" w:rsidRPr="000F5329" w:rsidRDefault="00000000">
      <w:pPr>
        <w:rPr>
          <w:lang w:val="pl-PL"/>
        </w:rPr>
      </w:pPr>
      <w:r w:rsidRPr="000F5329">
        <w:rPr>
          <w:lang w:val="pl-PL"/>
        </w:rPr>
        <w:t>Za bodovanje invalidnosti prilažem rješenje nadležnog tijela koje se odnosi na:</w:t>
      </w:r>
      <w:r w:rsidRPr="000F5329">
        <w:rPr>
          <w:lang w:val="pl-PL"/>
        </w:rPr>
        <w:br/>
        <w:t>☐ vlasnicu   ☐ zaposlenu osobu   ☐ dijete vlasnice   ☐ ne tražim bodove po tom kriteriju</w:t>
      </w:r>
    </w:p>
    <w:p w14:paraId="4E326B9B" w14:textId="77777777" w:rsidR="00F052DF" w:rsidRPr="000F5329" w:rsidRDefault="00000000">
      <w:pPr>
        <w:pStyle w:val="Naslov1"/>
        <w:rPr>
          <w:lang w:val="pl-PL"/>
        </w:rPr>
      </w:pPr>
      <w:r w:rsidRPr="000F5329">
        <w:rPr>
          <w:lang w:val="pl-PL"/>
        </w:rPr>
        <w:t>IV. Popis priložene dokumentacije</w:t>
      </w:r>
    </w:p>
    <w:p w14:paraId="7F56E582" w14:textId="77777777" w:rsidR="00F052DF" w:rsidRPr="000F5329" w:rsidRDefault="00000000">
      <w:pPr>
        <w:rPr>
          <w:lang w:val="pl-PL"/>
        </w:rPr>
      </w:pPr>
      <w:r w:rsidRPr="000F5329">
        <w:rPr>
          <w:lang w:val="pl-PL"/>
        </w:rPr>
        <w:t>☐ Prilog 2 – ispunjena i potpisana izjava o potporama i nepostojanju dvostrukog financiranja.</w:t>
      </w:r>
    </w:p>
    <w:p w14:paraId="43AFA204" w14:textId="77777777" w:rsidR="00F052DF" w:rsidRPr="000F5329" w:rsidRDefault="00000000">
      <w:pPr>
        <w:rPr>
          <w:lang w:val="pl-PL"/>
        </w:rPr>
      </w:pPr>
      <w:r w:rsidRPr="000F5329">
        <w:rPr>
          <w:lang w:val="pl-PL"/>
        </w:rPr>
        <w:t>☐ Predugovori, ponude, predračuni ili troškovnici za prijavljene troškove.</w:t>
      </w:r>
    </w:p>
    <w:p w14:paraId="43E73B9C" w14:textId="77777777" w:rsidR="00F052DF" w:rsidRPr="000F5329" w:rsidRDefault="00000000">
      <w:pPr>
        <w:rPr>
          <w:lang w:val="pl-PL"/>
        </w:rPr>
      </w:pPr>
      <w:r w:rsidRPr="000F5329">
        <w:rPr>
          <w:lang w:val="pl-PL"/>
        </w:rPr>
        <w:t>☐ Potvrda HZMO-a o podacima evidentiranima u matičnoj evidenciji za sve zaposlene osobe.</w:t>
      </w:r>
    </w:p>
    <w:p w14:paraId="18E6A671" w14:textId="318037CC" w:rsidR="00F052DF" w:rsidRPr="000F5329" w:rsidRDefault="00000000">
      <w:pPr>
        <w:rPr>
          <w:lang w:val="pl-PL"/>
        </w:rPr>
      </w:pPr>
      <w:r w:rsidRPr="000F5329">
        <w:rPr>
          <w:lang w:val="pl-PL"/>
        </w:rPr>
        <w:t>☐ Dokaz o registraciji te dokaz o vlasničkoj strukturi</w:t>
      </w:r>
      <w:r w:rsidR="000F5329">
        <w:rPr>
          <w:lang w:val="pl-PL"/>
        </w:rPr>
        <w:t>.</w:t>
      </w:r>
    </w:p>
    <w:p w14:paraId="638BFD90" w14:textId="77777777" w:rsidR="00F052DF" w:rsidRPr="000F5329" w:rsidRDefault="00000000">
      <w:pPr>
        <w:rPr>
          <w:lang w:val="pl-PL"/>
        </w:rPr>
      </w:pPr>
      <w:r w:rsidRPr="000F5329">
        <w:rPr>
          <w:lang w:val="pl-PL"/>
        </w:rPr>
        <w:t>☐ Potvrda Porezne uprave o nepostojanju duga, ne starija od 14 dana od podnošenja prijave.</w:t>
      </w:r>
    </w:p>
    <w:p w14:paraId="0C8B6637" w14:textId="77777777" w:rsidR="00F052DF" w:rsidRPr="000F5329" w:rsidRDefault="00000000">
      <w:pPr>
        <w:rPr>
          <w:lang w:val="pl-PL"/>
        </w:rPr>
      </w:pPr>
      <w:r w:rsidRPr="000F5329">
        <w:rPr>
          <w:lang w:val="pl-PL"/>
        </w:rPr>
        <w:t>☐ Potvrda Grada Ploča o nepostojanju duga, ne starija od 14 dana od podnošenja prijave.</w:t>
      </w:r>
    </w:p>
    <w:p w14:paraId="5ADD0AD8" w14:textId="77777777" w:rsidR="00F052DF" w:rsidRPr="000F5329" w:rsidRDefault="00000000">
      <w:pPr>
        <w:rPr>
          <w:lang w:val="pl-PL"/>
        </w:rPr>
      </w:pPr>
      <w:r w:rsidRPr="000F5329">
        <w:rPr>
          <w:lang w:val="pl-PL"/>
        </w:rPr>
        <w:t>☐ Financijska odnosno porezna dokumentacija prema pravnom i poreznom statusu prijaviteljice, sukladno točki 6. Javnog poziva.</w:t>
      </w:r>
    </w:p>
    <w:p w14:paraId="6CF5E984" w14:textId="77777777" w:rsidR="00F052DF" w:rsidRPr="000F5329" w:rsidRDefault="00000000">
      <w:pPr>
        <w:rPr>
          <w:lang w:val="pl-PL"/>
        </w:rPr>
      </w:pPr>
      <w:r w:rsidRPr="000F5329">
        <w:rPr>
          <w:lang w:val="pl-PL"/>
        </w:rPr>
        <w:t>☐ Rješenje o utvrđenoj invalidnosti, ako se prilaže radi bodovanja.</w:t>
      </w:r>
    </w:p>
    <w:p w14:paraId="310C601F" w14:textId="77777777" w:rsidR="00F052DF" w:rsidRPr="000F5329" w:rsidRDefault="00000000">
      <w:pPr>
        <w:rPr>
          <w:lang w:val="pl-PL"/>
        </w:rPr>
      </w:pPr>
      <w:r w:rsidRPr="000F5329">
        <w:rPr>
          <w:lang w:val="pl-PL"/>
        </w:rPr>
        <w:t>Ostali prilozi: ______________________________________________________________</w:t>
      </w:r>
    </w:p>
    <w:p w14:paraId="42D03FC8" w14:textId="77777777" w:rsidR="00F052DF" w:rsidRPr="000F5329" w:rsidRDefault="00000000">
      <w:pPr>
        <w:pStyle w:val="Naslov1"/>
        <w:rPr>
          <w:lang w:val="pl-PL"/>
        </w:rPr>
      </w:pPr>
      <w:r w:rsidRPr="000F5329">
        <w:rPr>
          <w:lang w:val="pl-PL"/>
        </w:rPr>
        <w:t>V. Izjava prijaviteljice</w:t>
      </w:r>
    </w:p>
    <w:p w14:paraId="4A2BB02D" w14:textId="77777777" w:rsidR="00F052DF" w:rsidRPr="000F5329" w:rsidRDefault="00000000" w:rsidP="000F5329">
      <w:pPr>
        <w:jc w:val="both"/>
        <w:rPr>
          <w:lang w:val="pl-PL"/>
        </w:rPr>
      </w:pPr>
      <w:r w:rsidRPr="000F5329">
        <w:rPr>
          <w:lang w:val="pl-PL"/>
        </w:rPr>
        <w:t>Izjavljujem da su podaci u prijavi i priloženoj dokumentaciji istiniti, točni i potpuni te da sam upoznata/upoznat s uvjetima Javnog poziva i Programa. Potvrđujem da prijaviteljica ispunjava uvjete za dodjelu potpore iz točke 3. Javnog poziva. Upoznata/upoznat sam s obradom osobnih podataka u svrhu provedbe Javnog poziva prema njegovoj točki 12.</w:t>
      </w:r>
    </w:p>
    <w:p w14:paraId="091283FF" w14:textId="77777777" w:rsidR="00F052DF" w:rsidRPr="000F5329" w:rsidRDefault="00000000">
      <w:pPr>
        <w:rPr>
          <w:lang w:val="pl-PL"/>
        </w:rPr>
      </w:pPr>
      <w:r w:rsidRPr="000F5329">
        <w:rPr>
          <w:lang w:val="pl-PL"/>
        </w:rPr>
        <w:t>Mjesto i datum: ______________________________</w:t>
      </w:r>
    </w:p>
    <w:p w14:paraId="265E725A" w14:textId="77777777" w:rsidR="00F052DF" w:rsidRPr="000F5329" w:rsidRDefault="00000000">
      <w:pPr>
        <w:rPr>
          <w:lang w:val="pl-PL"/>
        </w:rPr>
      </w:pPr>
      <w:r w:rsidRPr="000F5329">
        <w:rPr>
          <w:lang w:val="pl-PL"/>
        </w:rPr>
        <w:t>Ime i prezime osobe ovlaštene za zastupanje: ______________________________</w:t>
      </w:r>
    </w:p>
    <w:p w14:paraId="1055C0B0" w14:textId="77777777" w:rsidR="00F052DF" w:rsidRDefault="00000000">
      <w:proofErr w:type="spellStart"/>
      <w:r>
        <w:t>Potpis</w:t>
      </w:r>
      <w:proofErr w:type="spellEnd"/>
      <w:r>
        <w:t>: ______________________________</w:t>
      </w:r>
    </w:p>
    <w:sectPr w:rsidR="00F052DF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00706971">
    <w:abstractNumId w:val="8"/>
  </w:num>
  <w:num w:numId="2" w16cid:durableId="665788226">
    <w:abstractNumId w:val="6"/>
  </w:num>
  <w:num w:numId="3" w16cid:durableId="1883013076">
    <w:abstractNumId w:val="5"/>
  </w:num>
  <w:num w:numId="4" w16cid:durableId="2080055153">
    <w:abstractNumId w:val="4"/>
  </w:num>
  <w:num w:numId="5" w16cid:durableId="2130318323">
    <w:abstractNumId w:val="7"/>
  </w:num>
  <w:num w:numId="6" w16cid:durableId="104232810">
    <w:abstractNumId w:val="3"/>
  </w:num>
  <w:num w:numId="7" w16cid:durableId="777338777">
    <w:abstractNumId w:val="2"/>
  </w:num>
  <w:num w:numId="8" w16cid:durableId="1749187593">
    <w:abstractNumId w:val="1"/>
  </w:num>
  <w:num w:numId="9" w16cid:durableId="16512509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5329"/>
    <w:rsid w:val="0015074B"/>
    <w:rsid w:val="0029639D"/>
    <w:rsid w:val="00326F90"/>
    <w:rsid w:val="007C609D"/>
    <w:rsid w:val="009A0868"/>
    <w:rsid w:val="00AA1D8D"/>
    <w:rsid w:val="00B47730"/>
    <w:rsid w:val="00CA2DE1"/>
    <w:rsid w:val="00CB0664"/>
    <w:rsid w:val="00F052D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F8A5F0"/>
  <w14:defaultImageDpi w14:val="300"/>
  <w15:docId w15:val="{BC92EB74-DAE7-4371-A630-4C13A8EB3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2" w:lineRule="auto"/>
    </w:pPr>
    <w:rPr>
      <w:color w:val="000000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/>
      <w:outlineLvl w:val="0"/>
    </w:pPr>
    <w:rPr>
      <w:b/>
      <w:bCs/>
      <w:sz w:val="24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/>
      <w:outlineLvl w:val="1"/>
    </w:pPr>
    <w:rPr>
      <w:b/>
      <w:bCs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spacing w:line="240" w:lineRule="auto"/>
      <w:contextualSpacing/>
    </w:pPr>
    <w:rPr>
      <w:b/>
      <w:spacing w:val="5"/>
      <w:kern w:val="28"/>
      <w:sz w:val="28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824</Words>
  <Characters>4700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Ivana Šalinović Radaljac</cp:lastModifiedBy>
  <cp:revision>3</cp:revision>
  <dcterms:created xsi:type="dcterms:W3CDTF">2026-10-05T12:24:00Z</dcterms:created>
  <dcterms:modified xsi:type="dcterms:W3CDTF">2026-10-05T12:30:00Z</dcterms:modified>
  <cp:category/>
</cp:coreProperties>
</file>