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A200C6" w14:textId="30602F53" w:rsidR="00EE7145" w:rsidRPr="000C11BD" w:rsidRDefault="00EE7145" w:rsidP="000C11BD">
      <w:pPr>
        <w:pStyle w:val="Bezproreda"/>
        <w:ind w:firstLine="720"/>
        <w:jc w:val="both"/>
        <w:rPr>
          <w:rFonts w:ascii="Times New Roman" w:eastAsia="SimSun" w:hAnsi="Times New Roman" w:cs="Times New Roman"/>
          <w:kern w:val="3"/>
          <w:sz w:val="24"/>
          <w:szCs w:val="24"/>
          <w:lang w:val="hr-HR" w:eastAsia="zh-CN" w:bidi="hi-IN"/>
        </w:rPr>
      </w:pPr>
      <w:r w:rsidRPr="000C11BD">
        <w:rPr>
          <w:rFonts w:ascii="Times New Roman" w:eastAsia="Times New Roman" w:hAnsi="Times New Roman" w:cs="Times New Roman"/>
          <w:sz w:val="24"/>
          <w:szCs w:val="24"/>
          <w:lang w:val="hr-HR"/>
        </w:rPr>
        <w:t>Na temelju članka 48. Zakona o lokalnoj i područnoj (regionalnoj) samoupravi (Narodne novine, broj 33/01, 60/01, 129/05, 109/07, 125/08, 36/09, 150/11, 144/12, 19/13, 137/15, 123/17, 98/19 i 144/20)</w:t>
      </w:r>
      <w:r w:rsidR="000E3576" w:rsidRPr="000C11BD">
        <w:rPr>
          <w:rFonts w:ascii="Times New Roman" w:eastAsia="Times New Roman" w:hAnsi="Times New Roman" w:cs="Times New Roman"/>
          <w:sz w:val="24"/>
          <w:szCs w:val="24"/>
          <w:lang w:val="hr-HR"/>
        </w:rPr>
        <w:t xml:space="preserve">, </w:t>
      </w:r>
      <w:r w:rsidRPr="000C11BD">
        <w:rPr>
          <w:rFonts w:ascii="Times New Roman" w:eastAsia="Times New Roman" w:hAnsi="Times New Roman" w:cs="Times New Roman"/>
          <w:sz w:val="24"/>
          <w:szCs w:val="24"/>
          <w:lang w:val="hr-HR"/>
        </w:rPr>
        <w:t>članka 53. i 98. Statuta Grada Ploča (Službeni glasnik Grada Ploča, broj 5/24 i 2/25) Gradonačelnik Grada Ploča</w:t>
      </w:r>
      <w:r w:rsidR="006901D0" w:rsidRPr="000C11BD">
        <w:rPr>
          <w:rFonts w:ascii="Times New Roman" w:eastAsia="Times New Roman" w:hAnsi="Times New Roman" w:cs="Times New Roman"/>
          <w:sz w:val="24"/>
          <w:szCs w:val="24"/>
          <w:lang w:val="hr-HR"/>
        </w:rPr>
        <w:t>,</w:t>
      </w:r>
      <w:r w:rsidRPr="000C11BD">
        <w:rPr>
          <w:rFonts w:ascii="Times New Roman" w:eastAsia="Times New Roman" w:hAnsi="Times New Roman" w:cs="Times New Roman"/>
          <w:sz w:val="24"/>
          <w:szCs w:val="24"/>
          <w:lang w:val="hr-HR"/>
        </w:rPr>
        <w:t xml:space="preserve"> donosi</w:t>
      </w:r>
    </w:p>
    <w:p w14:paraId="67D0FB62" w14:textId="77777777" w:rsidR="003907D9" w:rsidRPr="000C11BD" w:rsidRDefault="003907D9" w:rsidP="000C11BD">
      <w:pPr>
        <w:spacing w:line="240" w:lineRule="auto"/>
        <w:rPr>
          <w:rFonts w:cs="Times New Roman"/>
          <w:szCs w:val="24"/>
          <w:lang w:val="hr-HR"/>
        </w:rPr>
      </w:pPr>
    </w:p>
    <w:p w14:paraId="13F61179" w14:textId="3277DB0F" w:rsidR="009915DC" w:rsidRPr="000C11BD" w:rsidRDefault="00831AB5" w:rsidP="000C11BD">
      <w:pPr>
        <w:spacing w:line="240" w:lineRule="auto"/>
        <w:jc w:val="center"/>
        <w:rPr>
          <w:rFonts w:cs="Times New Roman"/>
          <w:szCs w:val="24"/>
          <w:lang w:val="hr-HR"/>
        </w:rPr>
      </w:pPr>
      <w:r w:rsidRPr="000C11BD">
        <w:rPr>
          <w:rFonts w:cs="Times New Roman"/>
          <w:szCs w:val="24"/>
          <w:lang w:val="hr-HR"/>
        </w:rPr>
        <w:t>PRAVILNIK</w:t>
      </w:r>
      <w:r w:rsidRPr="000C11BD">
        <w:rPr>
          <w:rFonts w:cs="Times New Roman"/>
          <w:szCs w:val="24"/>
          <w:lang w:val="hr-HR"/>
        </w:rPr>
        <w:br/>
        <w:t>O POKROVITELJSTVU GRADA PLOČA</w:t>
      </w:r>
    </w:p>
    <w:p w14:paraId="2E5918F6" w14:textId="77777777" w:rsidR="009915DC" w:rsidRPr="000C11BD" w:rsidRDefault="009915DC" w:rsidP="000C11BD">
      <w:pPr>
        <w:spacing w:line="240" w:lineRule="auto"/>
        <w:jc w:val="center"/>
        <w:rPr>
          <w:rFonts w:cs="Times New Roman"/>
          <w:szCs w:val="24"/>
          <w:lang w:val="hr-HR"/>
        </w:rPr>
      </w:pPr>
    </w:p>
    <w:p w14:paraId="1A5DDFC6" w14:textId="1587C0A4" w:rsidR="002E1ADE" w:rsidRPr="000C11BD" w:rsidRDefault="00831AB5" w:rsidP="000C11BD">
      <w:pPr>
        <w:pStyle w:val="Naslov1"/>
        <w:spacing w:line="240" w:lineRule="auto"/>
        <w:rPr>
          <w:rFonts w:ascii="Times New Roman" w:hAnsi="Times New Roman" w:cs="Times New Roman"/>
          <w:b w:val="0"/>
          <w:bCs w:val="0"/>
          <w:color w:val="auto"/>
          <w:sz w:val="24"/>
          <w:szCs w:val="24"/>
          <w:lang w:val="hr-HR"/>
        </w:rPr>
      </w:pPr>
      <w:r w:rsidRPr="000C11BD">
        <w:rPr>
          <w:rFonts w:ascii="Times New Roman" w:eastAsia="Times New Roman" w:hAnsi="Times New Roman" w:cs="Times New Roman"/>
          <w:b w:val="0"/>
          <w:bCs w:val="0"/>
          <w:color w:val="auto"/>
          <w:sz w:val="24"/>
          <w:szCs w:val="24"/>
          <w:lang w:val="hr-HR"/>
        </w:rPr>
        <w:t>I. OPĆE ODREDBE</w:t>
      </w:r>
    </w:p>
    <w:p w14:paraId="1E5E737E" w14:textId="77777777" w:rsidR="002E1ADE" w:rsidRPr="000C11BD" w:rsidRDefault="00831AB5" w:rsidP="000C11BD">
      <w:pPr>
        <w:spacing w:after="0" w:line="240" w:lineRule="auto"/>
        <w:jc w:val="center"/>
        <w:rPr>
          <w:rFonts w:cs="Times New Roman"/>
          <w:szCs w:val="24"/>
          <w:lang w:val="hr-HR"/>
        </w:rPr>
      </w:pPr>
      <w:r w:rsidRPr="000C11BD">
        <w:rPr>
          <w:rFonts w:cs="Times New Roman"/>
          <w:szCs w:val="24"/>
          <w:lang w:val="hr-HR"/>
        </w:rPr>
        <w:t>Članak 1.</w:t>
      </w:r>
    </w:p>
    <w:p w14:paraId="44095E77" w14:textId="77777777" w:rsidR="00731150" w:rsidRPr="000C11BD" w:rsidRDefault="00731150" w:rsidP="000C11BD">
      <w:pPr>
        <w:spacing w:after="0" w:line="240" w:lineRule="auto"/>
        <w:jc w:val="center"/>
        <w:rPr>
          <w:rFonts w:cs="Times New Roman"/>
          <w:szCs w:val="24"/>
          <w:lang w:val="hr-HR"/>
        </w:rPr>
      </w:pPr>
    </w:p>
    <w:p w14:paraId="6A6ADC5E" w14:textId="77777777" w:rsidR="0051503B" w:rsidRPr="000C11BD" w:rsidRDefault="00831AB5" w:rsidP="000C11BD">
      <w:pPr>
        <w:spacing w:after="0" w:line="240" w:lineRule="auto"/>
        <w:ind w:firstLine="720"/>
        <w:jc w:val="both"/>
        <w:rPr>
          <w:rFonts w:cs="Times New Roman"/>
          <w:szCs w:val="24"/>
          <w:lang w:val="hr-HR"/>
        </w:rPr>
      </w:pPr>
      <w:r w:rsidRPr="000C11BD">
        <w:rPr>
          <w:rFonts w:cs="Times New Roman"/>
          <w:szCs w:val="24"/>
          <w:lang w:val="hr-HR"/>
        </w:rPr>
        <w:t>Ovim Pravilnikom uređuju se uvjeti, kriteriji i postupak dodjele pokroviteljstva Grada Ploča nad programima, projektima, manifestacijama, događanjima i drugim aktivnostima udruga, drugih organizacija civilnoga društva i fizičkih osoba, kao i prava i obveze korisnika pokroviteljstva.</w:t>
      </w:r>
    </w:p>
    <w:p w14:paraId="06E4E79B" w14:textId="5E0E6CA5" w:rsidR="002E1ADE" w:rsidRPr="000C11BD" w:rsidRDefault="00831AB5" w:rsidP="000C11BD">
      <w:pPr>
        <w:spacing w:after="0" w:line="240" w:lineRule="auto"/>
        <w:ind w:firstLine="720"/>
        <w:jc w:val="both"/>
        <w:rPr>
          <w:rFonts w:cs="Times New Roman"/>
          <w:szCs w:val="24"/>
          <w:lang w:val="hr-HR"/>
        </w:rPr>
      </w:pPr>
      <w:r w:rsidRPr="000C11BD">
        <w:rPr>
          <w:rFonts w:cs="Times New Roman"/>
          <w:szCs w:val="24"/>
          <w:lang w:val="hr-HR"/>
        </w:rPr>
        <w:t>Izrazi koji se koriste u ovom Pravilniku, a imaju rodno značenje, odnose se jednako na muški i ženski rod.</w:t>
      </w:r>
    </w:p>
    <w:p w14:paraId="791E3A29" w14:textId="77777777" w:rsidR="00731150" w:rsidRPr="000C11BD" w:rsidRDefault="00731150" w:rsidP="000C11BD">
      <w:pPr>
        <w:spacing w:after="0" w:line="240" w:lineRule="auto"/>
        <w:jc w:val="both"/>
        <w:rPr>
          <w:rFonts w:cs="Times New Roman"/>
          <w:szCs w:val="24"/>
          <w:lang w:val="hr-HR"/>
        </w:rPr>
      </w:pPr>
    </w:p>
    <w:p w14:paraId="1695D5DD" w14:textId="77777777" w:rsidR="002E1ADE" w:rsidRPr="000C11BD" w:rsidRDefault="00831AB5" w:rsidP="000C11BD">
      <w:pPr>
        <w:spacing w:after="0" w:line="240" w:lineRule="auto"/>
        <w:jc w:val="center"/>
        <w:rPr>
          <w:rFonts w:cs="Times New Roman"/>
          <w:szCs w:val="24"/>
          <w:lang w:val="hr-HR"/>
        </w:rPr>
      </w:pPr>
      <w:r w:rsidRPr="000C11BD">
        <w:rPr>
          <w:rFonts w:cs="Times New Roman"/>
          <w:szCs w:val="24"/>
          <w:lang w:val="hr-HR"/>
        </w:rPr>
        <w:t>Članak 2.</w:t>
      </w:r>
    </w:p>
    <w:p w14:paraId="748FB42D" w14:textId="77777777" w:rsidR="00731150" w:rsidRPr="000C11BD" w:rsidRDefault="00731150" w:rsidP="000C11BD">
      <w:pPr>
        <w:spacing w:after="0" w:line="240" w:lineRule="auto"/>
        <w:jc w:val="center"/>
        <w:rPr>
          <w:rFonts w:cs="Times New Roman"/>
          <w:szCs w:val="24"/>
          <w:lang w:val="hr-HR"/>
        </w:rPr>
      </w:pPr>
    </w:p>
    <w:p w14:paraId="39212BA3" w14:textId="77777777" w:rsidR="0051503B" w:rsidRPr="000C11BD" w:rsidRDefault="00831AB5" w:rsidP="000C11BD">
      <w:pPr>
        <w:spacing w:after="0" w:line="240" w:lineRule="auto"/>
        <w:ind w:firstLine="720"/>
        <w:jc w:val="both"/>
        <w:rPr>
          <w:rFonts w:cs="Times New Roman"/>
          <w:szCs w:val="24"/>
          <w:lang w:val="hr-HR"/>
        </w:rPr>
      </w:pPr>
      <w:r w:rsidRPr="000C11BD">
        <w:rPr>
          <w:rFonts w:cs="Times New Roman"/>
          <w:szCs w:val="24"/>
          <w:lang w:val="hr-HR"/>
        </w:rPr>
        <w:t>Pokroviteljstvo u smislu ovog Pravilnika predstavlja oblik javne podrške Grada Ploča aktivnosti koja je od interesa za Grad Ploče, njegove građane, lokalnu zajednicu ili promidžbu Grada Ploča.</w:t>
      </w:r>
    </w:p>
    <w:p w14:paraId="10C505F5" w14:textId="7199ECDF" w:rsidR="002E1ADE" w:rsidRPr="000C11BD" w:rsidRDefault="00831AB5" w:rsidP="000C11BD">
      <w:pPr>
        <w:spacing w:after="0" w:line="240" w:lineRule="auto"/>
        <w:ind w:firstLine="720"/>
        <w:jc w:val="both"/>
        <w:rPr>
          <w:rFonts w:cs="Times New Roman"/>
          <w:szCs w:val="24"/>
          <w:lang w:val="hr-HR"/>
        </w:rPr>
      </w:pPr>
      <w:r w:rsidRPr="000C11BD">
        <w:rPr>
          <w:rFonts w:cs="Times New Roman"/>
          <w:szCs w:val="24"/>
          <w:lang w:val="hr-HR"/>
        </w:rPr>
        <w:t>Pokroviteljstvo se može dodijeliti za aktivnosti kulturnog, sportskog, obrazovnog, humanitarnog, socijalnog, zdravstvenog, ekološkog, znanstvenog, umjetničkog, tradicijskog, volonterskog, braniteljskog, turističkog, gospodarskog, protokolarnog ili drugog društveno korisnog karaktera.</w:t>
      </w:r>
    </w:p>
    <w:p w14:paraId="3A41AFE2" w14:textId="77777777" w:rsidR="00731150" w:rsidRPr="000C11BD" w:rsidRDefault="00731150" w:rsidP="000C11BD">
      <w:pPr>
        <w:spacing w:after="0" w:line="240" w:lineRule="auto"/>
        <w:jc w:val="center"/>
        <w:rPr>
          <w:rFonts w:cs="Times New Roman"/>
          <w:szCs w:val="24"/>
          <w:lang w:val="hr-HR"/>
        </w:rPr>
      </w:pPr>
    </w:p>
    <w:p w14:paraId="7182479E" w14:textId="10417567" w:rsidR="002E1ADE" w:rsidRPr="000C11BD" w:rsidRDefault="00831AB5" w:rsidP="000C11BD">
      <w:pPr>
        <w:spacing w:after="0" w:line="240" w:lineRule="auto"/>
        <w:jc w:val="center"/>
        <w:rPr>
          <w:rFonts w:cs="Times New Roman"/>
          <w:szCs w:val="24"/>
          <w:lang w:val="hr-HR"/>
        </w:rPr>
      </w:pPr>
      <w:r w:rsidRPr="000C11BD">
        <w:rPr>
          <w:rFonts w:cs="Times New Roman"/>
          <w:szCs w:val="24"/>
          <w:lang w:val="hr-HR"/>
        </w:rPr>
        <w:t>Članak 3.</w:t>
      </w:r>
    </w:p>
    <w:p w14:paraId="363B7B2E" w14:textId="77777777" w:rsidR="00731150" w:rsidRPr="000C11BD" w:rsidRDefault="00731150" w:rsidP="000C11BD">
      <w:pPr>
        <w:spacing w:after="0" w:line="240" w:lineRule="auto"/>
        <w:jc w:val="center"/>
        <w:rPr>
          <w:rFonts w:cs="Times New Roman"/>
          <w:szCs w:val="24"/>
          <w:lang w:val="hr-HR"/>
        </w:rPr>
      </w:pPr>
    </w:p>
    <w:p w14:paraId="2E025A68" w14:textId="77777777" w:rsidR="002E1ADE" w:rsidRPr="000C11BD" w:rsidRDefault="00831AB5" w:rsidP="000C11BD">
      <w:pPr>
        <w:spacing w:after="0" w:line="240" w:lineRule="auto"/>
        <w:ind w:firstLine="360"/>
        <w:jc w:val="both"/>
        <w:rPr>
          <w:rFonts w:cs="Times New Roman"/>
          <w:szCs w:val="24"/>
          <w:lang w:val="hr-HR"/>
        </w:rPr>
      </w:pPr>
      <w:r w:rsidRPr="000C11BD">
        <w:rPr>
          <w:rFonts w:cs="Times New Roman"/>
          <w:szCs w:val="24"/>
          <w:lang w:val="hr-HR"/>
        </w:rPr>
        <w:t>Pokroviteljstvo može biti:</w:t>
      </w:r>
    </w:p>
    <w:p w14:paraId="2B5311BD" w14:textId="77777777" w:rsidR="002E1ADE" w:rsidRPr="000C11BD" w:rsidRDefault="00831AB5" w:rsidP="000C11BD">
      <w:pPr>
        <w:pStyle w:val="Brojevi"/>
        <w:tabs>
          <w:tab w:val="clear" w:pos="360"/>
          <w:tab w:val="num" w:pos="720"/>
        </w:tabs>
        <w:spacing w:line="240" w:lineRule="auto"/>
        <w:ind w:left="720"/>
        <w:jc w:val="both"/>
        <w:rPr>
          <w:rFonts w:cs="Times New Roman"/>
          <w:szCs w:val="24"/>
          <w:lang w:val="hr-HR"/>
        </w:rPr>
      </w:pPr>
      <w:r w:rsidRPr="000C11BD">
        <w:rPr>
          <w:rFonts w:cs="Times New Roman"/>
          <w:szCs w:val="24"/>
          <w:lang w:val="hr-HR"/>
        </w:rPr>
        <w:t>financijsko pokroviteljstvo, odnosno dodjela novčanih sredstava;</w:t>
      </w:r>
    </w:p>
    <w:p w14:paraId="2CDC3DDA" w14:textId="77777777" w:rsidR="002E1ADE" w:rsidRPr="000C11BD" w:rsidRDefault="00831AB5" w:rsidP="000C11BD">
      <w:pPr>
        <w:pStyle w:val="Brojevi"/>
        <w:tabs>
          <w:tab w:val="clear" w:pos="360"/>
          <w:tab w:val="num" w:pos="720"/>
        </w:tabs>
        <w:spacing w:line="240" w:lineRule="auto"/>
        <w:ind w:left="720"/>
        <w:jc w:val="both"/>
        <w:rPr>
          <w:rFonts w:cs="Times New Roman"/>
          <w:szCs w:val="24"/>
          <w:lang w:val="hr-HR"/>
        </w:rPr>
      </w:pPr>
      <w:r w:rsidRPr="000C11BD">
        <w:rPr>
          <w:rFonts w:cs="Times New Roman"/>
          <w:szCs w:val="24"/>
          <w:lang w:val="hr-HR"/>
        </w:rPr>
        <w:t>nefinancijsko pokroviteljstvo, odnosno podrška bez dodjele novčanih sredstava, osobito kroz ustupanje prostora, opreme, logističku, organizacijsku ili promotivnu podršku, sukladno mogućnostima Grada Ploča.</w:t>
      </w:r>
    </w:p>
    <w:p w14:paraId="0F64D977" w14:textId="77777777" w:rsidR="0066033F" w:rsidRPr="000C11BD" w:rsidRDefault="0066033F" w:rsidP="000C11BD">
      <w:pPr>
        <w:spacing w:after="0" w:line="240" w:lineRule="auto"/>
        <w:jc w:val="center"/>
        <w:rPr>
          <w:rFonts w:cs="Times New Roman"/>
          <w:szCs w:val="24"/>
          <w:lang w:val="hr-HR"/>
        </w:rPr>
      </w:pPr>
    </w:p>
    <w:p w14:paraId="0FEBB0B9" w14:textId="6889F40F" w:rsidR="002E1ADE" w:rsidRPr="000C11BD" w:rsidRDefault="00831AB5" w:rsidP="000C11BD">
      <w:pPr>
        <w:spacing w:after="0" w:line="240" w:lineRule="auto"/>
        <w:jc w:val="center"/>
        <w:rPr>
          <w:rFonts w:cs="Times New Roman"/>
          <w:szCs w:val="24"/>
          <w:lang w:val="hr-HR"/>
        </w:rPr>
      </w:pPr>
      <w:r w:rsidRPr="000C11BD">
        <w:rPr>
          <w:rFonts w:cs="Times New Roman"/>
          <w:szCs w:val="24"/>
          <w:lang w:val="hr-HR"/>
        </w:rPr>
        <w:t>Članak 4.</w:t>
      </w:r>
    </w:p>
    <w:p w14:paraId="02133CBE" w14:textId="77777777" w:rsidR="0066033F" w:rsidRPr="000C11BD" w:rsidRDefault="0066033F" w:rsidP="000C11BD">
      <w:pPr>
        <w:spacing w:after="0" w:line="240" w:lineRule="auto"/>
        <w:jc w:val="center"/>
        <w:rPr>
          <w:rFonts w:cs="Times New Roman"/>
          <w:szCs w:val="24"/>
          <w:lang w:val="hr-HR"/>
        </w:rPr>
      </w:pPr>
    </w:p>
    <w:p w14:paraId="2AE11C42" w14:textId="28333CDF" w:rsidR="0066033F" w:rsidRPr="000C11BD" w:rsidRDefault="00831AB5" w:rsidP="000C11BD">
      <w:pPr>
        <w:spacing w:after="0" w:line="240" w:lineRule="auto"/>
        <w:ind w:firstLine="720"/>
        <w:jc w:val="both"/>
        <w:rPr>
          <w:rFonts w:cs="Times New Roman"/>
          <w:szCs w:val="24"/>
          <w:lang w:val="hr-HR"/>
        </w:rPr>
      </w:pPr>
      <w:r w:rsidRPr="000C11BD">
        <w:rPr>
          <w:rFonts w:cs="Times New Roman"/>
          <w:szCs w:val="24"/>
          <w:lang w:val="hr-HR"/>
        </w:rPr>
        <w:t>Pokroviteljstvo se ne smatra sponzorstvom niti podrazumijeva obvezu Grada Ploča na tržišnu, komercijalnu, reklamnu ili drugu protučinidbu.</w:t>
      </w:r>
    </w:p>
    <w:p w14:paraId="750EC123" w14:textId="77777777" w:rsidR="0051503B" w:rsidRPr="000C11BD" w:rsidRDefault="00831AB5" w:rsidP="000C11BD">
      <w:pPr>
        <w:spacing w:after="0" w:line="240" w:lineRule="auto"/>
        <w:ind w:firstLine="720"/>
        <w:jc w:val="both"/>
        <w:rPr>
          <w:rFonts w:cs="Times New Roman"/>
          <w:szCs w:val="24"/>
          <w:lang w:val="hr-HR"/>
        </w:rPr>
      </w:pPr>
      <w:r w:rsidRPr="000C11BD">
        <w:rPr>
          <w:rFonts w:cs="Times New Roman"/>
          <w:szCs w:val="24"/>
          <w:lang w:val="hr-HR"/>
        </w:rPr>
        <w:t>Isticanje naziva i grba Grada Ploča na promidžbenim materijalima korisnika pokroviteljstva smatra se vidljivošću javne podrške i ne predstavlja komercijalnu protučinidbu.</w:t>
      </w:r>
      <w:r w:rsidR="00B50ED2" w:rsidRPr="000C11BD">
        <w:rPr>
          <w:rFonts w:cs="Times New Roman"/>
          <w:szCs w:val="24"/>
          <w:lang w:val="hr-HR"/>
        </w:rPr>
        <w:t xml:space="preserve"> </w:t>
      </w:r>
    </w:p>
    <w:p w14:paraId="6F991761" w14:textId="77777777" w:rsidR="0051503B" w:rsidRPr="000C11BD" w:rsidRDefault="00831AB5" w:rsidP="000C11BD">
      <w:pPr>
        <w:spacing w:after="0" w:line="240" w:lineRule="auto"/>
        <w:ind w:firstLine="720"/>
        <w:jc w:val="both"/>
        <w:rPr>
          <w:rFonts w:cs="Times New Roman"/>
          <w:szCs w:val="24"/>
          <w:lang w:val="hr-HR"/>
        </w:rPr>
      </w:pPr>
      <w:r w:rsidRPr="000C11BD">
        <w:rPr>
          <w:rFonts w:cs="Times New Roman"/>
          <w:szCs w:val="24"/>
          <w:lang w:val="hr-HR"/>
        </w:rPr>
        <w:t xml:space="preserve">Na pitanja koja nisu uređena ovim Pravilnikom odgovarajuće se primjenjuju važeći propisi kojima se uređuje raspolaganje javnim sredstvima, financiranje programa i projekata od interesa </w:t>
      </w:r>
      <w:r w:rsidRPr="000C11BD">
        <w:rPr>
          <w:rFonts w:cs="Times New Roman"/>
          <w:szCs w:val="24"/>
          <w:lang w:val="hr-HR"/>
        </w:rPr>
        <w:lastRenderedPageBreak/>
        <w:t>za opće dobro koje provode udruge, fiskalna odgovornost, proračun, pravo na pristup informacijama, zaštita osobnih podataka, sprječavanje sukoba interesa te drugi važeći propisi.</w:t>
      </w:r>
    </w:p>
    <w:p w14:paraId="5E627C88" w14:textId="723ED5B3" w:rsidR="002E1ADE" w:rsidRPr="000C11BD" w:rsidRDefault="00831AB5" w:rsidP="000C11BD">
      <w:pPr>
        <w:spacing w:after="0" w:line="240" w:lineRule="auto"/>
        <w:ind w:firstLine="720"/>
        <w:jc w:val="both"/>
        <w:rPr>
          <w:rFonts w:cs="Times New Roman"/>
          <w:szCs w:val="24"/>
          <w:lang w:val="hr-HR"/>
        </w:rPr>
      </w:pPr>
      <w:r w:rsidRPr="000C11BD">
        <w:rPr>
          <w:rFonts w:cs="Times New Roman"/>
          <w:szCs w:val="24"/>
          <w:lang w:val="hr-HR"/>
        </w:rPr>
        <w:t>Kada se financijsko ili nefinancijsko pokroviteljstvo dodjeljuje udrugama i drugim organizacijama civilnoga društva, ovaj se Pravilnik primjenjuje na način koji osigurava odgovarajuću primjenu propisa iz stavka 3. ovoga članka, osobito u dijelu transparentnosti, uvjeta prihvatljivosti, izbjegavanja dvostrukog financiranja, ugovaranja, izvještavanja i nadzora.</w:t>
      </w:r>
    </w:p>
    <w:p w14:paraId="0BDA46DC" w14:textId="77777777" w:rsidR="0066033F" w:rsidRPr="000C11BD" w:rsidRDefault="0066033F" w:rsidP="000C11BD">
      <w:pPr>
        <w:spacing w:after="0" w:line="240" w:lineRule="auto"/>
        <w:jc w:val="both"/>
        <w:rPr>
          <w:rFonts w:cs="Times New Roman"/>
          <w:szCs w:val="24"/>
          <w:lang w:val="hr-HR"/>
        </w:rPr>
      </w:pPr>
    </w:p>
    <w:p w14:paraId="2CA6CCC1" w14:textId="77777777" w:rsidR="002E1ADE" w:rsidRPr="000C11BD" w:rsidRDefault="00831AB5" w:rsidP="000C11BD">
      <w:pPr>
        <w:spacing w:after="0" w:line="240" w:lineRule="auto"/>
        <w:jc w:val="center"/>
        <w:rPr>
          <w:rFonts w:cs="Times New Roman"/>
          <w:szCs w:val="24"/>
          <w:lang w:val="hr-HR"/>
        </w:rPr>
      </w:pPr>
      <w:r w:rsidRPr="000C11BD">
        <w:rPr>
          <w:rFonts w:cs="Times New Roman"/>
          <w:szCs w:val="24"/>
          <w:lang w:val="hr-HR"/>
        </w:rPr>
        <w:t>Članak 5.</w:t>
      </w:r>
    </w:p>
    <w:p w14:paraId="7251D6A2" w14:textId="77777777" w:rsidR="0066033F" w:rsidRPr="000C11BD" w:rsidRDefault="0066033F" w:rsidP="000C11BD">
      <w:pPr>
        <w:spacing w:after="0" w:line="240" w:lineRule="auto"/>
        <w:jc w:val="center"/>
        <w:rPr>
          <w:rFonts w:cs="Times New Roman"/>
          <w:szCs w:val="24"/>
          <w:lang w:val="hr-HR"/>
        </w:rPr>
      </w:pPr>
    </w:p>
    <w:p w14:paraId="2362C8F5" w14:textId="4630F030" w:rsidR="0051503B" w:rsidRPr="000C11BD" w:rsidRDefault="00831AB5" w:rsidP="000C11BD">
      <w:pPr>
        <w:spacing w:after="0" w:line="240" w:lineRule="auto"/>
        <w:ind w:firstLine="720"/>
        <w:jc w:val="both"/>
        <w:rPr>
          <w:rFonts w:cs="Times New Roman"/>
          <w:szCs w:val="24"/>
          <w:lang w:val="hr-HR"/>
        </w:rPr>
      </w:pPr>
      <w:r w:rsidRPr="000C11BD">
        <w:rPr>
          <w:rFonts w:cs="Times New Roman"/>
          <w:szCs w:val="24"/>
          <w:lang w:val="hr-HR"/>
        </w:rPr>
        <w:t>Sredstva za financijska pokroviteljstva osiguravaju se u Proračunu Grada Ploča</w:t>
      </w:r>
      <w:r w:rsidR="00CD0D64" w:rsidRPr="000C11BD">
        <w:rPr>
          <w:rFonts w:cs="Times New Roman"/>
          <w:szCs w:val="24"/>
          <w:lang w:val="hr-HR"/>
        </w:rPr>
        <w:t>.</w:t>
      </w:r>
    </w:p>
    <w:p w14:paraId="0FBBD287" w14:textId="301B5398" w:rsidR="002E1ADE" w:rsidRPr="000C11BD" w:rsidRDefault="00831AB5" w:rsidP="000C11BD">
      <w:pPr>
        <w:spacing w:after="0" w:line="240" w:lineRule="auto"/>
        <w:ind w:firstLine="720"/>
        <w:jc w:val="both"/>
        <w:rPr>
          <w:rFonts w:cs="Times New Roman"/>
          <w:szCs w:val="24"/>
          <w:lang w:val="hr-HR"/>
        </w:rPr>
      </w:pPr>
      <w:r w:rsidRPr="000C11BD">
        <w:rPr>
          <w:rFonts w:cs="Times New Roman"/>
          <w:szCs w:val="24"/>
          <w:lang w:val="hr-HR"/>
        </w:rPr>
        <w:t>Financijska pokroviteljstva dodjeljuju se do visine sredstava osiguranih u Proračunu Grada Ploča za tu namjenu.</w:t>
      </w:r>
    </w:p>
    <w:p w14:paraId="6617B216" w14:textId="77777777" w:rsidR="00C677BC" w:rsidRPr="000C11BD" w:rsidRDefault="00C677BC" w:rsidP="000C11BD">
      <w:pPr>
        <w:spacing w:after="0" w:line="240" w:lineRule="auto"/>
        <w:jc w:val="both"/>
        <w:rPr>
          <w:rFonts w:cs="Times New Roman"/>
          <w:szCs w:val="24"/>
          <w:lang w:val="hr-HR"/>
        </w:rPr>
      </w:pPr>
    </w:p>
    <w:p w14:paraId="33884CC0" w14:textId="77777777" w:rsidR="002E1ADE" w:rsidRPr="000C11BD" w:rsidRDefault="00831AB5" w:rsidP="000C11BD">
      <w:pPr>
        <w:pStyle w:val="Naslov1"/>
        <w:spacing w:before="0" w:after="0" w:line="240" w:lineRule="auto"/>
        <w:rPr>
          <w:rFonts w:ascii="Times New Roman" w:hAnsi="Times New Roman" w:cs="Times New Roman"/>
          <w:b w:val="0"/>
          <w:bCs w:val="0"/>
          <w:color w:val="auto"/>
          <w:sz w:val="24"/>
          <w:szCs w:val="24"/>
          <w:lang w:val="hr-HR"/>
        </w:rPr>
      </w:pPr>
      <w:r w:rsidRPr="000C11BD">
        <w:rPr>
          <w:rFonts w:ascii="Times New Roman" w:eastAsia="Times New Roman" w:hAnsi="Times New Roman" w:cs="Times New Roman"/>
          <w:b w:val="0"/>
          <w:bCs w:val="0"/>
          <w:color w:val="auto"/>
          <w:sz w:val="24"/>
          <w:szCs w:val="24"/>
          <w:lang w:val="hr-HR"/>
        </w:rPr>
        <w:t>II. NAČELA DODJELE POKROVITELJSTVA</w:t>
      </w:r>
    </w:p>
    <w:p w14:paraId="4C13DE76" w14:textId="77777777" w:rsidR="00C677BC" w:rsidRPr="000C11BD" w:rsidRDefault="00C677BC" w:rsidP="000C11BD">
      <w:pPr>
        <w:spacing w:after="0" w:line="240" w:lineRule="auto"/>
        <w:jc w:val="center"/>
        <w:rPr>
          <w:rFonts w:cs="Times New Roman"/>
          <w:szCs w:val="24"/>
          <w:lang w:val="hr-HR"/>
        </w:rPr>
      </w:pPr>
    </w:p>
    <w:p w14:paraId="0EF53513" w14:textId="3617DA06" w:rsidR="002E1ADE" w:rsidRPr="000C11BD" w:rsidRDefault="00831AB5" w:rsidP="000C11BD">
      <w:pPr>
        <w:spacing w:line="240" w:lineRule="auto"/>
        <w:jc w:val="center"/>
        <w:rPr>
          <w:rFonts w:cs="Times New Roman"/>
          <w:szCs w:val="24"/>
          <w:lang w:val="hr-HR"/>
        </w:rPr>
      </w:pPr>
      <w:r w:rsidRPr="000C11BD">
        <w:rPr>
          <w:rFonts w:cs="Times New Roman"/>
          <w:szCs w:val="24"/>
          <w:lang w:val="hr-HR"/>
        </w:rPr>
        <w:t>Članak 6.</w:t>
      </w:r>
    </w:p>
    <w:p w14:paraId="1E49BC9B" w14:textId="77777777" w:rsidR="0051503B" w:rsidRPr="000C11BD" w:rsidRDefault="00831AB5" w:rsidP="000C11BD">
      <w:pPr>
        <w:spacing w:after="0" w:line="240" w:lineRule="auto"/>
        <w:ind w:firstLine="720"/>
        <w:jc w:val="both"/>
        <w:rPr>
          <w:rFonts w:cs="Times New Roman"/>
          <w:szCs w:val="24"/>
          <w:lang w:val="hr-HR"/>
        </w:rPr>
      </w:pPr>
      <w:r w:rsidRPr="000C11BD">
        <w:rPr>
          <w:rFonts w:cs="Times New Roman"/>
          <w:szCs w:val="24"/>
          <w:lang w:val="hr-HR"/>
        </w:rPr>
        <w:t>Pokroviteljstvo se dodjeljuje uz poštovanje načela zakonitosti, transparentnosti, jednakog postupanja, javnog interesa, razmjernosti, namjenskog i svrhovitog korištenja javnih sredstava, izbjegavanja dvostrukog financiranja, sprječavanja sukoba interesa te javnosti i vidljivosti korištenja javnih sredstava.</w:t>
      </w:r>
    </w:p>
    <w:p w14:paraId="1019D4F3" w14:textId="0BCBA370" w:rsidR="002E1ADE" w:rsidRPr="000C11BD" w:rsidRDefault="00831AB5" w:rsidP="000C11BD">
      <w:pPr>
        <w:spacing w:after="0" w:line="240" w:lineRule="auto"/>
        <w:ind w:firstLine="720"/>
        <w:jc w:val="both"/>
        <w:rPr>
          <w:rFonts w:cs="Times New Roman"/>
          <w:szCs w:val="24"/>
          <w:lang w:val="hr-HR"/>
        </w:rPr>
      </w:pPr>
      <w:r w:rsidRPr="000C11BD">
        <w:rPr>
          <w:rFonts w:cs="Times New Roman"/>
          <w:szCs w:val="24"/>
          <w:lang w:val="hr-HR"/>
        </w:rPr>
        <w:t>Opseg dokumentacije i provjera koje se traže od podnositelja zahtjeva određuje se razmjerno vrsti i vrijednosti traženog pokroviteljstva te naravi aktivnosti za koju se pokroviteljstvo traži.</w:t>
      </w:r>
    </w:p>
    <w:p w14:paraId="1C1168DD" w14:textId="77777777" w:rsidR="00C677BC" w:rsidRPr="000C11BD" w:rsidRDefault="00C677BC" w:rsidP="000C11BD">
      <w:pPr>
        <w:spacing w:after="0" w:line="240" w:lineRule="auto"/>
        <w:jc w:val="both"/>
        <w:rPr>
          <w:rFonts w:cs="Times New Roman"/>
          <w:szCs w:val="24"/>
          <w:lang w:val="hr-HR"/>
        </w:rPr>
      </w:pPr>
    </w:p>
    <w:p w14:paraId="4A0B1C0F" w14:textId="77777777" w:rsidR="002E1ADE" w:rsidRPr="000C11BD" w:rsidRDefault="00831AB5" w:rsidP="000C11BD">
      <w:pPr>
        <w:pStyle w:val="Naslov1"/>
        <w:spacing w:before="0" w:after="0" w:line="240" w:lineRule="auto"/>
        <w:rPr>
          <w:rFonts w:ascii="Times New Roman" w:hAnsi="Times New Roman" w:cs="Times New Roman"/>
          <w:b w:val="0"/>
          <w:bCs w:val="0"/>
          <w:color w:val="auto"/>
          <w:sz w:val="24"/>
          <w:szCs w:val="24"/>
          <w:lang w:val="hr-HR"/>
        </w:rPr>
      </w:pPr>
      <w:r w:rsidRPr="000C11BD">
        <w:rPr>
          <w:rFonts w:ascii="Times New Roman" w:eastAsia="Times New Roman" w:hAnsi="Times New Roman" w:cs="Times New Roman"/>
          <w:b w:val="0"/>
          <w:bCs w:val="0"/>
          <w:color w:val="auto"/>
          <w:sz w:val="24"/>
          <w:szCs w:val="24"/>
          <w:lang w:val="hr-HR"/>
        </w:rPr>
        <w:t>III. PODNOSITELJI ZAHTJEVA</w:t>
      </w:r>
    </w:p>
    <w:p w14:paraId="5EE286E1" w14:textId="77777777" w:rsidR="00C677BC" w:rsidRPr="000C11BD" w:rsidRDefault="00C677BC" w:rsidP="000C11BD">
      <w:pPr>
        <w:spacing w:after="0" w:line="240" w:lineRule="auto"/>
        <w:jc w:val="center"/>
        <w:rPr>
          <w:rFonts w:cs="Times New Roman"/>
          <w:szCs w:val="24"/>
          <w:lang w:val="hr-HR"/>
        </w:rPr>
      </w:pPr>
    </w:p>
    <w:p w14:paraId="2740449E" w14:textId="6C71A562" w:rsidR="002E1ADE" w:rsidRPr="000C11BD" w:rsidRDefault="00831AB5" w:rsidP="000C11BD">
      <w:pPr>
        <w:spacing w:after="0" w:line="240" w:lineRule="auto"/>
        <w:jc w:val="center"/>
        <w:rPr>
          <w:rFonts w:cs="Times New Roman"/>
          <w:szCs w:val="24"/>
          <w:lang w:val="hr-HR"/>
        </w:rPr>
      </w:pPr>
      <w:r w:rsidRPr="000C11BD">
        <w:rPr>
          <w:rFonts w:cs="Times New Roman"/>
          <w:szCs w:val="24"/>
          <w:lang w:val="hr-HR"/>
        </w:rPr>
        <w:t>Članak 7.</w:t>
      </w:r>
    </w:p>
    <w:p w14:paraId="6A467BCA" w14:textId="77777777" w:rsidR="00C677BC" w:rsidRPr="000C11BD" w:rsidRDefault="00C677BC" w:rsidP="000C11BD">
      <w:pPr>
        <w:spacing w:after="0" w:line="240" w:lineRule="auto"/>
        <w:jc w:val="center"/>
        <w:rPr>
          <w:rFonts w:cs="Times New Roman"/>
          <w:szCs w:val="24"/>
          <w:lang w:val="hr-HR"/>
        </w:rPr>
      </w:pPr>
    </w:p>
    <w:p w14:paraId="54FCF229" w14:textId="77777777" w:rsidR="0051503B" w:rsidRPr="000C11BD" w:rsidRDefault="00831AB5" w:rsidP="000C11BD">
      <w:pPr>
        <w:spacing w:after="0" w:line="240" w:lineRule="auto"/>
        <w:ind w:firstLine="720"/>
        <w:jc w:val="both"/>
        <w:rPr>
          <w:rFonts w:cs="Times New Roman"/>
          <w:szCs w:val="24"/>
          <w:lang w:val="hr-HR"/>
        </w:rPr>
      </w:pPr>
      <w:r w:rsidRPr="000C11BD">
        <w:rPr>
          <w:rFonts w:cs="Times New Roman"/>
          <w:szCs w:val="24"/>
          <w:lang w:val="hr-HR"/>
        </w:rPr>
        <w:t>Zahtjev za dodjelu pokroviteljstva mogu podnijeti udruge, druge organizacije civilnoga društva i fizičke osobe.</w:t>
      </w:r>
    </w:p>
    <w:p w14:paraId="4289FEDB" w14:textId="77777777" w:rsidR="0051503B" w:rsidRPr="000C11BD" w:rsidRDefault="00831AB5" w:rsidP="000C11BD">
      <w:pPr>
        <w:spacing w:after="0" w:line="240" w:lineRule="auto"/>
        <w:ind w:firstLine="720"/>
        <w:jc w:val="both"/>
        <w:rPr>
          <w:rFonts w:cs="Times New Roman"/>
          <w:szCs w:val="24"/>
          <w:lang w:val="hr-HR"/>
        </w:rPr>
      </w:pPr>
      <w:r w:rsidRPr="000C11BD">
        <w:rPr>
          <w:rFonts w:cs="Times New Roman"/>
          <w:szCs w:val="24"/>
          <w:lang w:val="hr-HR"/>
        </w:rPr>
        <w:t xml:space="preserve">Udruge i druge organizacije civilnoga društva prihvatljivi su podnositelji ako su upisane u odgovarajući registar i, kada je primjenjivo, </w:t>
      </w:r>
      <w:r w:rsidR="00B27FEE" w:rsidRPr="000C11BD">
        <w:rPr>
          <w:rFonts w:cs="Times New Roman"/>
          <w:szCs w:val="24"/>
          <w:lang w:val="hr-HR"/>
        </w:rPr>
        <w:t>r</w:t>
      </w:r>
      <w:r w:rsidRPr="000C11BD">
        <w:rPr>
          <w:rFonts w:cs="Times New Roman"/>
          <w:szCs w:val="24"/>
          <w:lang w:val="hr-HR"/>
        </w:rPr>
        <w:t>egistar neprofitnih organizacija, ako djeluju u skladu sa svojim temeljnim aktima, ako nemaju nepodmirenih dospjelih obveza prema Gradu Ploče te ako uredno ispunjavaju obveze iz prethodno odobrenih sredstava ili oblika podrške Grada Ploča.</w:t>
      </w:r>
    </w:p>
    <w:p w14:paraId="66A7860A" w14:textId="15FA42AB" w:rsidR="008E1D54" w:rsidRPr="000C11BD" w:rsidRDefault="00831AB5" w:rsidP="000C11BD">
      <w:pPr>
        <w:spacing w:after="0" w:line="240" w:lineRule="auto"/>
        <w:ind w:firstLine="720"/>
        <w:jc w:val="both"/>
        <w:rPr>
          <w:rFonts w:cs="Times New Roman"/>
          <w:szCs w:val="24"/>
          <w:lang w:val="hr-HR"/>
        </w:rPr>
      </w:pPr>
      <w:r w:rsidRPr="000C11BD">
        <w:rPr>
          <w:rFonts w:cs="Times New Roman"/>
          <w:szCs w:val="24"/>
          <w:lang w:val="hr-HR"/>
        </w:rPr>
        <w:t>Fizička osoba prihvatljiv je podnositelj ako je punoljetna, ako ima prebivalište ili boravište na području Republike Hrvatske te ako provodi aktivnost koja nije pretežito komercijalnog karaktera</w:t>
      </w:r>
      <w:r w:rsidR="00990C6C" w:rsidRPr="000C11BD">
        <w:rPr>
          <w:rFonts w:cs="Times New Roman"/>
          <w:szCs w:val="24"/>
          <w:lang w:val="hr-HR"/>
        </w:rPr>
        <w:t>.</w:t>
      </w:r>
    </w:p>
    <w:p w14:paraId="6ED287A0" w14:textId="77777777" w:rsidR="002765BF" w:rsidRPr="000C11BD" w:rsidRDefault="002765BF" w:rsidP="000C11BD">
      <w:pPr>
        <w:spacing w:after="0" w:line="240" w:lineRule="auto"/>
        <w:ind w:firstLine="720"/>
        <w:jc w:val="both"/>
        <w:rPr>
          <w:rFonts w:cs="Times New Roman"/>
          <w:szCs w:val="24"/>
          <w:lang w:val="hr-HR"/>
        </w:rPr>
      </w:pPr>
    </w:p>
    <w:p w14:paraId="0A4613CB" w14:textId="77777777" w:rsidR="002E1ADE" w:rsidRPr="000C11BD" w:rsidRDefault="00831AB5" w:rsidP="000C11BD">
      <w:pPr>
        <w:spacing w:after="0" w:line="240" w:lineRule="auto"/>
        <w:jc w:val="center"/>
        <w:rPr>
          <w:rFonts w:cs="Times New Roman"/>
          <w:szCs w:val="24"/>
          <w:lang w:val="hr-HR"/>
        </w:rPr>
      </w:pPr>
      <w:r w:rsidRPr="000C11BD">
        <w:rPr>
          <w:rFonts w:cs="Times New Roman"/>
          <w:szCs w:val="24"/>
          <w:lang w:val="hr-HR"/>
        </w:rPr>
        <w:t>Članak 8.</w:t>
      </w:r>
    </w:p>
    <w:p w14:paraId="14B921AB" w14:textId="77777777" w:rsidR="00EA2E6B" w:rsidRPr="000C11BD" w:rsidRDefault="00EA2E6B" w:rsidP="000C11BD">
      <w:pPr>
        <w:spacing w:after="0" w:line="240" w:lineRule="auto"/>
        <w:jc w:val="center"/>
        <w:rPr>
          <w:rFonts w:cs="Times New Roman"/>
          <w:szCs w:val="24"/>
          <w:lang w:val="hr-HR"/>
        </w:rPr>
      </w:pPr>
    </w:p>
    <w:p w14:paraId="6FFAF13A" w14:textId="77777777" w:rsidR="00541FBF" w:rsidRPr="000C11BD" w:rsidRDefault="00541FBF" w:rsidP="000C11BD">
      <w:pPr>
        <w:spacing w:after="0" w:line="240" w:lineRule="auto"/>
        <w:ind w:firstLine="720"/>
        <w:jc w:val="both"/>
        <w:rPr>
          <w:rFonts w:cs="Times New Roman"/>
          <w:szCs w:val="24"/>
          <w:lang w:val="hr-HR"/>
        </w:rPr>
      </w:pPr>
      <w:r w:rsidRPr="000C11BD">
        <w:rPr>
          <w:rFonts w:cs="Times New Roman"/>
          <w:szCs w:val="24"/>
          <w:lang w:val="hr-HR"/>
        </w:rPr>
        <w:t>Pokroviteljstvo se u pravilu dodjeljuje za aktivnosti koje se provode na području Grada Ploča ili su od posebnog interesa za Grad Ploče.</w:t>
      </w:r>
    </w:p>
    <w:p w14:paraId="09051F55" w14:textId="77777777" w:rsidR="00541FBF" w:rsidRPr="000C11BD" w:rsidRDefault="00541FBF" w:rsidP="000C11BD">
      <w:pPr>
        <w:spacing w:after="0" w:line="240" w:lineRule="auto"/>
        <w:ind w:firstLine="720"/>
        <w:jc w:val="both"/>
        <w:rPr>
          <w:rFonts w:cs="Times New Roman"/>
          <w:szCs w:val="24"/>
          <w:lang w:val="hr-HR"/>
        </w:rPr>
      </w:pPr>
      <w:r w:rsidRPr="000C11BD">
        <w:rPr>
          <w:rFonts w:cs="Times New Roman"/>
          <w:szCs w:val="24"/>
          <w:lang w:val="hr-HR"/>
        </w:rPr>
        <w:t xml:space="preserve">Iznimno, pokroviteljstvo se može dodijeliti i za aktivnost koja se provodi izvan područja Grada Ploča ako je takva aktivnost u skladu s člankom 2. ovoga Pravilnika te ako doprinosi promidžbi Grada Ploča, sudjelovanju osoba, udruga, ustanova ili drugih subjekata s područja Grada </w:t>
      </w:r>
      <w:r w:rsidRPr="000C11BD">
        <w:rPr>
          <w:rFonts w:cs="Times New Roman"/>
          <w:szCs w:val="24"/>
          <w:lang w:val="hr-HR"/>
        </w:rPr>
        <w:lastRenderedPageBreak/>
        <w:t>Ploča, zaštiti interesa građana Grada Ploča ili ostvarivanju ciljeva od šireg javnog značaja koji su povezani s interesima Grada Ploča i njegove lokalne zajednice.</w:t>
      </w:r>
    </w:p>
    <w:p w14:paraId="3975F6A0" w14:textId="77777777" w:rsidR="00EA2E6B" w:rsidRPr="000C11BD" w:rsidRDefault="00EA2E6B" w:rsidP="000C11BD">
      <w:pPr>
        <w:spacing w:after="0" w:line="240" w:lineRule="auto"/>
        <w:jc w:val="both"/>
        <w:rPr>
          <w:rFonts w:cs="Times New Roman"/>
          <w:szCs w:val="24"/>
          <w:lang w:val="hr-HR"/>
        </w:rPr>
      </w:pPr>
    </w:p>
    <w:p w14:paraId="430A9E2B" w14:textId="77777777" w:rsidR="002E1ADE" w:rsidRPr="000C11BD" w:rsidRDefault="00831AB5" w:rsidP="000C11BD">
      <w:pPr>
        <w:spacing w:after="0" w:line="240" w:lineRule="auto"/>
        <w:jc w:val="center"/>
        <w:rPr>
          <w:rFonts w:cs="Times New Roman"/>
          <w:szCs w:val="24"/>
          <w:lang w:val="hr-HR"/>
        </w:rPr>
      </w:pPr>
      <w:r w:rsidRPr="000C11BD">
        <w:rPr>
          <w:rFonts w:cs="Times New Roman"/>
          <w:szCs w:val="24"/>
          <w:lang w:val="hr-HR"/>
        </w:rPr>
        <w:t>Članak 9.</w:t>
      </w:r>
    </w:p>
    <w:p w14:paraId="2DC47B08" w14:textId="77777777" w:rsidR="00EA2E6B" w:rsidRPr="000C11BD" w:rsidRDefault="00EA2E6B" w:rsidP="000C11BD">
      <w:pPr>
        <w:spacing w:after="0" w:line="240" w:lineRule="auto"/>
        <w:jc w:val="center"/>
        <w:rPr>
          <w:rFonts w:cs="Times New Roman"/>
          <w:szCs w:val="24"/>
          <w:lang w:val="hr-HR"/>
        </w:rPr>
      </w:pPr>
    </w:p>
    <w:p w14:paraId="1DF8728E" w14:textId="77777777" w:rsidR="00973FAC" w:rsidRPr="000C11BD" w:rsidRDefault="00831AB5" w:rsidP="000C11BD">
      <w:pPr>
        <w:spacing w:after="0" w:line="240" w:lineRule="auto"/>
        <w:ind w:firstLine="720"/>
        <w:jc w:val="both"/>
        <w:rPr>
          <w:rFonts w:cs="Times New Roman"/>
          <w:szCs w:val="24"/>
          <w:lang w:val="hr-HR"/>
        </w:rPr>
      </w:pPr>
      <w:r w:rsidRPr="000C11BD">
        <w:rPr>
          <w:rFonts w:cs="Times New Roman"/>
          <w:szCs w:val="24"/>
          <w:lang w:val="hr-HR"/>
        </w:rPr>
        <w:t>Pokroviteljstvo se neće dodijeliti podnositelju koji ne ispunjava uvjete iz ovog Pravilnika, koji je nenamjenski koristio prethodno odobrena sredstva iz javnih izvora, koji nije dostavio izvješće o prethodno dodijeljenim sredstvima Grada Ploča, koji ima nepodmirene dospjele obveze prema Gradu Ploče ili čiji zahtjev ne sadrži dovoljno podataka za ocjenu opravdanosti pokroviteljstva.</w:t>
      </w:r>
    </w:p>
    <w:p w14:paraId="2A97E988" w14:textId="01365F73" w:rsidR="002E1ADE" w:rsidRPr="000C11BD" w:rsidRDefault="00831AB5" w:rsidP="000C11BD">
      <w:pPr>
        <w:spacing w:after="0" w:line="240" w:lineRule="auto"/>
        <w:ind w:firstLine="720"/>
        <w:jc w:val="both"/>
        <w:rPr>
          <w:rFonts w:cs="Times New Roman"/>
          <w:szCs w:val="24"/>
          <w:lang w:val="hr-HR"/>
        </w:rPr>
      </w:pPr>
      <w:r w:rsidRPr="000C11BD">
        <w:rPr>
          <w:rFonts w:cs="Times New Roman"/>
          <w:szCs w:val="24"/>
          <w:lang w:val="hr-HR"/>
        </w:rPr>
        <w:t>Pokroviteljstvo se neće dodijeliti za aktivnosti koje nisu u skladu s Ustavom Republike Hrvatske, zakonima, javnim moralom ili interesom lokalne zajednice, za aktivnosti političkih stranaka, izbornih promidžbi ili političkih kampanja, za aktivnosti koje potiču diskriminaciju, nasilje, netrpeljivost ili govor mržnje, za aktivnosti pretežito komercijalnog karaktera te za troškove koji nisu neposredno povezani s aktivnošću za koju se traži pokroviteljstvo.</w:t>
      </w:r>
    </w:p>
    <w:p w14:paraId="32A2C280" w14:textId="77777777" w:rsidR="002F4E1D" w:rsidRPr="000C11BD" w:rsidRDefault="002F4E1D" w:rsidP="000C11BD">
      <w:pPr>
        <w:spacing w:after="0" w:line="240" w:lineRule="auto"/>
        <w:jc w:val="both"/>
        <w:rPr>
          <w:rFonts w:cs="Times New Roman"/>
          <w:szCs w:val="24"/>
          <w:lang w:val="hr-HR"/>
        </w:rPr>
      </w:pPr>
    </w:p>
    <w:p w14:paraId="20E6D323" w14:textId="77777777" w:rsidR="002E1ADE" w:rsidRPr="000C11BD" w:rsidRDefault="00831AB5" w:rsidP="000C11BD">
      <w:pPr>
        <w:pStyle w:val="Naslov1"/>
        <w:spacing w:before="0" w:after="0" w:line="240" w:lineRule="auto"/>
        <w:rPr>
          <w:rFonts w:ascii="Times New Roman" w:hAnsi="Times New Roman" w:cs="Times New Roman"/>
          <w:b w:val="0"/>
          <w:bCs w:val="0"/>
          <w:color w:val="auto"/>
          <w:sz w:val="24"/>
          <w:szCs w:val="24"/>
          <w:lang w:val="hr-HR"/>
        </w:rPr>
      </w:pPr>
      <w:r w:rsidRPr="000C11BD">
        <w:rPr>
          <w:rFonts w:ascii="Times New Roman" w:eastAsia="Times New Roman" w:hAnsi="Times New Roman" w:cs="Times New Roman"/>
          <w:b w:val="0"/>
          <w:bCs w:val="0"/>
          <w:color w:val="auto"/>
          <w:sz w:val="24"/>
          <w:szCs w:val="24"/>
          <w:lang w:val="hr-HR"/>
        </w:rPr>
        <w:t>IV. PODNOŠENJE I RAZMATRANJE ZAHTJEVA</w:t>
      </w:r>
    </w:p>
    <w:p w14:paraId="1C6403AC" w14:textId="77777777" w:rsidR="00D61CD3" w:rsidRPr="000C11BD" w:rsidRDefault="00D61CD3" w:rsidP="000C11BD">
      <w:pPr>
        <w:spacing w:after="0" w:line="240" w:lineRule="auto"/>
        <w:jc w:val="center"/>
        <w:rPr>
          <w:rFonts w:cs="Times New Roman"/>
          <w:szCs w:val="24"/>
          <w:lang w:val="hr-HR"/>
        </w:rPr>
      </w:pPr>
    </w:p>
    <w:p w14:paraId="523E9931" w14:textId="30B49FD2" w:rsidR="002E1ADE" w:rsidRPr="000C11BD" w:rsidRDefault="00831AB5" w:rsidP="000C11BD">
      <w:pPr>
        <w:spacing w:after="0" w:line="240" w:lineRule="auto"/>
        <w:jc w:val="center"/>
        <w:rPr>
          <w:rFonts w:cs="Times New Roman"/>
          <w:szCs w:val="24"/>
          <w:lang w:val="hr-HR"/>
        </w:rPr>
      </w:pPr>
      <w:r w:rsidRPr="000C11BD">
        <w:rPr>
          <w:rFonts w:cs="Times New Roman"/>
          <w:szCs w:val="24"/>
          <w:lang w:val="hr-HR"/>
        </w:rPr>
        <w:t>Članak 10.</w:t>
      </w:r>
    </w:p>
    <w:p w14:paraId="377EBFFB" w14:textId="77777777" w:rsidR="00FA6411" w:rsidRPr="000C11BD" w:rsidRDefault="00FA6411" w:rsidP="000C11BD">
      <w:pPr>
        <w:spacing w:after="0" w:line="240" w:lineRule="auto"/>
        <w:jc w:val="center"/>
        <w:rPr>
          <w:rFonts w:cs="Times New Roman"/>
          <w:szCs w:val="24"/>
          <w:lang w:val="hr-HR"/>
        </w:rPr>
      </w:pPr>
    </w:p>
    <w:p w14:paraId="1CF3D942" w14:textId="77777777" w:rsidR="00973FAC" w:rsidRPr="000C11BD" w:rsidRDefault="00B46D96" w:rsidP="000C11BD">
      <w:pPr>
        <w:spacing w:after="0" w:line="240" w:lineRule="auto"/>
        <w:ind w:firstLine="720"/>
        <w:jc w:val="both"/>
        <w:rPr>
          <w:rFonts w:cs="Times New Roman"/>
          <w:szCs w:val="24"/>
          <w:lang w:val="hr-HR"/>
        </w:rPr>
      </w:pPr>
      <w:r w:rsidRPr="000C11BD">
        <w:rPr>
          <w:rFonts w:cs="Times New Roman"/>
          <w:szCs w:val="24"/>
          <w:lang w:val="hr-HR"/>
        </w:rPr>
        <w:t>Zahtjev za dodjelu pokroviteljstva podnosi se na obrascu koji je sastavni dio ovog Pravilnika.</w:t>
      </w:r>
    </w:p>
    <w:p w14:paraId="296E25E5" w14:textId="69EACB86" w:rsidR="00973FAC" w:rsidRPr="000C11BD" w:rsidRDefault="00B46D96" w:rsidP="000C11BD">
      <w:pPr>
        <w:spacing w:after="0" w:line="240" w:lineRule="auto"/>
        <w:ind w:firstLine="720"/>
        <w:jc w:val="both"/>
        <w:rPr>
          <w:rFonts w:cs="Times New Roman"/>
          <w:szCs w:val="24"/>
          <w:lang w:val="hr-HR"/>
        </w:rPr>
      </w:pPr>
      <w:r w:rsidRPr="000C11BD">
        <w:rPr>
          <w:rFonts w:cs="Times New Roman"/>
          <w:szCs w:val="24"/>
          <w:lang w:val="hr-HR"/>
        </w:rPr>
        <w:t xml:space="preserve">Zahtjev se može podnijeti tijekom godine, najkasnije </w:t>
      </w:r>
      <w:r w:rsidR="000B5D8F" w:rsidRPr="000C11BD">
        <w:rPr>
          <w:rFonts w:cs="Times New Roman"/>
          <w:szCs w:val="24"/>
          <w:lang w:val="hr-HR"/>
        </w:rPr>
        <w:t>15</w:t>
      </w:r>
      <w:r w:rsidRPr="000C11BD">
        <w:rPr>
          <w:rFonts w:cs="Times New Roman"/>
          <w:szCs w:val="24"/>
          <w:lang w:val="hr-HR"/>
        </w:rPr>
        <w:t xml:space="preserve"> dana prije dana održavanja aktivnosti, osim ako zbog opravdanih razloga ili prirode aktivnosti to nije moguće.</w:t>
      </w:r>
    </w:p>
    <w:p w14:paraId="143FD227" w14:textId="68502740" w:rsidR="00B46D96" w:rsidRPr="000C11BD" w:rsidRDefault="00B46D96" w:rsidP="000C11BD">
      <w:pPr>
        <w:spacing w:after="0" w:line="240" w:lineRule="auto"/>
        <w:ind w:firstLine="720"/>
        <w:jc w:val="both"/>
        <w:rPr>
          <w:rFonts w:cs="Times New Roman"/>
          <w:szCs w:val="24"/>
          <w:lang w:val="hr-HR"/>
        </w:rPr>
      </w:pPr>
      <w:r w:rsidRPr="000C11BD">
        <w:rPr>
          <w:rFonts w:cs="Times New Roman"/>
          <w:szCs w:val="24"/>
          <w:lang w:val="hr-HR"/>
        </w:rPr>
        <w:t>Grad Ploče može</w:t>
      </w:r>
      <w:r w:rsidR="000B5D8F" w:rsidRPr="000C11BD">
        <w:rPr>
          <w:rFonts w:cs="Times New Roman"/>
          <w:szCs w:val="24"/>
          <w:lang w:val="hr-HR"/>
        </w:rPr>
        <w:t xml:space="preserve"> radi</w:t>
      </w:r>
      <w:r w:rsidRPr="000C11BD">
        <w:rPr>
          <w:rFonts w:cs="Times New Roman"/>
          <w:szCs w:val="24"/>
          <w:lang w:val="hr-HR"/>
        </w:rPr>
        <w:t xml:space="preserve"> lakšeg planiranja sredstava, objaviti javni poziv za podnošenje zahtjeva za pokroviteljstvo, koji može biti otvoren tijekom godine, do iskorištenja sredstava osiguranih u Proračunu Grada Ploča.</w:t>
      </w:r>
    </w:p>
    <w:p w14:paraId="403A2966" w14:textId="77777777" w:rsidR="00FA6411" w:rsidRPr="000C11BD" w:rsidRDefault="00FA6411" w:rsidP="000C11BD">
      <w:pPr>
        <w:spacing w:after="0" w:line="240" w:lineRule="auto"/>
        <w:jc w:val="both"/>
        <w:rPr>
          <w:rFonts w:cs="Times New Roman"/>
          <w:szCs w:val="24"/>
          <w:lang w:val="hr-HR"/>
        </w:rPr>
      </w:pPr>
    </w:p>
    <w:p w14:paraId="4BB216B4" w14:textId="77777777" w:rsidR="002E1ADE" w:rsidRPr="000C11BD" w:rsidRDefault="00831AB5" w:rsidP="000C11BD">
      <w:pPr>
        <w:spacing w:after="0" w:line="240" w:lineRule="auto"/>
        <w:jc w:val="center"/>
        <w:rPr>
          <w:rFonts w:cs="Times New Roman"/>
          <w:szCs w:val="24"/>
          <w:lang w:val="hr-HR"/>
        </w:rPr>
      </w:pPr>
      <w:r w:rsidRPr="000C11BD">
        <w:rPr>
          <w:rFonts w:cs="Times New Roman"/>
          <w:szCs w:val="24"/>
          <w:lang w:val="hr-HR"/>
        </w:rPr>
        <w:t>Članak 11.</w:t>
      </w:r>
    </w:p>
    <w:p w14:paraId="18A753BE" w14:textId="77777777" w:rsidR="00FA6411" w:rsidRPr="000C11BD" w:rsidRDefault="00FA6411" w:rsidP="000C11BD">
      <w:pPr>
        <w:spacing w:after="0" w:line="240" w:lineRule="auto"/>
        <w:jc w:val="center"/>
        <w:rPr>
          <w:rFonts w:cs="Times New Roman"/>
          <w:szCs w:val="24"/>
          <w:lang w:val="hr-HR"/>
        </w:rPr>
      </w:pPr>
    </w:p>
    <w:p w14:paraId="1A2DAFEF" w14:textId="77777777" w:rsidR="00973FAC" w:rsidRPr="000C11BD" w:rsidRDefault="00831AB5" w:rsidP="000C11BD">
      <w:pPr>
        <w:spacing w:after="0" w:line="240" w:lineRule="auto"/>
        <w:ind w:firstLine="720"/>
        <w:jc w:val="both"/>
        <w:rPr>
          <w:rFonts w:cs="Times New Roman"/>
          <w:szCs w:val="24"/>
          <w:lang w:val="hr-HR"/>
        </w:rPr>
      </w:pPr>
      <w:r w:rsidRPr="000C11BD">
        <w:rPr>
          <w:rFonts w:cs="Times New Roman"/>
          <w:szCs w:val="24"/>
          <w:lang w:val="hr-HR"/>
        </w:rPr>
        <w:t>Zahtjev osobito sadrži podatke o podnositelju zahtjeva, opis aktivnosti, vrijeme i mjesto provedbe, ciljane skupine i očekivani broj sudionika ili korisnika, obrazloženje interesa za Grad Ploče, ukupnu vrijednost aktivnosti, iznos traženih sredstava ili opis tražene nefinancijske podrške, podatke o drugim izvorima financiranja te izjavu o točnosti podataka i nepostojanju dvostrukog financiranja.</w:t>
      </w:r>
    </w:p>
    <w:p w14:paraId="3EE21DC9" w14:textId="77777777" w:rsidR="00973FAC" w:rsidRPr="000C11BD" w:rsidRDefault="00831AB5" w:rsidP="000C11BD">
      <w:pPr>
        <w:spacing w:after="0" w:line="240" w:lineRule="auto"/>
        <w:ind w:firstLine="720"/>
        <w:jc w:val="both"/>
        <w:rPr>
          <w:rFonts w:cs="Times New Roman"/>
          <w:szCs w:val="24"/>
          <w:lang w:val="hr-HR"/>
        </w:rPr>
      </w:pPr>
      <w:r w:rsidRPr="000C11BD">
        <w:rPr>
          <w:rFonts w:cs="Times New Roman"/>
          <w:szCs w:val="24"/>
          <w:lang w:val="hr-HR"/>
        </w:rPr>
        <w:t>Uz zahtjev se, prema potrebi i razmjerno vrijednosti tražene podrške, prilaže program aktivnosti, troškovnik, dokaz o registraciji ako podnositelj ima pravnu osobnost i ako dokaz nije javno dostupan, dokaz o prebivalištu ili boravištu za fizičku osobu ako je primjenjivo, potvrda o nepostojanju duga ako se dodjeljuju financijska sredstva i ako je zatraži Grad Ploče, izvješće o prethodno odobrenim sredstvima ako nije ranije dostavljeno te druga dokumentacija potrebna za ocjenu zahtjeva.</w:t>
      </w:r>
    </w:p>
    <w:p w14:paraId="3BD98B26" w14:textId="1E65B51F" w:rsidR="00E92B7D" w:rsidRPr="000C11BD" w:rsidRDefault="00E92B7D" w:rsidP="000C11BD">
      <w:pPr>
        <w:spacing w:after="0" w:line="240" w:lineRule="auto"/>
        <w:ind w:firstLine="720"/>
        <w:jc w:val="both"/>
        <w:rPr>
          <w:rFonts w:cs="Times New Roman"/>
          <w:szCs w:val="24"/>
          <w:lang w:val="hr-HR"/>
        </w:rPr>
      </w:pPr>
      <w:r w:rsidRPr="000C11BD">
        <w:rPr>
          <w:rFonts w:cs="Times New Roman"/>
          <w:szCs w:val="24"/>
          <w:lang w:val="hr-HR"/>
        </w:rPr>
        <w:t>Grad Ploče može podatke dostupne u javnim registrima provjeriti službenim putem, bez obveze podnositelja da dostavlja isprave koje su javno dostupne.</w:t>
      </w:r>
    </w:p>
    <w:p w14:paraId="715D3B1B" w14:textId="77777777" w:rsidR="00FA6411" w:rsidRPr="000C11BD" w:rsidRDefault="00FA6411" w:rsidP="000C11BD">
      <w:pPr>
        <w:spacing w:after="0" w:line="240" w:lineRule="auto"/>
        <w:jc w:val="center"/>
        <w:rPr>
          <w:rFonts w:cs="Times New Roman"/>
          <w:szCs w:val="24"/>
          <w:lang w:val="hr-HR"/>
        </w:rPr>
      </w:pPr>
    </w:p>
    <w:p w14:paraId="1C4B13E8" w14:textId="77777777" w:rsidR="002765BF" w:rsidRDefault="002765BF" w:rsidP="000C11BD">
      <w:pPr>
        <w:spacing w:after="0" w:line="240" w:lineRule="auto"/>
        <w:jc w:val="center"/>
        <w:rPr>
          <w:rFonts w:cs="Times New Roman"/>
          <w:szCs w:val="24"/>
          <w:lang w:val="hr-HR"/>
        </w:rPr>
      </w:pPr>
    </w:p>
    <w:p w14:paraId="219DA012" w14:textId="77777777" w:rsidR="00CA2A09" w:rsidRPr="000C11BD" w:rsidRDefault="00CA2A09" w:rsidP="000C11BD">
      <w:pPr>
        <w:spacing w:after="0" w:line="240" w:lineRule="auto"/>
        <w:jc w:val="center"/>
        <w:rPr>
          <w:rFonts w:cs="Times New Roman"/>
          <w:szCs w:val="24"/>
          <w:lang w:val="hr-HR"/>
        </w:rPr>
      </w:pPr>
    </w:p>
    <w:p w14:paraId="59C2D65C" w14:textId="77777777" w:rsidR="002765BF" w:rsidRPr="000C11BD" w:rsidRDefault="002765BF" w:rsidP="000C11BD">
      <w:pPr>
        <w:spacing w:after="0" w:line="240" w:lineRule="auto"/>
        <w:jc w:val="center"/>
        <w:rPr>
          <w:rFonts w:cs="Times New Roman"/>
          <w:szCs w:val="24"/>
          <w:lang w:val="hr-HR"/>
        </w:rPr>
      </w:pPr>
    </w:p>
    <w:p w14:paraId="5BD8DD6D" w14:textId="07476A3A" w:rsidR="002E1ADE" w:rsidRPr="000C11BD" w:rsidRDefault="00831AB5" w:rsidP="000C11BD">
      <w:pPr>
        <w:spacing w:after="0" w:line="240" w:lineRule="auto"/>
        <w:jc w:val="center"/>
        <w:rPr>
          <w:rFonts w:cs="Times New Roman"/>
          <w:szCs w:val="24"/>
          <w:lang w:val="hr-HR"/>
        </w:rPr>
      </w:pPr>
      <w:r w:rsidRPr="000C11BD">
        <w:rPr>
          <w:rFonts w:cs="Times New Roman"/>
          <w:szCs w:val="24"/>
          <w:lang w:val="hr-HR"/>
        </w:rPr>
        <w:lastRenderedPageBreak/>
        <w:t>Članak 12.</w:t>
      </w:r>
    </w:p>
    <w:p w14:paraId="540DF0BB" w14:textId="77777777" w:rsidR="00FA6411" w:rsidRPr="000C11BD" w:rsidRDefault="00FA6411" w:rsidP="000C11BD">
      <w:pPr>
        <w:spacing w:after="0" w:line="240" w:lineRule="auto"/>
        <w:jc w:val="center"/>
        <w:rPr>
          <w:rFonts w:cs="Times New Roman"/>
          <w:szCs w:val="24"/>
          <w:lang w:val="hr-HR"/>
        </w:rPr>
      </w:pPr>
    </w:p>
    <w:p w14:paraId="2F8280A6" w14:textId="6272B813" w:rsidR="00973FAC" w:rsidRPr="000C11BD" w:rsidRDefault="00831AB5" w:rsidP="000C11BD">
      <w:pPr>
        <w:spacing w:after="0" w:line="240" w:lineRule="auto"/>
        <w:ind w:firstLine="720"/>
        <w:jc w:val="both"/>
        <w:rPr>
          <w:rFonts w:cs="Times New Roman"/>
          <w:szCs w:val="24"/>
          <w:lang w:val="hr-HR"/>
        </w:rPr>
      </w:pPr>
      <w:r w:rsidRPr="000C11BD">
        <w:rPr>
          <w:rFonts w:cs="Times New Roman"/>
          <w:szCs w:val="24"/>
          <w:lang w:val="hr-HR"/>
        </w:rPr>
        <w:t xml:space="preserve">Zahtjeve razmatra </w:t>
      </w:r>
      <w:r w:rsidR="00F7282D" w:rsidRPr="000C11BD">
        <w:rPr>
          <w:rFonts w:cs="Times New Roman"/>
          <w:szCs w:val="24"/>
          <w:lang w:val="hr-HR"/>
        </w:rPr>
        <w:t xml:space="preserve">nadležno </w:t>
      </w:r>
      <w:r w:rsidR="002C330F" w:rsidRPr="000C11BD">
        <w:rPr>
          <w:rFonts w:cs="Times New Roman"/>
          <w:szCs w:val="24"/>
          <w:lang w:val="hr-HR"/>
        </w:rPr>
        <w:t xml:space="preserve">upravno tijelo </w:t>
      </w:r>
      <w:r w:rsidR="00F33747" w:rsidRPr="000C11BD">
        <w:rPr>
          <w:rFonts w:cs="Times New Roman"/>
          <w:szCs w:val="24"/>
          <w:lang w:val="hr-HR"/>
        </w:rPr>
        <w:t>Grada Ploča</w:t>
      </w:r>
      <w:r w:rsidRPr="000C11BD">
        <w:rPr>
          <w:rFonts w:cs="Times New Roman"/>
          <w:szCs w:val="24"/>
          <w:lang w:val="hr-HR"/>
        </w:rPr>
        <w:t xml:space="preserve">, a Gradonačelnik može, po potrebi, imenovati </w:t>
      </w:r>
      <w:r w:rsidR="00FB2CB7" w:rsidRPr="000C11BD">
        <w:rPr>
          <w:rFonts w:cs="Times New Roman"/>
          <w:szCs w:val="24"/>
          <w:lang w:val="hr-HR"/>
        </w:rPr>
        <w:t>p</w:t>
      </w:r>
      <w:r w:rsidRPr="000C11BD">
        <w:rPr>
          <w:rFonts w:cs="Times New Roman"/>
          <w:szCs w:val="24"/>
          <w:lang w:val="hr-HR"/>
        </w:rPr>
        <w:t>ovjerenstvo za razmatranje zahtjeva za pokroviteljstvo.</w:t>
      </w:r>
    </w:p>
    <w:p w14:paraId="7D50BC97" w14:textId="0CBEF66B" w:rsidR="00973FAC" w:rsidRPr="000C11BD" w:rsidRDefault="00831AB5" w:rsidP="000C11BD">
      <w:pPr>
        <w:spacing w:after="0" w:line="240" w:lineRule="auto"/>
        <w:ind w:firstLine="720"/>
        <w:jc w:val="both"/>
        <w:rPr>
          <w:rFonts w:cs="Times New Roman"/>
          <w:szCs w:val="24"/>
          <w:lang w:val="hr-HR"/>
        </w:rPr>
      </w:pPr>
      <w:r w:rsidRPr="000C11BD">
        <w:rPr>
          <w:rFonts w:cs="Times New Roman"/>
          <w:szCs w:val="24"/>
          <w:lang w:val="hr-HR"/>
        </w:rPr>
        <w:t>Nadležn</w:t>
      </w:r>
      <w:r w:rsidR="00296D34" w:rsidRPr="000C11BD">
        <w:rPr>
          <w:rFonts w:cs="Times New Roman"/>
          <w:szCs w:val="24"/>
          <w:lang w:val="hr-HR"/>
        </w:rPr>
        <w:t xml:space="preserve">o upravno tijelo </w:t>
      </w:r>
      <w:r w:rsidRPr="000C11BD">
        <w:rPr>
          <w:rFonts w:cs="Times New Roman"/>
          <w:szCs w:val="24"/>
          <w:lang w:val="hr-HR"/>
        </w:rPr>
        <w:t xml:space="preserve">ili </w:t>
      </w:r>
      <w:r w:rsidR="00403008" w:rsidRPr="000C11BD">
        <w:rPr>
          <w:rFonts w:cs="Times New Roman"/>
          <w:szCs w:val="24"/>
          <w:lang w:val="hr-HR"/>
        </w:rPr>
        <w:t>p</w:t>
      </w:r>
      <w:r w:rsidRPr="000C11BD">
        <w:rPr>
          <w:rFonts w:cs="Times New Roman"/>
          <w:szCs w:val="24"/>
          <w:lang w:val="hr-HR"/>
        </w:rPr>
        <w:t>ovjerenstvo može od podnositelja zatražiti dopunu ili pojašnjenje zahtjeva u primjerenom roku.</w:t>
      </w:r>
    </w:p>
    <w:p w14:paraId="7FD1A2EE" w14:textId="51E946DF" w:rsidR="002E1ADE" w:rsidRPr="000C11BD" w:rsidRDefault="00831AB5" w:rsidP="000C11BD">
      <w:pPr>
        <w:spacing w:after="0" w:line="240" w:lineRule="auto"/>
        <w:ind w:firstLine="720"/>
        <w:jc w:val="both"/>
        <w:rPr>
          <w:rFonts w:cs="Times New Roman"/>
          <w:szCs w:val="24"/>
          <w:lang w:val="hr-HR"/>
        </w:rPr>
      </w:pPr>
      <w:r w:rsidRPr="000C11BD">
        <w:rPr>
          <w:rFonts w:cs="Times New Roman"/>
          <w:szCs w:val="24"/>
          <w:lang w:val="hr-HR"/>
        </w:rPr>
        <w:t>Ako podnositelj ne dostavi traženu dopunu ili pojašnjenje u ostavljenom roku, zahtjev se može odbiti ili odbaciti kao nepotpun.</w:t>
      </w:r>
    </w:p>
    <w:p w14:paraId="4E8227F6" w14:textId="77777777" w:rsidR="00FA6411" w:rsidRPr="000C11BD" w:rsidRDefault="00FA6411" w:rsidP="000C11BD">
      <w:pPr>
        <w:spacing w:after="0" w:line="240" w:lineRule="auto"/>
        <w:jc w:val="both"/>
        <w:rPr>
          <w:rFonts w:cs="Times New Roman"/>
          <w:szCs w:val="24"/>
          <w:lang w:val="hr-HR"/>
        </w:rPr>
      </w:pPr>
    </w:p>
    <w:p w14:paraId="28648A6F" w14:textId="77777777" w:rsidR="002E1ADE" w:rsidRPr="000C11BD" w:rsidRDefault="00831AB5" w:rsidP="000C11BD">
      <w:pPr>
        <w:spacing w:after="0" w:line="240" w:lineRule="auto"/>
        <w:jc w:val="center"/>
        <w:rPr>
          <w:rFonts w:cs="Times New Roman"/>
          <w:szCs w:val="24"/>
          <w:lang w:val="hr-HR"/>
        </w:rPr>
      </w:pPr>
      <w:r w:rsidRPr="000C11BD">
        <w:rPr>
          <w:rFonts w:cs="Times New Roman"/>
          <w:szCs w:val="24"/>
          <w:lang w:val="hr-HR"/>
        </w:rPr>
        <w:t>Članak 13.</w:t>
      </w:r>
    </w:p>
    <w:p w14:paraId="312A3E59" w14:textId="77777777" w:rsidR="00FA6411" w:rsidRPr="000C11BD" w:rsidRDefault="00FA6411" w:rsidP="000C11BD">
      <w:pPr>
        <w:spacing w:after="0" w:line="240" w:lineRule="auto"/>
        <w:jc w:val="center"/>
        <w:rPr>
          <w:rFonts w:cs="Times New Roman"/>
          <w:szCs w:val="24"/>
          <w:lang w:val="hr-HR"/>
        </w:rPr>
      </w:pPr>
    </w:p>
    <w:p w14:paraId="341F9579" w14:textId="77777777" w:rsidR="002E1ADE" w:rsidRPr="000C11BD" w:rsidRDefault="00831AB5" w:rsidP="000C11BD">
      <w:pPr>
        <w:spacing w:after="0" w:line="240" w:lineRule="auto"/>
        <w:ind w:firstLine="720"/>
        <w:jc w:val="both"/>
        <w:rPr>
          <w:rFonts w:cs="Times New Roman"/>
          <w:szCs w:val="24"/>
          <w:lang w:val="hr-HR"/>
        </w:rPr>
      </w:pPr>
      <w:r w:rsidRPr="000C11BD">
        <w:rPr>
          <w:rFonts w:cs="Times New Roman"/>
          <w:szCs w:val="24"/>
          <w:lang w:val="hr-HR"/>
        </w:rPr>
        <w:t>Osobe koje sudjeluju u razmatranju zahtjeva dužne su postupati nepristrano i izuzeti se iz postupanja ako postoji osobni, poslovni, obiteljski, članski ili drugi odnos s podnositeljem zahtjeva koji bi mogao utjecati na nepristranost postupanja.</w:t>
      </w:r>
    </w:p>
    <w:p w14:paraId="34EF33CF" w14:textId="77777777" w:rsidR="00FA6411" w:rsidRPr="000C11BD" w:rsidRDefault="00FA6411" w:rsidP="000C11BD">
      <w:pPr>
        <w:spacing w:after="0" w:line="240" w:lineRule="auto"/>
        <w:jc w:val="both"/>
        <w:rPr>
          <w:rFonts w:cs="Times New Roman"/>
          <w:szCs w:val="24"/>
          <w:lang w:val="hr-HR"/>
        </w:rPr>
      </w:pPr>
    </w:p>
    <w:p w14:paraId="3AB611EF" w14:textId="77777777" w:rsidR="002E1ADE" w:rsidRPr="000C11BD" w:rsidRDefault="00831AB5" w:rsidP="000C11BD">
      <w:pPr>
        <w:pStyle w:val="Naslov1"/>
        <w:spacing w:before="0" w:after="0" w:line="240" w:lineRule="auto"/>
        <w:rPr>
          <w:rFonts w:ascii="Times New Roman" w:hAnsi="Times New Roman" w:cs="Times New Roman"/>
          <w:b w:val="0"/>
          <w:bCs w:val="0"/>
          <w:color w:val="auto"/>
          <w:sz w:val="24"/>
          <w:szCs w:val="24"/>
          <w:lang w:val="hr-HR"/>
        </w:rPr>
      </w:pPr>
      <w:r w:rsidRPr="000C11BD">
        <w:rPr>
          <w:rFonts w:ascii="Times New Roman" w:eastAsia="Times New Roman" w:hAnsi="Times New Roman" w:cs="Times New Roman"/>
          <w:b w:val="0"/>
          <w:bCs w:val="0"/>
          <w:color w:val="auto"/>
          <w:sz w:val="24"/>
          <w:szCs w:val="24"/>
          <w:lang w:val="hr-HR"/>
        </w:rPr>
        <w:t>V. KRITERIJI ZA DODJELU POKROVITELJSTVA</w:t>
      </w:r>
    </w:p>
    <w:p w14:paraId="0DFFCC33" w14:textId="77777777" w:rsidR="008E4F23" w:rsidRPr="000C11BD" w:rsidRDefault="008E4F23" w:rsidP="000C11BD">
      <w:pPr>
        <w:spacing w:after="0" w:line="240" w:lineRule="auto"/>
        <w:jc w:val="center"/>
        <w:rPr>
          <w:rFonts w:cs="Times New Roman"/>
          <w:szCs w:val="24"/>
          <w:lang w:val="hr-HR"/>
        </w:rPr>
      </w:pPr>
    </w:p>
    <w:p w14:paraId="75DAC288" w14:textId="36C3BB93" w:rsidR="002E1ADE" w:rsidRPr="000C11BD" w:rsidRDefault="00831AB5" w:rsidP="000C11BD">
      <w:pPr>
        <w:spacing w:after="0" w:line="240" w:lineRule="auto"/>
        <w:jc w:val="center"/>
        <w:rPr>
          <w:rFonts w:cs="Times New Roman"/>
          <w:szCs w:val="24"/>
          <w:lang w:val="hr-HR"/>
        </w:rPr>
      </w:pPr>
      <w:r w:rsidRPr="000C11BD">
        <w:rPr>
          <w:rFonts w:cs="Times New Roman"/>
          <w:szCs w:val="24"/>
          <w:lang w:val="hr-HR"/>
        </w:rPr>
        <w:t>Članak 14.</w:t>
      </w:r>
    </w:p>
    <w:p w14:paraId="7EE7C4F0" w14:textId="77777777" w:rsidR="008E4F23" w:rsidRPr="000C11BD" w:rsidRDefault="008E4F23" w:rsidP="000C11BD">
      <w:pPr>
        <w:spacing w:after="0" w:line="240" w:lineRule="auto"/>
        <w:jc w:val="center"/>
        <w:rPr>
          <w:rFonts w:cs="Times New Roman"/>
          <w:szCs w:val="24"/>
          <w:lang w:val="hr-HR"/>
        </w:rPr>
      </w:pPr>
    </w:p>
    <w:p w14:paraId="6465CAE6" w14:textId="77777777" w:rsidR="002E1ADE" w:rsidRPr="000C11BD" w:rsidRDefault="00831AB5" w:rsidP="000C11BD">
      <w:pPr>
        <w:spacing w:after="0" w:line="240" w:lineRule="auto"/>
        <w:ind w:firstLine="360"/>
        <w:jc w:val="both"/>
        <w:rPr>
          <w:rFonts w:cs="Times New Roman"/>
          <w:szCs w:val="24"/>
          <w:lang w:val="hr-HR"/>
        </w:rPr>
      </w:pPr>
      <w:r w:rsidRPr="000C11BD">
        <w:rPr>
          <w:rFonts w:cs="Times New Roman"/>
          <w:szCs w:val="24"/>
          <w:lang w:val="hr-HR"/>
        </w:rPr>
        <w:t>Pri razmatranju zahtjeva osobito se uzima u obzir:</w:t>
      </w:r>
    </w:p>
    <w:p w14:paraId="3025BE2F" w14:textId="77777777" w:rsidR="002E1ADE" w:rsidRPr="000C11BD" w:rsidRDefault="00831AB5" w:rsidP="000C11BD">
      <w:pPr>
        <w:pStyle w:val="Brojevi"/>
        <w:numPr>
          <w:ilvl w:val="0"/>
          <w:numId w:val="10"/>
        </w:numPr>
        <w:tabs>
          <w:tab w:val="clear" w:pos="360"/>
          <w:tab w:val="num" w:pos="1080"/>
        </w:tabs>
        <w:spacing w:after="0" w:line="240" w:lineRule="auto"/>
        <w:ind w:left="1080"/>
        <w:rPr>
          <w:rFonts w:cs="Times New Roman"/>
          <w:szCs w:val="24"/>
          <w:lang w:val="hr-HR"/>
        </w:rPr>
      </w:pPr>
      <w:r w:rsidRPr="000C11BD">
        <w:rPr>
          <w:rFonts w:cs="Times New Roman"/>
          <w:szCs w:val="24"/>
          <w:lang w:val="hr-HR"/>
        </w:rPr>
        <w:t>usklađenost aktivnosti s interesima Grada Ploča i potrebama lokalne zajednice;</w:t>
      </w:r>
    </w:p>
    <w:p w14:paraId="032ECBD4" w14:textId="77777777" w:rsidR="006069D2" w:rsidRPr="000C11BD" w:rsidRDefault="006069D2" w:rsidP="000C11BD">
      <w:pPr>
        <w:pStyle w:val="Brojevi"/>
        <w:tabs>
          <w:tab w:val="clear" w:pos="360"/>
          <w:tab w:val="num" w:pos="1080"/>
        </w:tabs>
        <w:spacing w:after="0" w:line="240" w:lineRule="auto"/>
        <w:ind w:left="1080"/>
        <w:jc w:val="both"/>
        <w:rPr>
          <w:rFonts w:cs="Times New Roman"/>
          <w:szCs w:val="24"/>
          <w:lang w:val="hr-HR"/>
        </w:rPr>
      </w:pPr>
      <w:r w:rsidRPr="000C11BD">
        <w:rPr>
          <w:rFonts w:cs="Times New Roman"/>
          <w:szCs w:val="24"/>
          <w:lang w:val="hr-HR"/>
        </w:rPr>
        <w:t>doprinos aktivnosti područjima iz članka 2. stavka 2. ovoga Pravilnika, osobito kulturi, sportu, obrazovanju, humanitarnom djelovanju, socijalnoj skrbi, zdravlju, zaštiti okoliša, znanosti, umjetnosti, očuvanju tradicije, volonterstvu, braniteljskim aktivnostima, turizmu, gospodarstvu, protokolarnim aktivnostima, sigurnosti, civilnoj zaštiti, promidžbi Grada Ploča ili drugim područjima od javnog interesa;</w:t>
      </w:r>
    </w:p>
    <w:p w14:paraId="51D6886E" w14:textId="66CA8A76" w:rsidR="002E1ADE" w:rsidRPr="000C11BD" w:rsidRDefault="00831AB5" w:rsidP="000C11BD">
      <w:pPr>
        <w:pStyle w:val="Brojevi"/>
        <w:tabs>
          <w:tab w:val="clear" w:pos="360"/>
          <w:tab w:val="num" w:pos="1080"/>
        </w:tabs>
        <w:spacing w:after="0" w:line="240" w:lineRule="auto"/>
        <w:ind w:left="1080"/>
        <w:rPr>
          <w:rFonts w:cs="Times New Roman"/>
          <w:szCs w:val="24"/>
          <w:lang w:val="hr-HR"/>
        </w:rPr>
      </w:pPr>
      <w:r w:rsidRPr="000C11BD">
        <w:rPr>
          <w:rFonts w:cs="Times New Roman"/>
          <w:szCs w:val="24"/>
          <w:lang w:val="hr-HR"/>
        </w:rPr>
        <w:t>broj i značaj korisnika ili sudionika aktivnosti;</w:t>
      </w:r>
    </w:p>
    <w:p w14:paraId="2E3CC1C6" w14:textId="77777777" w:rsidR="002E1ADE" w:rsidRPr="000C11BD" w:rsidRDefault="00831AB5" w:rsidP="000C11BD">
      <w:pPr>
        <w:pStyle w:val="Brojevi"/>
        <w:tabs>
          <w:tab w:val="clear" w:pos="360"/>
          <w:tab w:val="num" w:pos="1080"/>
        </w:tabs>
        <w:spacing w:after="0" w:line="240" w:lineRule="auto"/>
        <w:ind w:left="1080"/>
        <w:rPr>
          <w:rFonts w:cs="Times New Roman"/>
          <w:szCs w:val="24"/>
          <w:lang w:val="hr-HR"/>
        </w:rPr>
      </w:pPr>
      <w:r w:rsidRPr="000C11BD">
        <w:rPr>
          <w:rFonts w:cs="Times New Roman"/>
          <w:szCs w:val="24"/>
          <w:lang w:val="hr-HR"/>
        </w:rPr>
        <w:t>uključenost djece, mladih, osoba starije životne dobi, osoba s invaliditetom, branitelja, socijalno osjetljivih skupina ili drugih skupina od interesa za Grad Ploče;</w:t>
      </w:r>
    </w:p>
    <w:p w14:paraId="6BE28C4A" w14:textId="77777777" w:rsidR="002E1ADE" w:rsidRPr="000C11BD" w:rsidRDefault="00831AB5" w:rsidP="000C11BD">
      <w:pPr>
        <w:pStyle w:val="Brojevi"/>
        <w:tabs>
          <w:tab w:val="clear" w:pos="360"/>
          <w:tab w:val="num" w:pos="1080"/>
        </w:tabs>
        <w:spacing w:after="0" w:line="240" w:lineRule="auto"/>
        <w:ind w:left="1080"/>
        <w:rPr>
          <w:rFonts w:cs="Times New Roman"/>
          <w:szCs w:val="24"/>
          <w:lang w:val="hr-HR"/>
        </w:rPr>
      </w:pPr>
      <w:r w:rsidRPr="000C11BD">
        <w:rPr>
          <w:rFonts w:cs="Times New Roman"/>
          <w:szCs w:val="24"/>
          <w:lang w:val="hr-HR"/>
        </w:rPr>
        <w:t>prepoznatljivost, tradicija i javni značaj aktivnosti;</w:t>
      </w:r>
    </w:p>
    <w:p w14:paraId="6D2CD809" w14:textId="77777777" w:rsidR="002E1ADE" w:rsidRPr="000C11BD" w:rsidRDefault="00831AB5" w:rsidP="000C11BD">
      <w:pPr>
        <w:pStyle w:val="Brojevi"/>
        <w:tabs>
          <w:tab w:val="clear" w:pos="360"/>
          <w:tab w:val="num" w:pos="1080"/>
        </w:tabs>
        <w:spacing w:after="0" w:line="240" w:lineRule="auto"/>
        <w:ind w:left="1080"/>
        <w:rPr>
          <w:rFonts w:cs="Times New Roman"/>
          <w:szCs w:val="24"/>
          <w:lang w:val="hr-HR"/>
        </w:rPr>
      </w:pPr>
      <w:r w:rsidRPr="000C11BD">
        <w:rPr>
          <w:rFonts w:cs="Times New Roman"/>
          <w:szCs w:val="24"/>
          <w:lang w:val="hr-HR"/>
        </w:rPr>
        <w:t>razina uključenosti volontera i lokalne zajednice;</w:t>
      </w:r>
    </w:p>
    <w:p w14:paraId="6C68B380" w14:textId="77777777" w:rsidR="002E1ADE" w:rsidRPr="000C11BD" w:rsidRDefault="00831AB5" w:rsidP="000C11BD">
      <w:pPr>
        <w:pStyle w:val="Brojevi"/>
        <w:tabs>
          <w:tab w:val="clear" w:pos="360"/>
          <w:tab w:val="num" w:pos="1080"/>
        </w:tabs>
        <w:spacing w:after="0" w:line="240" w:lineRule="auto"/>
        <w:ind w:left="1080"/>
        <w:rPr>
          <w:rFonts w:cs="Times New Roman"/>
          <w:szCs w:val="24"/>
          <w:lang w:val="hr-HR"/>
        </w:rPr>
      </w:pPr>
      <w:r w:rsidRPr="000C11BD">
        <w:rPr>
          <w:rFonts w:cs="Times New Roman"/>
          <w:szCs w:val="24"/>
          <w:lang w:val="hr-HR"/>
        </w:rPr>
        <w:t>realnost i razmjernost troškovnika;</w:t>
      </w:r>
    </w:p>
    <w:p w14:paraId="07BB1470" w14:textId="77777777" w:rsidR="002E1ADE" w:rsidRPr="000C11BD" w:rsidRDefault="00831AB5" w:rsidP="000C11BD">
      <w:pPr>
        <w:pStyle w:val="Brojevi"/>
        <w:tabs>
          <w:tab w:val="clear" w:pos="360"/>
          <w:tab w:val="num" w:pos="1080"/>
        </w:tabs>
        <w:spacing w:after="0" w:line="240" w:lineRule="auto"/>
        <w:ind w:left="1080"/>
        <w:rPr>
          <w:rFonts w:cs="Times New Roman"/>
          <w:szCs w:val="24"/>
          <w:lang w:val="hr-HR"/>
        </w:rPr>
      </w:pPr>
      <w:r w:rsidRPr="000C11BD">
        <w:rPr>
          <w:rFonts w:cs="Times New Roman"/>
          <w:szCs w:val="24"/>
          <w:lang w:val="hr-HR"/>
        </w:rPr>
        <w:t>osigurani drugi izvori financiranja;</w:t>
      </w:r>
    </w:p>
    <w:p w14:paraId="2F0BC58F" w14:textId="77777777" w:rsidR="002E1ADE" w:rsidRPr="000C11BD" w:rsidRDefault="00831AB5" w:rsidP="000C11BD">
      <w:pPr>
        <w:pStyle w:val="Brojevi"/>
        <w:tabs>
          <w:tab w:val="clear" w:pos="360"/>
          <w:tab w:val="num" w:pos="1080"/>
        </w:tabs>
        <w:spacing w:after="0" w:line="240" w:lineRule="auto"/>
        <w:ind w:left="1080"/>
        <w:rPr>
          <w:rFonts w:cs="Times New Roman"/>
          <w:szCs w:val="24"/>
          <w:lang w:val="hr-HR"/>
        </w:rPr>
      </w:pPr>
      <w:r w:rsidRPr="000C11BD">
        <w:rPr>
          <w:rFonts w:cs="Times New Roman"/>
          <w:szCs w:val="24"/>
          <w:lang w:val="hr-HR"/>
        </w:rPr>
        <w:t>uredno korištenje prethodno dodijeljenih sredstava ili podrški Grada Ploča;</w:t>
      </w:r>
    </w:p>
    <w:p w14:paraId="71A6D39E" w14:textId="77777777" w:rsidR="002E1ADE" w:rsidRPr="000C11BD" w:rsidRDefault="00831AB5" w:rsidP="000C11BD">
      <w:pPr>
        <w:pStyle w:val="Brojevi"/>
        <w:tabs>
          <w:tab w:val="clear" w:pos="360"/>
          <w:tab w:val="num" w:pos="1080"/>
        </w:tabs>
        <w:spacing w:after="0" w:line="240" w:lineRule="auto"/>
        <w:ind w:left="1080"/>
        <w:rPr>
          <w:rFonts w:cs="Times New Roman"/>
          <w:szCs w:val="24"/>
          <w:lang w:val="hr-HR"/>
        </w:rPr>
      </w:pPr>
      <w:r w:rsidRPr="000C11BD">
        <w:rPr>
          <w:rFonts w:cs="Times New Roman"/>
          <w:szCs w:val="24"/>
          <w:lang w:val="hr-HR"/>
        </w:rPr>
        <w:t>vidljivost Grada Ploča kao pokrovitelja;</w:t>
      </w:r>
    </w:p>
    <w:p w14:paraId="281137FB" w14:textId="77777777" w:rsidR="002E1ADE" w:rsidRPr="000C11BD" w:rsidRDefault="00831AB5" w:rsidP="000C11BD">
      <w:pPr>
        <w:pStyle w:val="Brojevi"/>
        <w:tabs>
          <w:tab w:val="clear" w:pos="360"/>
          <w:tab w:val="num" w:pos="1080"/>
        </w:tabs>
        <w:spacing w:after="0" w:line="240" w:lineRule="auto"/>
        <w:ind w:left="1080"/>
        <w:rPr>
          <w:rFonts w:cs="Times New Roman"/>
          <w:szCs w:val="24"/>
          <w:lang w:val="hr-HR"/>
        </w:rPr>
      </w:pPr>
      <w:r w:rsidRPr="000C11BD">
        <w:rPr>
          <w:rFonts w:cs="Times New Roman"/>
          <w:szCs w:val="24"/>
          <w:lang w:val="hr-HR"/>
        </w:rPr>
        <w:t>raspoloživost proračunskih sredstava i mogućnosti Grada Ploča.</w:t>
      </w:r>
    </w:p>
    <w:p w14:paraId="3C170ED5" w14:textId="77777777" w:rsidR="008E4F23" w:rsidRPr="000C11BD" w:rsidRDefault="008E4F23" w:rsidP="000C11BD">
      <w:pPr>
        <w:spacing w:after="0" w:line="240" w:lineRule="auto"/>
        <w:jc w:val="center"/>
        <w:rPr>
          <w:rFonts w:cs="Times New Roman"/>
          <w:szCs w:val="24"/>
          <w:lang w:val="hr-HR"/>
        </w:rPr>
      </w:pPr>
    </w:p>
    <w:p w14:paraId="379D5B18" w14:textId="1C7B2A6B" w:rsidR="002E1ADE" w:rsidRPr="000C11BD" w:rsidRDefault="00831AB5" w:rsidP="000C11BD">
      <w:pPr>
        <w:spacing w:after="0" w:line="240" w:lineRule="auto"/>
        <w:jc w:val="center"/>
        <w:rPr>
          <w:rFonts w:cs="Times New Roman"/>
          <w:szCs w:val="24"/>
          <w:lang w:val="hr-HR"/>
        </w:rPr>
      </w:pPr>
      <w:r w:rsidRPr="000C11BD">
        <w:rPr>
          <w:rFonts w:cs="Times New Roman"/>
          <w:szCs w:val="24"/>
          <w:lang w:val="hr-HR"/>
        </w:rPr>
        <w:t>Članak 15.</w:t>
      </w:r>
    </w:p>
    <w:p w14:paraId="4393F5B3" w14:textId="77777777" w:rsidR="008E4F23" w:rsidRPr="000C11BD" w:rsidRDefault="008E4F23" w:rsidP="000C11BD">
      <w:pPr>
        <w:spacing w:after="0" w:line="240" w:lineRule="auto"/>
        <w:jc w:val="center"/>
        <w:rPr>
          <w:rFonts w:cs="Times New Roman"/>
          <w:szCs w:val="24"/>
          <w:lang w:val="hr-HR"/>
        </w:rPr>
      </w:pPr>
    </w:p>
    <w:p w14:paraId="1F8A6FCD" w14:textId="420CC353" w:rsidR="00973FAC" w:rsidRPr="000C11BD" w:rsidRDefault="00831AB5" w:rsidP="000C11BD">
      <w:pPr>
        <w:spacing w:after="0" w:line="240" w:lineRule="auto"/>
        <w:ind w:firstLine="720"/>
        <w:jc w:val="both"/>
        <w:rPr>
          <w:rFonts w:cs="Times New Roman"/>
          <w:szCs w:val="24"/>
          <w:lang w:val="hr-HR"/>
        </w:rPr>
      </w:pPr>
      <w:r w:rsidRPr="000C11BD">
        <w:rPr>
          <w:rFonts w:cs="Times New Roman"/>
          <w:szCs w:val="24"/>
          <w:lang w:val="hr-HR"/>
        </w:rPr>
        <w:t>Grad Ploče može odobriti pokroviteljstvo u manjem iznosu ili opsegu od zatraženog ako je to opravdano s obzirom na raspoloživa sredstva, troškovnik aktivnosti, broj zaprimljenih zahtjeva ili djelomičnu prihvatljivost troškova odnosno tražene podrške.</w:t>
      </w:r>
    </w:p>
    <w:p w14:paraId="671B9469" w14:textId="77777777" w:rsidR="002765BF" w:rsidRPr="000C11BD" w:rsidRDefault="002765BF" w:rsidP="000C11BD">
      <w:pPr>
        <w:spacing w:after="0" w:line="240" w:lineRule="auto"/>
        <w:ind w:firstLine="720"/>
        <w:jc w:val="both"/>
        <w:rPr>
          <w:rFonts w:cs="Times New Roman"/>
          <w:szCs w:val="24"/>
          <w:lang w:val="hr-HR"/>
        </w:rPr>
      </w:pPr>
    </w:p>
    <w:p w14:paraId="72FF234A" w14:textId="77777777" w:rsidR="002765BF" w:rsidRPr="000C11BD" w:rsidRDefault="002765BF" w:rsidP="000C11BD">
      <w:pPr>
        <w:spacing w:after="0" w:line="240" w:lineRule="auto"/>
        <w:ind w:firstLine="720"/>
        <w:jc w:val="both"/>
        <w:rPr>
          <w:rFonts w:cs="Times New Roman"/>
          <w:szCs w:val="24"/>
          <w:lang w:val="hr-HR"/>
        </w:rPr>
      </w:pPr>
    </w:p>
    <w:p w14:paraId="48672AB4" w14:textId="77777777" w:rsidR="002765BF" w:rsidRPr="000C11BD" w:rsidRDefault="002765BF" w:rsidP="000C11BD">
      <w:pPr>
        <w:spacing w:after="0" w:line="240" w:lineRule="auto"/>
        <w:ind w:firstLine="720"/>
        <w:jc w:val="both"/>
        <w:rPr>
          <w:rFonts w:cs="Times New Roman"/>
          <w:szCs w:val="24"/>
          <w:lang w:val="hr-HR"/>
        </w:rPr>
      </w:pPr>
    </w:p>
    <w:p w14:paraId="3CFAD1EC" w14:textId="77777777" w:rsidR="002765BF" w:rsidRPr="000C11BD" w:rsidRDefault="002765BF" w:rsidP="000C11BD">
      <w:pPr>
        <w:spacing w:after="0" w:line="240" w:lineRule="auto"/>
        <w:ind w:firstLine="720"/>
        <w:jc w:val="both"/>
        <w:rPr>
          <w:rFonts w:cs="Times New Roman"/>
          <w:szCs w:val="24"/>
          <w:lang w:val="hr-HR"/>
        </w:rPr>
      </w:pPr>
    </w:p>
    <w:p w14:paraId="1DF0EF0B" w14:textId="77777777" w:rsidR="002E1ADE" w:rsidRPr="000C11BD" w:rsidRDefault="00831AB5" w:rsidP="000C11BD">
      <w:pPr>
        <w:pStyle w:val="Naslov1"/>
        <w:spacing w:before="0" w:after="0" w:line="240" w:lineRule="auto"/>
        <w:rPr>
          <w:rFonts w:ascii="Times New Roman" w:hAnsi="Times New Roman" w:cs="Times New Roman"/>
          <w:b w:val="0"/>
          <w:bCs w:val="0"/>
          <w:color w:val="auto"/>
          <w:sz w:val="24"/>
          <w:szCs w:val="24"/>
          <w:lang w:val="hr-HR"/>
        </w:rPr>
      </w:pPr>
      <w:r w:rsidRPr="000C11BD">
        <w:rPr>
          <w:rFonts w:ascii="Times New Roman" w:eastAsia="Times New Roman" w:hAnsi="Times New Roman" w:cs="Times New Roman"/>
          <w:b w:val="0"/>
          <w:bCs w:val="0"/>
          <w:color w:val="auto"/>
          <w:sz w:val="24"/>
          <w:szCs w:val="24"/>
          <w:lang w:val="hr-HR"/>
        </w:rPr>
        <w:lastRenderedPageBreak/>
        <w:t>VI. ODLUČIVANJE I UGOVARANJE</w:t>
      </w:r>
    </w:p>
    <w:p w14:paraId="66997DBE" w14:textId="77777777" w:rsidR="007C7E7C" w:rsidRPr="000C11BD" w:rsidRDefault="007C7E7C" w:rsidP="000C11BD">
      <w:pPr>
        <w:spacing w:line="240" w:lineRule="auto"/>
        <w:jc w:val="center"/>
        <w:rPr>
          <w:rFonts w:cs="Times New Roman"/>
          <w:szCs w:val="24"/>
          <w:lang w:val="hr-HR"/>
        </w:rPr>
      </w:pPr>
    </w:p>
    <w:p w14:paraId="3F0F47AC" w14:textId="336C8E3D" w:rsidR="002E1ADE" w:rsidRPr="000C11BD" w:rsidRDefault="00831AB5" w:rsidP="000C11BD">
      <w:pPr>
        <w:spacing w:after="0" w:line="240" w:lineRule="auto"/>
        <w:jc w:val="center"/>
        <w:rPr>
          <w:rFonts w:cs="Times New Roman"/>
          <w:szCs w:val="24"/>
          <w:lang w:val="hr-HR"/>
        </w:rPr>
      </w:pPr>
      <w:r w:rsidRPr="000C11BD">
        <w:rPr>
          <w:rFonts w:cs="Times New Roman"/>
          <w:szCs w:val="24"/>
          <w:lang w:val="hr-HR"/>
        </w:rPr>
        <w:t>Članak 16.</w:t>
      </w:r>
    </w:p>
    <w:p w14:paraId="0FF91C33" w14:textId="77777777" w:rsidR="007C7E7C" w:rsidRPr="000C11BD" w:rsidRDefault="007C7E7C" w:rsidP="000C11BD">
      <w:pPr>
        <w:spacing w:after="0" w:line="240" w:lineRule="auto"/>
        <w:jc w:val="center"/>
        <w:rPr>
          <w:rFonts w:cs="Times New Roman"/>
          <w:szCs w:val="24"/>
          <w:lang w:val="hr-HR"/>
        </w:rPr>
      </w:pPr>
    </w:p>
    <w:p w14:paraId="03EA7BB3" w14:textId="77777777" w:rsidR="00D62340" w:rsidRPr="000C11BD" w:rsidRDefault="00831AB5" w:rsidP="000C11BD">
      <w:pPr>
        <w:spacing w:after="0" w:line="240" w:lineRule="auto"/>
        <w:ind w:firstLine="720"/>
        <w:jc w:val="both"/>
        <w:rPr>
          <w:rFonts w:cs="Times New Roman"/>
          <w:szCs w:val="24"/>
          <w:lang w:val="hr-HR"/>
        </w:rPr>
      </w:pPr>
      <w:r w:rsidRPr="000C11BD">
        <w:rPr>
          <w:rFonts w:cs="Times New Roman"/>
          <w:szCs w:val="24"/>
          <w:lang w:val="hr-HR"/>
        </w:rPr>
        <w:t>Odluku o dodjeli ili odbijanju pokroviteljstva donosi Gradonačelnik Grada Ploča.</w:t>
      </w:r>
    </w:p>
    <w:p w14:paraId="75B2F32F" w14:textId="2704F2FC" w:rsidR="002E1ADE" w:rsidRPr="000C11BD" w:rsidRDefault="00831AB5" w:rsidP="000C11BD">
      <w:pPr>
        <w:spacing w:after="0" w:line="240" w:lineRule="auto"/>
        <w:ind w:firstLine="720"/>
        <w:jc w:val="both"/>
        <w:rPr>
          <w:rFonts w:cs="Times New Roman"/>
          <w:szCs w:val="24"/>
          <w:lang w:val="hr-HR"/>
        </w:rPr>
      </w:pPr>
      <w:r w:rsidRPr="000C11BD">
        <w:rPr>
          <w:rFonts w:cs="Times New Roman"/>
          <w:szCs w:val="24"/>
          <w:lang w:val="hr-HR"/>
        </w:rPr>
        <w:t>Odluka o dodjeli pokroviteljstva osobito sadrži naziv korisnika, naziv aktivnosti, vrstu pokroviteljstva, iznos dodijeljenih sredstava ako se dodjeljuje financijsko pokroviteljstvo, opis nefinancijske podrške ako se dodjeljuje nefinancijsko pokroviteljstvo te obveze korisnika.</w:t>
      </w:r>
    </w:p>
    <w:p w14:paraId="4E84AEE1" w14:textId="77777777" w:rsidR="007C7E7C" w:rsidRPr="000C11BD" w:rsidRDefault="007C7E7C" w:rsidP="000C11BD">
      <w:pPr>
        <w:spacing w:after="0" w:line="240" w:lineRule="auto"/>
        <w:jc w:val="center"/>
        <w:rPr>
          <w:rFonts w:cs="Times New Roman"/>
          <w:szCs w:val="24"/>
          <w:lang w:val="hr-HR"/>
        </w:rPr>
      </w:pPr>
    </w:p>
    <w:p w14:paraId="6D285B91" w14:textId="62BB825A" w:rsidR="002E1ADE" w:rsidRPr="000C11BD" w:rsidRDefault="00831AB5" w:rsidP="000C11BD">
      <w:pPr>
        <w:spacing w:after="0" w:line="240" w:lineRule="auto"/>
        <w:jc w:val="center"/>
        <w:rPr>
          <w:rFonts w:cs="Times New Roman"/>
          <w:szCs w:val="24"/>
          <w:lang w:val="hr-HR"/>
        </w:rPr>
      </w:pPr>
      <w:r w:rsidRPr="000C11BD">
        <w:rPr>
          <w:rFonts w:cs="Times New Roman"/>
          <w:szCs w:val="24"/>
          <w:lang w:val="hr-HR"/>
        </w:rPr>
        <w:t>Članak 17.</w:t>
      </w:r>
    </w:p>
    <w:p w14:paraId="533BB328" w14:textId="77777777" w:rsidR="007C7E7C" w:rsidRPr="000C11BD" w:rsidRDefault="007C7E7C" w:rsidP="000C11BD">
      <w:pPr>
        <w:spacing w:after="0" w:line="240" w:lineRule="auto"/>
        <w:jc w:val="center"/>
        <w:rPr>
          <w:rFonts w:cs="Times New Roman"/>
          <w:szCs w:val="24"/>
          <w:lang w:val="hr-HR"/>
        </w:rPr>
      </w:pPr>
    </w:p>
    <w:p w14:paraId="5AE77586" w14:textId="77777777" w:rsidR="00D62340" w:rsidRPr="000C11BD" w:rsidRDefault="00381853" w:rsidP="000C11BD">
      <w:pPr>
        <w:spacing w:after="0" w:line="240" w:lineRule="auto"/>
        <w:ind w:firstLine="720"/>
        <w:jc w:val="both"/>
        <w:rPr>
          <w:rFonts w:cs="Times New Roman"/>
          <w:szCs w:val="24"/>
          <w:lang w:val="hr-HR"/>
        </w:rPr>
      </w:pPr>
      <w:r w:rsidRPr="000C11BD">
        <w:rPr>
          <w:rFonts w:cs="Times New Roman"/>
          <w:szCs w:val="24"/>
          <w:lang w:val="hr-HR"/>
        </w:rPr>
        <w:t>Ako se dodjeljuje financijsko pokroviteljstvo, Grad Ploče i korisnik sklapaju ugovor o dodjeli sredstava, osim ako je s obzirom na visinu sredstava, narav aktivnosti ili poseban akt Grada Ploča dostatna odluka s jasno utvrđenim obvezama korisnika.</w:t>
      </w:r>
    </w:p>
    <w:p w14:paraId="7F52BC01" w14:textId="558498D1" w:rsidR="002E1ADE" w:rsidRPr="000C11BD" w:rsidRDefault="00831AB5" w:rsidP="000C11BD">
      <w:pPr>
        <w:spacing w:after="0" w:line="240" w:lineRule="auto"/>
        <w:ind w:firstLine="720"/>
        <w:jc w:val="both"/>
        <w:rPr>
          <w:rFonts w:cs="Times New Roman"/>
          <w:szCs w:val="24"/>
          <w:lang w:val="hr-HR"/>
        </w:rPr>
      </w:pPr>
      <w:r w:rsidRPr="000C11BD">
        <w:rPr>
          <w:rFonts w:cs="Times New Roman"/>
          <w:szCs w:val="24"/>
          <w:lang w:val="hr-HR"/>
        </w:rPr>
        <w:t>Ugovor osobito sadrži podatke o ugovornim stranama, naziv i opis aktivnosti, iznos dodijeljenih sredstava, prihvatljive troškove, način i rok isplate, obvezu namjenskog korištenja sredstava, obvezu čuvanja dokumentacije, obvezu isticanja pokroviteljstva Grada Ploča, rok i način dostave izvješća, pravo Grada Ploča na nadzor, razloge za povrat sredstava te druga međusobna prava i obveze.</w:t>
      </w:r>
    </w:p>
    <w:p w14:paraId="0735742F" w14:textId="77777777" w:rsidR="007C7E7C" w:rsidRPr="000C11BD" w:rsidRDefault="007C7E7C" w:rsidP="000C11BD">
      <w:pPr>
        <w:spacing w:after="0" w:line="240" w:lineRule="auto"/>
        <w:jc w:val="center"/>
        <w:rPr>
          <w:rFonts w:cs="Times New Roman"/>
          <w:szCs w:val="24"/>
          <w:lang w:val="hr-HR"/>
        </w:rPr>
      </w:pPr>
    </w:p>
    <w:p w14:paraId="240371E5" w14:textId="782038F1" w:rsidR="002E1ADE" w:rsidRPr="000C11BD" w:rsidRDefault="00831AB5" w:rsidP="000C11BD">
      <w:pPr>
        <w:spacing w:after="0" w:line="240" w:lineRule="auto"/>
        <w:jc w:val="center"/>
        <w:rPr>
          <w:rFonts w:cs="Times New Roman"/>
          <w:szCs w:val="24"/>
          <w:lang w:val="hr-HR"/>
        </w:rPr>
      </w:pPr>
      <w:r w:rsidRPr="000C11BD">
        <w:rPr>
          <w:rFonts w:cs="Times New Roman"/>
          <w:szCs w:val="24"/>
          <w:lang w:val="hr-HR"/>
        </w:rPr>
        <w:t>Članak 18.</w:t>
      </w:r>
    </w:p>
    <w:p w14:paraId="3ACA25FD" w14:textId="77777777" w:rsidR="007C7E7C" w:rsidRPr="000C11BD" w:rsidRDefault="007C7E7C" w:rsidP="000C11BD">
      <w:pPr>
        <w:spacing w:after="0" w:line="240" w:lineRule="auto"/>
        <w:jc w:val="center"/>
        <w:rPr>
          <w:rFonts w:cs="Times New Roman"/>
          <w:szCs w:val="24"/>
          <w:lang w:val="hr-HR"/>
        </w:rPr>
      </w:pPr>
    </w:p>
    <w:p w14:paraId="314A50D7" w14:textId="307DF41D" w:rsidR="00166D43" w:rsidRPr="000C11BD" w:rsidRDefault="00166D43" w:rsidP="000C11BD">
      <w:pPr>
        <w:spacing w:after="0" w:line="240" w:lineRule="auto"/>
        <w:ind w:firstLine="720"/>
        <w:jc w:val="both"/>
        <w:rPr>
          <w:rFonts w:cs="Times New Roman"/>
          <w:szCs w:val="24"/>
          <w:lang w:val="hr-HR"/>
        </w:rPr>
      </w:pPr>
      <w:r w:rsidRPr="000C11BD">
        <w:rPr>
          <w:rFonts w:cs="Times New Roman"/>
          <w:szCs w:val="24"/>
          <w:lang w:val="hr-HR"/>
        </w:rPr>
        <w:t>Ako se dodjeljuje nefinancijsko pokroviteljstvo, Grad Ploče donosi pisani akt kojim se utvrđuje oblik odobrene podrške i uvjeti njezina korištenja. Pisani akt može biti odluka, zaključak, odobrenje ili drugi odgovarajući akt, ovisno o naravi odobrene podrške.</w:t>
      </w:r>
    </w:p>
    <w:p w14:paraId="0B0C10DD" w14:textId="77777777" w:rsidR="00166D43" w:rsidRPr="000C11BD" w:rsidRDefault="00166D43" w:rsidP="000C11BD">
      <w:pPr>
        <w:spacing w:after="0" w:line="240" w:lineRule="auto"/>
        <w:ind w:firstLine="720"/>
        <w:jc w:val="both"/>
        <w:rPr>
          <w:rFonts w:cs="Times New Roman"/>
          <w:szCs w:val="24"/>
          <w:lang w:val="hr-HR"/>
        </w:rPr>
      </w:pPr>
      <w:r w:rsidRPr="000C11BD">
        <w:rPr>
          <w:rFonts w:cs="Times New Roman"/>
          <w:szCs w:val="24"/>
          <w:lang w:val="hr-HR"/>
        </w:rPr>
        <w:t>Ako se nefinancijsko pokroviteljstvo odnosi na korištenje prostora, opreme ili druge imovine Grada Ploča, aktom iz stavka 1. ovoga članka ili posebnim sporazumom mogu se urediti vrijeme i način korištenja, odgovornost korisnika, obveza čuvanja i povrata imovine te naknada štete u slučaju oštećenja ili nepravilnog korištenja.</w:t>
      </w:r>
    </w:p>
    <w:p w14:paraId="77A3EAA2" w14:textId="77777777" w:rsidR="007C7E7C" w:rsidRPr="000C11BD" w:rsidRDefault="007C7E7C" w:rsidP="000C11BD">
      <w:pPr>
        <w:spacing w:after="0" w:line="240" w:lineRule="auto"/>
        <w:jc w:val="center"/>
        <w:rPr>
          <w:rFonts w:cs="Times New Roman"/>
          <w:szCs w:val="24"/>
          <w:lang w:val="hr-HR"/>
        </w:rPr>
      </w:pPr>
    </w:p>
    <w:p w14:paraId="3420C264" w14:textId="0809B651" w:rsidR="002E1ADE" w:rsidRPr="000C11BD" w:rsidRDefault="00831AB5" w:rsidP="000C11BD">
      <w:pPr>
        <w:spacing w:after="0" w:line="240" w:lineRule="auto"/>
        <w:jc w:val="center"/>
        <w:rPr>
          <w:rFonts w:cs="Times New Roman"/>
          <w:szCs w:val="24"/>
          <w:lang w:val="hr-HR"/>
        </w:rPr>
      </w:pPr>
      <w:r w:rsidRPr="000C11BD">
        <w:rPr>
          <w:rFonts w:cs="Times New Roman"/>
          <w:szCs w:val="24"/>
          <w:lang w:val="hr-HR"/>
        </w:rPr>
        <w:t>Članak 19.</w:t>
      </w:r>
    </w:p>
    <w:p w14:paraId="0908B64D" w14:textId="77777777" w:rsidR="007C7E7C" w:rsidRPr="000C11BD" w:rsidRDefault="007C7E7C" w:rsidP="000C11BD">
      <w:pPr>
        <w:spacing w:after="0" w:line="240" w:lineRule="auto"/>
        <w:jc w:val="center"/>
        <w:rPr>
          <w:rFonts w:cs="Times New Roman"/>
          <w:szCs w:val="24"/>
          <w:lang w:val="hr-HR"/>
        </w:rPr>
      </w:pPr>
    </w:p>
    <w:p w14:paraId="63A6585B" w14:textId="77777777" w:rsidR="00D62340" w:rsidRPr="000C11BD" w:rsidRDefault="00831AB5" w:rsidP="000C11BD">
      <w:pPr>
        <w:spacing w:after="0" w:line="240" w:lineRule="auto"/>
        <w:ind w:firstLine="720"/>
        <w:jc w:val="both"/>
        <w:rPr>
          <w:rFonts w:cs="Times New Roman"/>
          <w:szCs w:val="24"/>
          <w:lang w:val="hr-HR"/>
        </w:rPr>
      </w:pPr>
      <w:r w:rsidRPr="000C11BD">
        <w:rPr>
          <w:rFonts w:cs="Times New Roman"/>
          <w:szCs w:val="24"/>
          <w:lang w:val="hr-HR"/>
        </w:rPr>
        <w:t>Sredstva financijskog pokroviteljstva isplaćuju se na račun korisnika naveden u ugovoru, odluci ili zahtjevu.</w:t>
      </w:r>
    </w:p>
    <w:p w14:paraId="465B1FA4" w14:textId="6D97E2F3" w:rsidR="00DA5F4E" w:rsidRPr="000C11BD" w:rsidRDefault="00DA5F4E" w:rsidP="000C11BD">
      <w:pPr>
        <w:spacing w:after="0" w:line="240" w:lineRule="auto"/>
        <w:ind w:firstLine="720"/>
        <w:jc w:val="both"/>
        <w:rPr>
          <w:rFonts w:cs="Times New Roman"/>
          <w:szCs w:val="24"/>
          <w:lang w:val="hr-HR"/>
        </w:rPr>
      </w:pPr>
      <w:r w:rsidRPr="000C11BD">
        <w:rPr>
          <w:rFonts w:cs="Times New Roman"/>
          <w:szCs w:val="24"/>
          <w:lang w:val="hr-HR"/>
        </w:rPr>
        <w:t xml:space="preserve">Ako je korisnik financijskog pokroviteljstva fizička osoba, sredstva se isplaćuju </w:t>
      </w:r>
      <w:r w:rsidR="00816459" w:rsidRPr="000C11BD">
        <w:rPr>
          <w:rFonts w:cs="Times New Roman"/>
          <w:szCs w:val="24"/>
          <w:lang w:val="hr-HR"/>
        </w:rPr>
        <w:t>na njezin osobni račun te se</w:t>
      </w:r>
      <w:r w:rsidRPr="000C11BD">
        <w:rPr>
          <w:rFonts w:cs="Times New Roman"/>
          <w:szCs w:val="24"/>
          <w:lang w:val="hr-HR"/>
        </w:rPr>
        <w:t xml:space="preserve"> evidentiraju sukladno naravi odobrene aktivnosti i odobrenih troškova te, ako je primjenjivo, sukladno propisima koji uređuju poreze, doprinose, druga javna davanja i propisana izvješća.</w:t>
      </w:r>
    </w:p>
    <w:p w14:paraId="57E0FA59" w14:textId="77777777" w:rsidR="00D62340" w:rsidRPr="000C11BD" w:rsidRDefault="00D62340" w:rsidP="000C11BD">
      <w:pPr>
        <w:spacing w:after="0" w:line="240" w:lineRule="auto"/>
        <w:ind w:firstLine="720"/>
        <w:jc w:val="both"/>
        <w:rPr>
          <w:rFonts w:cs="Times New Roman"/>
          <w:szCs w:val="24"/>
          <w:lang w:val="hr-HR"/>
        </w:rPr>
      </w:pPr>
    </w:p>
    <w:p w14:paraId="32AFBE74" w14:textId="77777777" w:rsidR="002E1ADE" w:rsidRPr="000C11BD" w:rsidRDefault="00831AB5" w:rsidP="000C11BD">
      <w:pPr>
        <w:pStyle w:val="Naslov1"/>
        <w:spacing w:before="0" w:after="0" w:line="240" w:lineRule="auto"/>
        <w:rPr>
          <w:rFonts w:ascii="Times New Roman" w:hAnsi="Times New Roman" w:cs="Times New Roman"/>
          <w:b w:val="0"/>
          <w:bCs w:val="0"/>
          <w:color w:val="auto"/>
          <w:sz w:val="24"/>
          <w:szCs w:val="24"/>
          <w:lang w:val="hr-HR"/>
        </w:rPr>
      </w:pPr>
      <w:r w:rsidRPr="000C11BD">
        <w:rPr>
          <w:rFonts w:ascii="Times New Roman" w:eastAsia="Times New Roman" w:hAnsi="Times New Roman" w:cs="Times New Roman"/>
          <w:b w:val="0"/>
          <w:bCs w:val="0"/>
          <w:color w:val="auto"/>
          <w:sz w:val="24"/>
          <w:szCs w:val="24"/>
          <w:lang w:val="hr-HR"/>
        </w:rPr>
        <w:t>VII. PRIHVATLJIVI I NEPRIHVATLJIVI TROŠKOVI</w:t>
      </w:r>
    </w:p>
    <w:p w14:paraId="7DAA6BFB" w14:textId="77777777" w:rsidR="00302B6D" w:rsidRPr="000C11BD" w:rsidRDefault="00302B6D" w:rsidP="000C11BD">
      <w:pPr>
        <w:spacing w:after="0" w:line="240" w:lineRule="auto"/>
        <w:jc w:val="center"/>
        <w:rPr>
          <w:rFonts w:cs="Times New Roman"/>
          <w:szCs w:val="24"/>
          <w:lang w:val="hr-HR"/>
        </w:rPr>
      </w:pPr>
    </w:p>
    <w:p w14:paraId="1B2A2F06" w14:textId="728ACE29" w:rsidR="002E1ADE" w:rsidRPr="000C11BD" w:rsidRDefault="00831AB5" w:rsidP="000C11BD">
      <w:pPr>
        <w:spacing w:after="0" w:line="240" w:lineRule="auto"/>
        <w:jc w:val="center"/>
        <w:rPr>
          <w:rFonts w:cs="Times New Roman"/>
          <w:szCs w:val="24"/>
          <w:lang w:val="hr-HR"/>
        </w:rPr>
      </w:pPr>
      <w:r w:rsidRPr="000C11BD">
        <w:rPr>
          <w:rFonts w:cs="Times New Roman"/>
          <w:szCs w:val="24"/>
          <w:lang w:val="hr-HR"/>
        </w:rPr>
        <w:t>Članak 20.</w:t>
      </w:r>
      <w:r w:rsidR="002E421C" w:rsidRPr="000C11BD">
        <w:rPr>
          <w:rFonts w:cs="Times New Roman"/>
          <w:szCs w:val="24"/>
          <w:lang w:val="hr-HR"/>
        </w:rPr>
        <w:t xml:space="preserve"> </w:t>
      </w:r>
    </w:p>
    <w:p w14:paraId="57CDA388" w14:textId="77777777" w:rsidR="00302B6D" w:rsidRPr="000C11BD" w:rsidRDefault="00302B6D" w:rsidP="000C11BD">
      <w:pPr>
        <w:spacing w:after="0" w:line="240" w:lineRule="auto"/>
        <w:jc w:val="center"/>
        <w:rPr>
          <w:rFonts w:cs="Times New Roman"/>
          <w:szCs w:val="24"/>
          <w:lang w:val="hr-HR"/>
        </w:rPr>
      </w:pPr>
    </w:p>
    <w:p w14:paraId="10D8E0F9" w14:textId="77777777" w:rsidR="00D62340" w:rsidRPr="000C11BD" w:rsidRDefault="00831AB5" w:rsidP="000C11BD">
      <w:pPr>
        <w:spacing w:after="0" w:line="240" w:lineRule="auto"/>
        <w:ind w:firstLine="720"/>
        <w:jc w:val="both"/>
        <w:rPr>
          <w:rFonts w:cs="Times New Roman"/>
          <w:szCs w:val="24"/>
          <w:lang w:val="hr-HR"/>
        </w:rPr>
      </w:pPr>
      <w:r w:rsidRPr="000C11BD">
        <w:rPr>
          <w:rFonts w:cs="Times New Roman"/>
          <w:szCs w:val="24"/>
          <w:lang w:val="hr-HR"/>
        </w:rPr>
        <w:t xml:space="preserve">Prihvatljivim troškovima smatraju se troškovi koji su neposredno povezani s provedbom odobrene aktivnosti, koji su nastali u razdoblju provedbe aktivnosti ili u razumnom pripremnom razdoblju, koji su navedeni u troškovniku ili odobreni odlukom odnosno ugovorom, koji su </w:t>
      </w:r>
      <w:r w:rsidRPr="000C11BD">
        <w:rPr>
          <w:rFonts w:cs="Times New Roman"/>
          <w:szCs w:val="24"/>
          <w:lang w:val="hr-HR"/>
        </w:rPr>
        <w:lastRenderedPageBreak/>
        <w:t>dokazivi vjerodostojnom dokumentacijom te koji su razumni, opravdani i razmjerni svrsi aktivnosti.</w:t>
      </w:r>
    </w:p>
    <w:p w14:paraId="0267039D" w14:textId="29648897" w:rsidR="002E1ADE" w:rsidRPr="000C11BD" w:rsidRDefault="00831AB5" w:rsidP="000C11BD">
      <w:pPr>
        <w:spacing w:after="0" w:line="240" w:lineRule="auto"/>
        <w:ind w:firstLine="720"/>
        <w:jc w:val="both"/>
        <w:rPr>
          <w:rFonts w:cs="Times New Roman"/>
          <w:szCs w:val="24"/>
          <w:lang w:val="hr-HR"/>
        </w:rPr>
      </w:pPr>
      <w:r w:rsidRPr="000C11BD">
        <w:rPr>
          <w:rFonts w:cs="Times New Roman"/>
          <w:szCs w:val="24"/>
          <w:lang w:val="hr-HR"/>
        </w:rPr>
        <w:t>Prihvatljivi troškovi mogu uključivati troškove najma prostora i opreme, tehničke podrške, prijevoza, smještaja, prehrane sudionika, promidžbenih materijala, autorskih i izvođačkih naknada, nabave materijala, osiguranja, kotizacija, nagrada, tiskanja, organizacijskih troškova i drugih troškova neposredno povezanih s odobrenom aktivnošću.</w:t>
      </w:r>
    </w:p>
    <w:p w14:paraId="058F48C0" w14:textId="77777777" w:rsidR="00302B6D" w:rsidRPr="000C11BD" w:rsidRDefault="00302B6D" w:rsidP="000C11BD">
      <w:pPr>
        <w:spacing w:after="0" w:line="240" w:lineRule="auto"/>
        <w:jc w:val="both"/>
        <w:rPr>
          <w:rFonts w:cs="Times New Roman"/>
          <w:szCs w:val="24"/>
          <w:lang w:val="hr-HR"/>
        </w:rPr>
      </w:pPr>
    </w:p>
    <w:p w14:paraId="45025A34" w14:textId="77777777" w:rsidR="002E1ADE" w:rsidRPr="000C11BD" w:rsidRDefault="00831AB5" w:rsidP="000C11BD">
      <w:pPr>
        <w:spacing w:after="0" w:line="240" w:lineRule="auto"/>
        <w:jc w:val="center"/>
        <w:rPr>
          <w:rFonts w:cs="Times New Roman"/>
          <w:szCs w:val="24"/>
          <w:lang w:val="hr-HR"/>
        </w:rPr>
      </w:pPr>
      <w:r w:rsidRPr="000C11BD">
        <w:rPr>
          <w:rFonts w:cs="Times New Roman"/>
          <w:szCs w:val="24"/>
          <w:lang w:val="hr-HR"/>
        </w:rPr>
        <w:t>Članak 21.</w:t>
      </w:r>
    </w:p>
    <w:p w14:paraId="00FD2624" w14:textId="77777777" w:rsidR="00302B6D" w:rsidRPr="000C11BD" w:rsidRDefault="00302B6D" w:rsidP="000C11BD">
      <w:pPr>
        <w:spacing w:after="0" w:line="240" w:lineRule="auto"/>
        <w:jc w:val="center"/>
        <w:rPr>
          <w:rFonts w:cs="Times New Roman"/>
          <w:szCs w:val="24"/>
          <w:lang w:val="hr-HR"/>
        </w:rPr>
      </w:pPr>
    </w:p>
    <w:p w14:paraId="064B5144" w14:textId="77777777" w:rsidR="002E1ADE" w:rsidRPr="000C11BD" w:rsidRDefault="00831AB5" w:rsidP="000C11BD">
      <w:pPr>
        <w:spacing w:after="0" w:line="240" w:lineRule="auto"/>
        <w:ind w:firstLine="720"/>
        <w:jc w:val="both"/>
        <w:rPr>
          <w:rFonts w:cs="Times New Roman"/>
          <w:szCs w:val="24"/>
          <w:lang w:val="hr-HR"/>
        </w:rPr>
      </w:pPr>
      <w:r w:rsidRPr="000C11BD">
        <w:rPr>
          <w:rFonts w:cs="Times New Roman"/>
          <w:szCs w:val="24"/>
          <w:lang w:val="hr-HR"/>
        </w:rPr>
        <w:t>Neprihvatljivim troškovima smatraju se troškovi koji nisu povezani s odobrenom aktivnošću, troškovi redovnog poslovanja koji nisu nužni za provedbu aktivnosti, osobni životni troškovi fizičke osobe, troškovi redovnog školovanja, liječenja ili drugi privatni troškovi koji nisu neposredno povezani s odobrenom aktivnošću, kazne, zatezne kamate, sudski troškovi, dugovi, pokrivanje gubitaka iz prethodnih razdoblja, donacije trećim osobama, troškovi koji su već financirani iz drugih izvora te drugi troškovi koji nisu u skladu s ovim Pravilnikom, odlukom ili ugovorom.</w:t>
      </w:r>
    </w:p>
    <w:p w14:paraId="3318C1E4" w14:textId="77777777" w:rsidR="00302B6D" w:rsidRPr="000C11BD" w:rsidRDefault="00302B6D" w:rsidP="000C11BD">
      <w:pPr>
        <w:spacing w:after="0" w:line="240" w:lineRule="auto"/>
        <w:jc w:val="both"/>
        <w:rPr>
          <w:rFonts w:cs="Times New Roman"/>
          <w:szCs w:val="24"/>
          <w:lang w:val="hr-HR"/>
        </w:rPr>
      </w:pPr>
    </w:p>
    <w:p w14:paraId="1279560D" w14:textId="77777777" w:rsidR="002E1ADE" w:rsidRPr="000C11BD" w:rsidRDefault="00831AB5" w:rsidP="000C11BD">
      <w:pPr>
        <w:pStyle w:val="Naslov1"/>
        <w:spacing w:before="0" w:after="0" w:line="240" w:lineRule="auto"/>
        <w:rPr>
          <w:rFonts w:ascii="Times New Roman" w:hAnsi="Times New Roman" w:cs="Times New Roman"/>
          <w:b w:val="0"/>
          <w:bCs w:val="0"/>
          <w:color w:val="auto"/>
          <w:sz w:val="24"/>
          <w:szCs w:val="24"/>
          <w:lang w:val="hr-HR"/>
        </w:rPr>
      </w:pPr>
      <w:r w:rsidRPr="000C11BD">
        <w:rPr>
          <w:rFonts w:ascii="Times New Roman" w:eastAsia="Times New Roman" w:hAnsi="Times New Roman" w:cs="Times New Roman"/>
          <w:b w:val="0"/>
          <w:bCs w:val="0"/>
          <w:color w:val="auto"/>
          <w:sz w:val="24"/>
          <w:szCs w:val="24"/>
          <w:lang w:val="hr-HR"/>
        </w:rPr>
        <w:t>VIII. OBVEZE KORISNIKA POKROVITELJSTVA</w:t>
      </w:r>
    </w:p>
    <w:p w14:paraId="491F14B2" w14:textId="77777777" w:rsidR="004C488A" w:rsidRPr="000C11BD" w:rsidRDefault="004C488A" w:rsidP="000C11BD">
      <w:pPr>
        <w:spacing w:after="0" w:line="240" w:lineRule="auto"/>
        <w:jc w:val="center"/>
        <w:rPr>
          <w:rFonts w:cs="Times New Roman"/>
          <w:szCs w:val="24"/>
          <w:lang w:val="hr-HR"/>
        </w:rPr>
      </w:pPr>
    </w:p>
    <w:p w14:paraId="53E6FAFA" w14:textId="19AE271C" w:rsidR="002E1ADE" w:rsidRPr="000C11BD" w:rsidRDefault="00831AB5" w:rsidP="000C11BD">
      <w:pPr>
        <w:spacing w:after="0" w:line="240" w:lineRule="auto"/>
        <w:jc w:val="center"/>
        <w:rPr>
          <w:rFonts w:cs="Times New Roman"/>
          <w:szCs w:val="24"/>
          <w:lang w:val="hr-HR"/>
        </w:rPr>
      </w:pPr>
      <w:r w:rsidRPr="000C11BD">
        <w:rPr>
          <w:rFonts w:cs="Times New Roman"/>
          <w:szCs w:val="24"/>
          <w:lang w:val="hr-HR"/>
        </w:rPr>
        <w:t>Članak 22.</w:t>
      </w:r>
    </w:p>
    <w:p w14:paraId="3253496F" w14:textId="77777777" w:rsidR="004C488A" w:rsidRPr="000C11BD" w:rsidRDefault="004C488A" w:rsidP="000C11BD">
      <w:pPr>
        <w:spacing w:after="0" w:line="240" w:lineRule="auto"/>
        <w:jc w:val="center"/>
        <w:rPr>
          <w:rFonts w:cs="Times New Roman"/>
          <w:szCs w:val="24"/>
          <w:lang w:val="hr-HR"/>
        </w:rPr>
      </w:pPr>
    </w:p>
    <w:p w14:paraId="55B3A08E" w14:textId="77777777" w:rsidR="00D62340" w:rsidRPr="000C11BD" w:rsidRDefault="00831AB5" w:rsidP="000C11BD">
      <w:pPr>
        <w:spacing w:after="0" w:line="240" w:lineRule="auto"/>
        <w:ind w:firstLine="720"/>
        <w:jc w:val="both"/>
        <w:rPr>
          <w:rFonts w:cs="Times New Roman"/>
          <w:szCs w:val="24"/>
          <w:lang w:val="hr-HR"/>
        </w:rPr>
      </w:pPr>
      <w:r w:rsidRPr="000C11BD">
        <w:rPr>
          <w:rFonts w:cs="Times New Roman"/>
          <w:szCs w:val="24"/>
          <w:lang w:val="hr-HR"/>
        </w:rPr>
        <w:t>Korisnik pokroviteljstva dužan je provesti aktivnost za koju je pokroviteljstvo odobreno, koristiti sredstva namjenski, zakonito i ekonomično, čuvati dokumentaciju o provedbi aktivnosti i utrošku sredstava, omogućiti Gradu Ploče uvid u dokumentaciju, dostaviti izvješće ako je propisano ovim Pravilnikom, odlukom ili ugovorom, bez odgode obavijestiti Grad Ploče o svim značajnim promjenama u provedbi aktivnosti, istaknuti da se aktivnost provodi pod pokroviteljstvom Grada Ploča na način odobren od Grada Ploča te vratiti sredstva u slučajevima propisanim ovim Pravilnikom, odlukom ili ugovorom.</w:t>
      </w:r>
    </w:p>
    <w:p w14:paraId="61421EAD" w14:textId="1F6736F2" w:rsidR="002E1ADE" w:rsidRPr="000C11BD" w:rsidRDefault="00831AB5" w:rsidP="000C11BD">
      <w:pPr>
        <w:spacing w:after="0" w:line="240" w:lineRule="auto"/>
        <w:ind w:firstLine="720"/>
        <w:jc w:val="both"/>
        <w:rPr>
          <w:rFonts w:cs="Times New Roman"/>
          <w:szCs w:val="24"/>
          <w:lang w:val="hr-HR"/>
        </w:rPr>
      </w:pPr>
      <w:r w:rsidRPr="000C11BD">
        <w:rPr>
          <w:rFonts w:cs="Times New Roman"/>
          <w:szCs w:val="24"/>
          <w:lang w:val="hr-HR"/>
        </w:rPr>
        <w:t>Korisnik je odgovoran za zakonitu i sigurnu provedbu aktivnosti, za pribavljanje potrebnih dozvola i suglasnosti, za poštivanje javnog reda i mira te za štetu koju u vezi s provedbom aktivnosti prouzroči Gradu Ploče ili trećim osobama.</w:t>
      </w:r>
    </w:p>
    <w:p w14:paraId="5606A818" w14:textId="77777777" w:rsidR="004C488A" w:rsidRPr="000C11BD" w:rsidRDefault="004C488A" w:rsidP="000C11BD">
      <w:pPr>
        <w:spacing w:after="0" w:line="240" w:lineRule="auto"/>
        <w:jc w:val="both"/>
        <w:rPr>
          <w:rFonts w:cs="Times New Roman"/>
          <w:szCs w:val="24"/>
          <w:lang w:val="hr-HR"/>
        </w:rPr>
      </w:pPr>
    </w:p>
    <w:p w14:paraId="409FC63D" w14:textId="77777777" w:rsidR="002E1ADE" w:rsidRPr="000C11BD" w:rsidRDefault="00831AB5" w:rsidP="000C11BD">
      <w:pPr>
        <w:spacing w:after="0" w:line="240" w:lineRule="auto"/>
        <w:jc w:val="center"/>
        <w:rPr>
          <w:rFonts w:cs="Times New Roman"/>
          <w:szCs w:val="24"/>
          <w:lang w:val="hr-HR"/>
        </w:rPr>
      </w:pPr>
      <w:r w:rsidRPr="000C11BD">
        <w:rPr>
          <w:rFonts w:cs="Times New Roman"/>
          <w:szCs w:val="24"/>
          <w:lang w:val="hr-HR"/>
        </w:rPr>
        <w:t>Članak 23.</w:t>
      </w:r>
    </w:p>
    <w:p w14:paraId="2D74DB31" w14:textId="77777777" w:rsidR="004C488A" w:rsidRPr="000C11BD" w:rsidRDefault="004C488A" w:rsidP="000C11BD">
      <w:pPr>
        <w:spacing w:after="0" w:line="240" w:lineRule="auto"/>
        <w:jc w:val="center"/>
        <w:rPr>
          <w:rFonts w:cs="Times New Roman"/>
          <w:szCs w:val="24"/>
          <w:lang w:val="hr-HR"/>
        </w:rPr>
      </w:pPr>
    </w:p>
    <w:p w14:paraId="27CFA3A5" w14:textId="77777777" w:rsidR="00D62340" w:rsidRPr="000C11BD" w:rsidRDefault="00831AB5" w:rsidP="000C11BD">
      <w:pPr>
        <w:spacing w:after="0" w:line="240" w:lineRule="auto"/>
        <w:ind w:firstLine="720"/>
        <w:jc w:val="both"/>
        <w:rPr>
          <w:rFonts w:cs="Times New Roman"/>
          <w:szCs w:val="24"/>
          <w:lang w:val="hr-HR"/>
        </w:rPr>
      </w:pPr>
      <w:r w:rsidRPr="000C11BD">
        <w:rPr>
          <w:rFonts w:cs="Times New Roman"/>
          <w:szCs w:val="24"/>
          <w:lang w:val="hr-HR"/>
        </w:rPr>
        <w:t>Korisnik pokroviteljstva smije koristiti naziv i grb Grada Ploča isključivo za odobrenu aktivnost i u skladu s uputama Grada Ploča.</w:t>
      </w:r>
    </w:p>
    <w:p w14:paraId="20CC1FC8" w14:textId="7329DB51" w:rsidR="002E1ADE" w:rsidRPr="000C11BD" w:rsidRDefault="00831AB5" w:rsidP="000C11BD">
      <w:pPr>
        <w:spacing w:after="0" w:line="240" w:lineRule="auto"/>
        <w:ind w:firstLine="720"/>
        <w:jc w:val="both"/>
        <w:rPr>
          <w:rFonts w:cs="Times New Roman"/>
          <w:szCs w:val="24"/>
          <w:lang w:val="hr-HR"/>
        </w:rPr>
      </w:pPr>
      <w:r w:rsidRPr="000C11BD">
        <w:rPr>
          <w:rFonts w:cs="Times New Roman"/>
          <w:szCs w:val="24"/>
          <w:lang w:val="hr-HR"/>
        </w:rPr>
        <w:t>Korištenje naziva i grba Grada Ploča ne smije stvarati dojam da Grad Ploče preuzima organizacijsku, financijsku, sigurnosnu, pravnu ili drugu odgovornost za provedbu aktivnosti, osim u opsegu izričito utvrđenom odlukom ili ugovorom.</w:t>
      </w:r>
    </w:p>
    <w:p w14:paraId="73DEBF65" w14:textId="77777777" w:rsidR="009034B5" w:rsidRPr="000C11BD" w:rsidRDefault="009034B5" w:rsidP="000C11BD">
      <w:pPr>
        <w:spacing w:line="240" w:lineRule="auto"/>
        <w:rPr>
          <w:rFonts w:cs="Times New Roman"/>
          <w:szCs w:val="24"/>
          <w:lang w:val="hr-HR"/>
        </w:rPr>
      </w:pPr>
    </w:p>
    <w:p w14:paraId="7ABE9982" w14:textId="77777777" w:rsidR="00FC5FDC" w:rsidRPr="000C11BD" w:rsidRDefault="00FC5FDC" w:rsidP="000C11BD">
      <w:pPr>
        <w:spacing w:line="240" w:lineRule="auto"/>
        <w:rPr>
          <w:rFonts w:cs="Times New Roman"/>
          <w:szCs w:val="24"/>
          <w:lang w:val="hr-HR"/>
        </w:rPr>
      </w:pPr>
    </w:p>
    <w:p w14:paraId="0509663F" w14:textId="77777777" w:rsidR="00FC5FDC" w:rsidRPr="000C11BD" w:rsidRDefault="00FC5FDC" w:rsidP="000C11BD">
      <w:pPr>
        <w:spacing w:line="240" w:lineRule="auto"/>
        <w:rPr>
          <w:rFonts w:cs="Times New Roman"/>
          <w:szCs w:val="24"/>
          <w:lang w:val="hr-HR"/>
        </w:rPr>
      </w:pPr>
    </w:p>
    <w:p w14:paraId="3BAE1A21" w14:textId="77777777" w:rsidR="00FC5FDC" w:rsidRPr="000C11BD" w:rsidRDefault="00FC5FDC" w:rsidP="000C11BD">
      <w:pPr>
        <w:spacing w:line="240" w:lineRule="auto"/>
        <w:rPr>
          <w:rFonts w:cs="Times New Roman"/>
          <w:szCs w:val="24"/>
          <w:lang w:val="hr-HR"/>
        </w:rPr>
      </w:pPr>
    </w:p>
    <w:p w14:paraId="5D53DA96" w14:textId="77777777" w:rsidR="00FC5FDC" w:rsidRPr="000C11BD" w:rsidRDefault="00FC5FDC" w:rsidP="000C11BD">
      <w:pPr>
        <w:spacing w:line="240" w:lineRule="auto"/>
        <w:rPr>
          <w:rFonts w:cs="Times New Roman"/>
          <w:szCs w:val="24"/>
          <w:lang w:val="hr-HR"/>
        </w:rPr>
      </w:pPr>
    </w:p>
    <w:p w14:paraId="51EBF02E" w14:textId="27A82C98" w:rsidR="002E1ADE" w:rsidRPr="000C11BD" w:rsidRDefault="00831AB5" w:rsidP="000C11BD">
      <w:pPr>
        <w:pStyle w:val="Naslov1"/>
        <w:spacing w:before="0" w:after="0" w:line="240" w:lineRule="auto"/>
        <w:rPr>
          <w:rFonts w:ascii="Times New Roman" w:hAnsi="Times New Roman" w:cs="Times New Roman"/>
          <w:b w:val="0"/>
          <w:bCs w:val="0"/>
          <w:color w:val="auto"/>
          <w:sz w:val="24"/>
          <w:szCs w:val="24"/>
          <w:lang w:val="hr-HR"/>
        </w:rPr>
      </w:pPr>
      <w:r w:rsidRPr="000C11BD">
        <w:rPr>
          <w:rFonts w:ascii="Times New Roman" w:eastAsia="Times New Roman" w:hAnsi="Times New Roman" w:cs="Times New Roman"/>
          <w:b w:val="0"/>
          <w:bCs w:val="0"/>
          <w:color w:val="auto"/>
          <w:sz w:val="24"/>
          <w:szCs w:val="24"/>
          <w:lang w:val="hr-HR"/>
        </w:rPr>
        <w:lastRenderedPageBreak/>
        <w:t>IX. IZVJEŠTAVANJE, NADZOR I POVRAT SREDSTAVA</w:t>
      </w:r>
    </w:p>
    <w:p w14:paraId="378C1F6B" w14:textId="77777777" w:rsidR="004C488A" w:rsidRPr="000C11BD" w:rsidRDefault="004C488A" w:rsidP="000C11BD">
      <w:pPr>
        <w:spacing w:after="0" w:line="240" w:lineRule="auto"/>
        <w:jc w:val="center"/>
        <w:rPr>
          <w:rFonts w:cs="Times New Roman"/>
          <w:szCs w:val="24"/>
          <w:lang w:val="hr-HR"/>
        </w:rPr>
      </w:pPr>
    </w:p>
    <w:p w14:paraId="6369FB36" w14:textId="5D483E55" w:rsidR="002E1ADE" w:rsidRPr="000C11BD" w:rsidRDefault="00831AB5" w:rsidP="000C11BD">
      <w:pPr>
        <w:spacing w:after="0" w:line="240" w:lineRule="auto"/>
        <w:jc w:val="center"/>
        <w:rPr>
          <w:rFonts w:cs="Times New Roman"/>
          <w:szCs w:val="24"/>
          <w:lang w:val="hr-HR"/>
        </w:rPr>
      </w:pPr>
      <w:r w:rsidRPr="000C11BD">
        <w:rPr>
          <w:rFonts w:cs="Times New Roman"/>
          <w:szCs w:val="24"/>
          <w:lang w:val="hr-HR"/>
        </w:rPr>
        <w:t>Članak 24.</w:t>
      </w:r>
    </w:p>
    <w:p w14:paraId="341BF99E" w14:textId="77777777" w:rsidR="00D81A2F" w:rsidRPr="000C11BD" w:rsidRDefault="00D81A2F" w:rsidP="000C11BD">
      <w:pPr>
        <w:spacing w:after="0" w:line="240" w:lineRule="auto"/>
        <w:jc w:val="center"/>
        <w:rPr>
          <w:rFonts w:cs="Times New Roman"/>
          <w:szCs w:val="24"/>
          <w:lang w:val="hr-HR"/>
        </w:rPr>
      </w:pPr>
    </w:p>
    <w:p w14:paraId="29E1A372" w14:textId="77777777" w:rsidR="00D62340" w:rsidRPr="000C11BD" w:rsidRDefault="00831AB5" w:rsidP="000C11BD">
      <w:pPr>
        <w:spacing w:after="0" w:line="240" w:lineRule="auto"/>
        <w:ind w:firstLine="720"/>
        <w:jc w:val="both"/>
        <w:rPr>
          <w:rFonts w:cs="Times New Roman"/>
          <w:szCs w:val="24"/>
          <w:lang w:val="hr-HR"/>
        </w:rPr>
      </w:pPr>
      <w:r w:rsidRPr="000C11BD">
        <w:rPr>
          <w:rFonts w:cs="Times New Roman"/>
          <w:szCs w:val="24"/>
          <w:lang w:val="hr-HR"/>
        </w:rPr>
        <w:t>Korisnik financijskog pokroviteljstva dužan je dostaviti izvješće o provedbi aktivnosti i utrošku sredstava u roku od 30 dana od dana završetka aktivnosti, osim ako odlukom ili ugovorom nije određen drugi rok.</w:t>
      </w:r>
    </w:p>
    <w:p w14:paraId="6BC9DE6C" w14:textId="77777777" w:rsidR="00D62340" w:rsidRPr="000C11BD" w:rsidRDefault="00831AB5" w:rsidP="000C11BD">
      <w:pPr>
        <w:spacing w:after="0" w:line="240" w:lineRule="auto"/>
        <w:ind w:firstLine="720"/>
        <w:jc w:val="both"/>
        <w:rPr>
          <w:rFonts w:cs="Times New Roman"/>
          <w:szCs w:val="24"/>
          <w:lang w:val="hr-HR"/>
        </w:rPr>
      </w:pPr>
      <w:r w:rsidRPr="000C11BD">
        <w:rPr>
          <w:rFonts w:cs="Times New Roman"/>
          <w:szCs w:val="24"/>
          <w:lang w:val="hr-HR"/>
        </w:rPr>
        <w:t>Izvješće se podnosi na obrascu koji utvrdi Grad Ploče, a sadrži najmanje opis provedene aktivnosti, podatke o mjestu i vremenu provedbe, broj sudionika ili korisnika, ostvarene rezultate, financijski prikaz utroška sredstava, preslike računa ili druge vjerodostojne dokaze o namjenskom korištenju sredstava te dokaz o vidljivosti pokroviteljstva Grada Ploča, ako je primjenjivo.</w:t>
      </w:r>
    </w:p>
    <w:p w14:paraId="7134FEC5" w14:textId="582A59F5" w:rsidR="002E1ADE" w:rsidRPr="000C11BD" w:rsidRDefault="00831AB5" w:rsidP="000C11BD">
      <w:pPr>
        <w:spacing w:after="0" w:line="240" w:lineRule="auto"/>
        <w:ind w:firstLine="720"/>
        <w:jc w:val="both"/>
        <w:rPr>
          <w:rFonts w:cs="Times New Roman"/>
          <w:szCs w:val="24"/>
          <w:lang w:val="hr-HR"/>
        </w:rPr>
      </w:pPr>
      <w:r w:rsidRPr="000C11BD">
        <w:rPr>
          <w:rFonts w:cs="Times New Roman"/>
          <w:szCs w:val="24"/>
          <w:lang w:val="hr-HR"/>
        </w:rPr>
        <w:t>Za nefinancijsko pokroviteljstvo Grad Ploče može zatražiti kratko opisno izvješće ili drugi dokaz da je aktivnost provedena.</w:t>
      </w:r>
    </w:p>
    <w:p w14:paraId="0637865F" w14:textId="77777777" w:rsidR="00D81A2F" w:rsidRPr="000C11BD" w:rsidRDefault="00D81A2F" w:rsidP="000C11BD">
      <w:pPr>
        <w:spacing w:after="0" w:line="240" w:lineRule="auto"/>
        <w:jc w:val="both"/>
        <w:rPr>
          <w:rFonts w:cs="Times New Roman"/>
          <w:szCs w:val="24"/>
          <w:lang w:val="hr-HR"/>
        </w:rPr>
      </w:pPr>
    </w:p>
    <w:p w14:paraId="191EB7EA" w14:textId="77777777" w:rsidR="002E1ADE" w:rsidRPr="000C11BD" w:rsidRDefault="00831AB5" w:rsidP="000C11BD">
      <w:pPr>
        <w:spacing w:after="0" w:line="240" w:lineRule="auto"/>
        <w:jc w:val="center"/>
        <w:rPr>
          <w:rFonts w:cs="Times New Roman"/>
          <w:szCs w:val="24"/>
          <w:lang w:val="hr-HR"/>
        </w:rPr>
      </w:pPr>
      <w:r w:rsidRPr="000C11BD">
        <w:rPr>
          <w:rFonts w:cs="Times New Roman"/>
          <w:szCs w:val="24"/>
          <w:lang w:val="hr-HR"/>
        </w:rPr>
        <w:t>Članak 25.</w:t>
      </w:r>
    </w:p>
    <w:p w14:paraId="4E93F238" w14:textId="77777777" w:rsidR="00D81A2F" w:rsidRPr="000C11BD" w:rsidRDefault="00D81A2F" w:rsidP="000C11BD">
      <w:pPr>
        <w:spacing w:after="0" w:line="240" w:lineRule="auto"/>
        <w:jc w:val="center"/>
        <w:rPr>
          <w:rFonts w:cs="Times New Roman"/>
          <w:szCs w:val="24"/>
          <w:lang w:val="hr-HR"/>
        </w:rPr>
      </w:pPr>
    </w:p>
    <w:p w14:paraId="330A7D89" w14:textId="77777777" w:rsidR="00D62340" w:rsidRPr="000C11BD" w:rsidRDefault="00831AB5" w:rsidP="000C11BD">
      <w:pPr>
        <w:spacing w:after="0" w:line="240" w:lineRule="auto"/>
        <w:ind w:firstLine="720"/>
        <w:jc w:val="both"/>
        <w:rPr>
          <w:rFonts w:cs="Times New Roman"/>
          <w:szCs w:val="24"/>
          <w:lang w:val="hr-HR"/>
        </w:rPr>
      </w:pPr>
      <w:r w:rsidRPr="000C11BD">
        <w:rPr>
          <w:rFonts w:cs="Times New Roman"/>
          <w:szCs w:val="24"/>
          <w:lang w:val="hr-HR"/>
        </w:rPr>
        <w:t>Grad Ploče ima pravo nadzirati provedbu aktivnosti i namjensko korištenje dodijeljenih sredstava.</w:t>
      </w:r>
    </w:p>
    <w:p w14:paraId="05901E45" w14:textId="341F624A" w:rsidR="002E1ADE" w:rsidRPr="000C11BD" w:rsidRDefault="00831AB5" w:rsidP="000C11BD">
      <w:pPr>
        <w:spacing w:after="0" w:line="240" w:lineRule="auto"/>
        <w:ind w:firstLine="720"/>
        <w:jc w:val="both"/>
        <w:rPr>
          <w:rFonts w:cs="Times New Roman"/>
          <w:szCs w:val="24"/>
          <w:lang w:val="hr-HR"/>
        </w:rPr>
      </w:pPr>
      <w:r w:rsidRPr="000C11BD">
        <w:rPr>
          <w:rFonts w:cs="Times New Roman"/>
          <w:szCs w:val="24"/>
          <w:lang w:val="hr-HR"/>
        </w:rPr>
        <w:t>Nadzor se može provoditi pregledom dostavljenih izvješća, uvidom u dokumentaciju korisnika, terenskim posjetom ili na drugi prikladan način.</w:t>
      </w:r>
    </w:p>
    <w:p w14:paraId="178520F2" w14:textId="77777777" w:rsidR="00D81A2F" w:rsidRPr="000C11BD" w:rsidRDefault="00D81A2F" w:rsidP="000C11BD">
      <w:pPr>
        <w:spacing w:after="0" w:line="240" w:lineRule="auto"/>
        <w:jc w:val="both"/>
        <w:rPr>
          <w:rFonts w:cs="Times New Roman"/>
          <w:szCs w:val="24"/>
          <w:lang w:val="hr-HR"/>
        </w:rPr>
      </w:pPr>
    </w:p>
    <w:p w14:paraId="04E5EC80" w14:textId="77777777" w:rsidR="002E1ADE" w:rsidRPr="000C11BD" w:rsidRDefault="00831AB5" w:rsidP="000C11BD">
      <w:pPr>
        <w:spacing w:after="0" w:line="240" w:lineRule="auto"/>
        <w:jc w:val="center"/>
        <w:rPr>
          <w:rFonts w:cs="Times New Roman"/>
          <w:szCs w:val="24"/>
          <w:lang w:val="hr-HR"/>
        </w:rPr>
      </w:pPr>
      <w:r w:rsidRPr="000C11BD">
        <w:rPr>
          <w:rFonts w:cs="Times New Roman"/>
          <w:szCs w:val="24"/>
          <w:lang w:val="hr-HR"/>
        </w:rPr>
        <w:t>Članak 26.</w:t>
      </w:r>
    </w:p>
    <w:p w14:paraId="6162213D" w14:textId="77777777" w:rsidR="00D81A2F" w:rsidRPr="000C11BD" w:rsidRDefault="00D81A2F" w:rsidP="000C11BD">
      <w:pPr>
        <w:spacing w:after="0" w:line="240" w:lineRule="auto"/>
        <w:jc w:val="center"/>
        <w:rPr>
          <w:rFonts w:cs="Times New Roman"/>
          <w:szCs w:val="24"/>
          <w:lang w:val="hr-HR"/>
        </w:rPr>
      </w:pPr>
    </w:p>
    <w:p w14:paraId="2A338CD1" w14:textId="77777777" w:rsidR="00D62340" w:rsidRPr="000C11BD" w:rsidRDefault="00831AB5" w:rsidP="000C11BD">
      <w:pPr>
        <w:spacing w:after="0" w:line="240" w:lineRule="auto"/>
        <w:ind w:firstLine="720"/>
        <w:jc w:val="both"/>
        <w:rPr>
          <w:rFonts w:cs="Times New Roman"/>
          <w:szCs w:val="24"/>
          <w:lang w:val="hr-HR"/>
        </w:rPr>
      </w:pPr>
      <w:r w:rsidRPr="000C11BD">
        <w:rPr>
          <w:rFonts w:cs="Times New Roman"/>
          <w:szCs w:val="24"/>
          <w:lang w:val="hr-HR"/>
        </w:rPr>
        <w:t>Korisnik je dužan vratiti dodijeljena sredstva u cijelosti ili djelomično ako sredstva nisu korištena namjenski, ako aktivnost nije provedena, ako je aktivnost provedena djelomično, a sredstva za neprovedeni dio nisu opravdana, ako korisnik ne dostavi izvješće u propisanom roku ni nakon pisane opomene, ako dostavi netočne ili neistinite podatke, ako se utvrdi dvostruko financiranje istih troškova, ako onemogući nadzor ili ako postupi protivno ovom Pravilniku, odluci ili ugovoru.</w:t>
      </w:r>
    </w:p>
    <w:p w14:paraId="0E543ED8" w14:textId="50FBA402" w:rsidR="00EA7491" w:rsidRPr="000C11BD" w:rsidRDefault="00EA7491" w:rsidP="000C11BD">
      <w:pPr>
        <w:spacing w:after="0" w:line="240" w:lineRule="auto"/>
        <w:ind w:firstLine="720"/>
        <w:jc w:val="both"/>
        <w:rPr>
          <w:rFonts w:cs="Times New Roman"/>
          <w:szCs w:val="24"/>
          <w:lang w:val="hr-HR"/>
        </w:rPr>
      </w:pPr>
      <w:r w:rsidRPr="000C11BD">
        <w:rPr>
          <w:rFonts w:cs="Times New Roman"/>
          <w:szCs w:val="24"/>
          <w:lang w:val="hr-HR"/>
        </w:rPr>
        <w:t>Korisnik je dužan vratiti neutrošeni dio dodijeljenih sredstava. Iznimno, neutrošeni dio sredstava može se koristiti za druge opravdane i povezane troškove iste aktivnosti samo uz prethodno pisano odobrenje Grada Ploča.</w:t>
      </w:r>
    </w:p>
    <w:p w14:paraId="1FEF7D2D" w14:textId="50C0C50C" w:rsidR="009733B8" w:rsidRPr="000C11BD" w:rsidRDefault="00831AB5" w:rsidP="000C11BD">
      <w:pPr>
        <w:spacing w:after="0" w:line="240" w:lineRule="auto"/>
        <w:ind w:firstLine="720"/>
        <w:jc w:val="both"/>
        <w:rPr>
          <w:rFonts w:cs="Times New Roman"/>
          <w:szCs w:val="24"/>
          <w:lang w:val="hr-HR"/>
        </w:rPr>
      </w:pPr>
      <w:r w:rsidRPr="000C11BD">
        <w:rPr>
          <w:rFonts w:cs="Times New Roman"/>
          <w:szCs w:val="24"/>
          <w:lang w:val="hr-HR"/>
        </w:rPr>
        <w:t>Odluku o povratu sredstava donosi Gradonačelnik, a ako korisnik ne izvrši povrat u utvrđenom roku, Grad Ploče može pokrenuti odgovarajući postupak naplate sukladno važećim propisima.</w:t>
      </w:r>
    </w:p>
    <w:p w14:paraId="281E6199" w14:textId="77777777" w:rsidR="00D62340" w:rsidRPr="000C11BD" w:rsidRDefault="00D62340" w:rsidP="000C11BD">
      <w:pPr>
        <w:spacing w:after="0" w:line="240" w:lineRule="auto"/>
        <w:ind w:firstLine="720"/>
        <w:jc w:val="both"/>
        <w:rPr>
          <w:rFonts w:cs="Times New Roman"/>
          <w:szCs w:val="24"/>
          <w:lang w:val="hr-HR"/>
        </w:rPr>
      </w:pPr>
    </w:p>
    <w:p w14:paraId="1CC82F41" w14:textId="5D8932F3" w:rsidR="002E1ADE" w:rsidRPr="000C11BD" w:rsidRDefault="00831AB5" w:rsidP="000C11BD">
      <w:pPr>
        <w:pStyle w:val="Naslov1"/>
        <w:spacing w:before="0" w:after="0" w:line="240" w:lineRule="auto"/>
        <w:rPr>
          <w:rFonts w:ascii="Times New Roman" w:hAnsi="Times New Roman" w:cs="Times New Roman"/>
          <w:b w:val="0"/>
          <w:bCs w:val="0"/>
          <w:color w:val="auto"/>
          <w:sz w:val="24"/>
          <w:szCs w:val="24"/>
          <w:lang w:val="hr-HR"/>
        </w:rPr>
      </w:pPr>
      <w:r w:rsidRPr="000C11BD">
        <w:rPr>
          <w:rFonts w:ascii="Times New Roman" w:eastAsia="Times New Roman" w:hAnsi="Times New Roman" w:cs="Times New Roman"/>
          <w:b w:val="0"/>
          <w:bCs w:val="0"/>
          <w:color w:val="auto"/>
          <w:sz w:val="24"/>
          <w:szCs w:val="24"/>
          <w:lang w:val="hr-HR"/>
        </w:rPr>
        <w:t>X. EVIDENCIJA, JAVNA OBJAVA I ZAŠTITA PODATAKA</w:t>
      </w:r>
    </w:p>
    <w:p w14:paraId="70C3D358" w14:textId="77777777" w:rsidR="009733B8" w:rsidRPr="000C11BD" w:rsidRDefault="009733B8" w:rsidP="000C11BD">
      <w:pPr>
        <w:spacing w:after="0" w:line="240" w:lineRule="auto"/>
        <w:jc w:val="center"/>
        <w:rPr>
          <w:rFonts w:cs="Times New Roman"/>
          <w:szCs w:val="24"/>
          <w:lang w:val="hr-HR"/>
        </w:rPr>
      </w:pPr>
    </w:p>
    <w:p w14:paraId="46C99CBE" w14:textId="058C41C5" w:rsidR="002E1ADE" w:rsidRPr="000C11BD" w:rsidRDefault="00831AB5" w:rsidP="000C11BD">
      <w:pPr>
        <w:spacing w:after="0" w:line="240" w:lineRule="auto"/>
        <w:jc w:val="center"/>
        <w:rPr>
          <w:rFonts w:cs="Times New Roman"/>
          <w:szCs w:val="24"/>
          <w:lang w:val="hr-HR"/>
        </w:rPr>
      </w:pPr>
      <w:r w:rsidRPr="000C11BD">
        <w:rPr>
          <w:rFonts w:cs="Times New Roman"/>
          <w:szCs w:val="24"/>
          <w:lang w:val="hr-HR"/>
        </w:rPr>
        <w:t>Članak 27.</w:t>
      </w:r>
    </w:p>
    <w:p w14:paraId="36F03DFF" w14:textId="77777777" w:rsidR="009733B8" w:rsidRPr="000C11BD" w:rsidRDefault="009733B8" w:rsidP="000C11BD">
      <w:pPr>
        <w:spacing w:after="0" w:line="240" w:lineRule="auto"/>
        <w:jc w:val="center"/>
        <w:rPr>
          <w:rFonts w:cs="Times New Roman"/>
          <w:szCs w:val="24"/>
          <w:lang w:val="hr-HR"/>
        </w:rPr>
      </w:pPr>
    </w:p>
    <w:p w14:paraId="32A85975" w14:textId="77777777" w:rsidR="00D62340" w:rsidRPr="000C11BD" w:rsidRDefault="00831AB5" w:rsidP="000C11BD">
      <w:pPr>
        <w:spacing w:after="0" w:line="240" w:lineRule="auto"/>
        <w:ind w:firstLine="720"/>
        <w:jc w:val="both"/>
        <w:rPr>
          <w:rFonts w:cs="Times New Roman"/>
          <w:szCs w:val="24"/>
          <w:lang w:val="hr-HR"/>
        </w:rPr>
      </w:pPr>
      <w:r w:rsidRPr="000C11BD">
        <w:rPr>
          <w:rFonts w:cs="Times New Roman"/>
          <w:szCs w:val="24"/>
          <w:lang w:val="hr-HR"/>
        </w:rPr>
        <w:t>Grad Ploče vodi evidenciju dodijeljenih pokroviteljstava.</w:t>
      </w:r>
    </w:p>
    <w:p w14:paraId="693953F5" w14:textId="4B1D007B" w:rsidR="002E1ADE" w:rsidRPr="000C11BD" w:rsidRDefault="00831AB5" w:rsidP="000C11BD">
      <w:pPr>
        <w:spacing w:after="0" w:line="240" w:lineRule="auto"/>
        <w:ind w:firstLine="720"/>
        <w:jc w:val="both"/>
        <w:rPr>
          <w:rFonts w:cs="Times New Roman"/>
          <w:szCs w:val="24"/>
          <w:lang w:val="hr-HR"/>
        </w:rPr>
      </w:pPr>
      <w:r w:rsidRPr="000C11BD">
        <w:rPr>
          <w:rFonts w:cs="Times New Roman"/>
          <w:szCs w:val="24"/>
          <w:lang w:val="hr-HR"/>
        </w:rPr>
        <w:t>Evidencija osobito sadrži naziv korisnika, naziv aktivnosti, vrstu pokroviteljstva, iznos dodijeljenih sredstava ili opis nefinancijske podrške, datum donošenja odluke, podatak o dostavljenom izvješću i podatak o eventualnom povratu sredstava.</w:t>
      </w:r>
    </w:p>
    <w:p w14:paraId="67D71ECC" w14:textId="77777777" w:rsidR="009733B8" w:rsidRDefault="009733B8" w:rsidP="000C11BD">
      <w:pPr>
        <w:spacing w:after="0" w:line="240" w:lineRule="auto"/>
        <w:jc w:val="both"/>
        <w:rPr>
          <w:rFonts w:cs="Times New Roman"/>
          <w:szCs w:val="24"/>
          <w:lang w:val="hr-HR"/>
        </w:rPr>
      </w:pPr>
    </w:p>
    <w:p w14:paraId="5EA3227E" w14:textId="77777777" w:rsidR="00CA2A09" w:rsidRPr="000C11BD" w:rsidRDefault="00CA2A09" w:rsidP="000C11BD">
      <w:pPr>
        <w:spacing w:after="0" w:line="240" w:lineRule="auto"/>
        <w:jc w:val="both"/>
        <w:rPr>
          <w:rFonts w:cs="Times New Roman"/>
          <w:szCs w:val="24"/>
          <w:lang w:val="hr-HR"/>
        </w:rPr>
      </w:pPr>
    </w:p>
    <w:p w14:paraId="1FF09557" w14:textId="77777777" w:rsidR="002F12D6" w:rsidRPr="000C11BD" w:rsidRDefault="002F12D6" w:rsidP="000C11BD">
      <w:pPr>
        <w:spacing w:after="0" w:line="240" w:lineRule="auto"/>
        <w:jc w:val="center"/>
        <w:rPr>
          <w:rFonts w:cs="Times New Roman"/>
          <w:szCs w:val="24"/>
          <w:lang w:val="hr-HR"/>
        </w:rPr>
      </w:pPr>
    </w:p>
    <w:p w14:paraId="5756DAC2" w14:textId="6FB222DE" w:rsidR="002E1ADE" w:rsidRPr="000C11BD" w:rsidRDefault="00831AB5" w:rsidP="000C11BD">
      <w:pPr>
        <w:spacing w:after="0" w:line="240" w:lineRule="auto"/>
        <w:jc w:val="center"/>
        <w:rPr>
          <w:rFonts w:cs="Times New Roman"/>
          <w:szCs w:val="24"/>
          <w:lang w:val="hr-HR"/>
        </w:rPr>
      </w:pPr>
      <w:r w:rsidRPr="000C11BD">
        <w:rPr>
          <w:rFonts w:cs="Times New Roman"/>
          <w:szCs w:val="24"/>
          <w:lang w:val="hr-HR"/>
        </w:rPr>
        <w:lastRenderedPageBreak/>
        <w:t>Članak 28.</w:t>
      </w:r>
    </w:p>
    <w:p w14:paraId="29276EF5" w14:textId="77777777" w:rsidR="009733B8" w:rsidRPr="000C11BD" w:rsidRDefault="009733B8" w:rsidP="000C11BD">
      <w:pPr>
        <w:spacing w:after="0" w:line="240" w:lineRule="auto"/>
        <w:jc w:val="center"/>
        <w:rPr>
          <w:rFonts w:cs="Times New Roman"/>
          <w:szCs w:val="24"/>
          <w:lang w:val="hr-HR"/>
        </w:rPr>
      </w:pPr>
    </w:p>
    <w:p w14:paraId="3A132EE0" w14:textId="77777777" w:rsidR="002E1ADE" w:rsidRPr="000C11BD" w:rsidRDefault="00831AB5" w:rsidP="000C11BD">
      <w:pPr>
        <w:spacing w:after="0" w:line="240" w:lineRule="auto"/>
        <w:ind w:firstLine="720"/>
        <w:jc w:val="both"/>
        <w:rPr>
          <w:rFonts w:cs="Times New Roman"/>
          <w:szCs w:val="24"/>
          <w:lang w:val="hr-HR"/>
        </w:rPr>
      </w:pPr>
      <w:r w:rsidRPr="000C11BD">
        <w:rPr>
          <w:rFonts w:cs="Times New Roman"/>
          <w:szCs w:val="24"/>
          <w:lang w:val="hr-HR"/>
        </w:rPr>
        <w:t>Podaci o dodijeljenim financijskim sredstvima objavljuju se na mrežnim stranicama Grada Ploča u skladu s propisima o transparentnosti trošenja javnih sredstava, pravu na pristup informacijama i zaštiti osobnih podataka.</w:t>
      </w:r>
    </w:p>
    <w:p w14:paraId="68B15A7B" w14:textId="77777777" w:rsidR="00D62340" w:rsidRPr="000C11BD" w:rsidRDefault="00D62340" w:rsidP="000C11BD">
      <w:pPr>
        <w:spacing w:after="0" w:line="240" w:lineRule="auto"/>
        <w:rPr>
          <w:rFonts w:cs="Times New Roman"/>
          <w:szCs w:val="24"/>
          <w:lang w:val="hr-HR"/>
        </w:rPr>
      </w:pPr>
    </w:p>
    <w:p w14:paraId="0CFA1E85" w14:textId="020DDBAE" w:rsidR="002E1ADE" w:rsidRPr="000C11BD" w:rsidRDefault="00831AB5" w:rsidP="000C11BD">
      <w:pPr>
        <w:spacing w:after="0" w:line="240" w:lineRule="auto"/>
        <w:jc w:val="center"/>
        <w:rPr>
          <w:rFonts w:cs="Times New Roman"/>
          <w:szCs w:val="24"/>
          <w:lang w:val="hr-HR"/>
        </w:rPr>
      </w:pPr>
      <w:r w:rsidRPr="000C11BD">
        <w:rPr>
          <w:rFonts w:cs="Times New Roman"/>
          <w:szCs w:val="24"/>
          <w:lang w:val="hr-HR"/>
        </w:rPr>
        <w:t>Članak 29.</w:t>
      </w:r>
    </w:p>
    <w:p w14:paraId="54ABCF2A" w14:textId="77777777" w:rsidR="009733B8" w:rsidRPr="000C11BD" w:rsidRDefault="009733B8" w:rsidP="000C11BD">
      <w:pPr>
        <w:spacing w:after="0" w:line="240" w:lineRule="auto"/>
        <w:jc w:val="center"/>
        <w:rPr>
          <w:rFonts w:cs="Times New Roman"/>
          <w:szCs w:val="24"/>
          <w:lang w:val="hr-HR"/>
        </w:rPr>
      </w:pPr>
    </w:p>
    <w:p w14:paraId="487AFC33" w14:textId="77777777" w:rsidR="00D62340" w:rsidRPr="000C11BD" w:rsidRDefault="00831AB5" w:rsidP="000C11BD">
      <w:pPr>
        <w:spacing w:after="0" w:line="240" w:lineRule="auto"/>
        <w:ind w:firstLine="720"/>
        <w:jc w:val="both"/>
        <w:rPr>
          <w:rFonts w:cs="Times New Roman"/>
          <w:szCs w:val="24"/>
          <w:lang w:val="hr-HR"/>
        </w:rPr>
      </w:pPr>
      <w:r w:rsidRPr="000C11BD">
        <w:rPr>
          <w:rFonts w:cs="Times New Roman"/>
          <w:szCs w:val="24"/>
          <w:lang w:val="hr-HR"/>
        </w:rPr>
        <w:t>Grad Ploče obrađuje osobne podatke podnositelja zahtjeva i korisnika pokroviteljstva u svrhu provedbe postupka dodjele pokroviteljstva, donošenja odluka, sklapanja i izvršenja ugovora, isplate sredstava, nadzora, izvještavanja, javne objave i ispunjavanja zakonskih obveza.</w:t>
      </w:r>
    </w:p>
    <w:p w14:paraId="09E057FF" w14:textId="7745B699" w:rsidR="002E1ADE" w:rsidRPr="000C11BD" w:rsidRDefault="00831AB5" w:rsidP="000C11BD">
      <w:pPr>
        <w:spacing w:after="0" w:line="240" w:lineRule="auto"/>
        <w:ind w:firstLine="720"/>
        <w:jc w:val="both"/>
        <w:rPr>
          <w:rFonts w:cs="Times New Roman"/>
          <w:szCs w:val="24"/>
          <w:lang w:val="hr-HR"/>
        </w:rPr>
      </w:pPr>
      <w:r w:rsidRPr="000C11BD">
        <w:rPr>
          <w:rFonts w:cs="Times New Roman"/>
          <w:szCs w:val="24"/>
          <w:lang w:val="hr-HR"/>
        </w:rPr>
        <w:t>Osobni podaci obrađuju se u skladu s propisima kojima se uređuje zaštita osobnih podataka i čuvaju se onoliko dugo koliko je potrebno za ostvarenje svrhe obrade odnosno u rokovima propisanim posebnim propisima.</w:t>
      </w:r>
    </w:p>
    <w:p w14:paraId="00563D9B" w14:textId="77777777" w:rsidR="00111FEE" w:rsidRPr="000C11BD" w:rsidRDefault="00111FEE" w:rsidP="000C11BD">
      <w:pPr>
        <w:spacing w:after="0" w:line="240" w:lineRule="auto"/>
        <w:jc w:val="both"/>
        <w:rPr>
          <w:rFonts w:cs="Times New Roman"/>
          <w:szCs w:val="24"/>
          <w:lang w:val="hr-HR"/>
        </w:rPr>
      </w:pPr>
    </w:p>
    <w:p w14:paraId="7E9C9272" w14:textId="77777777" w:rsidR="002E1ADE" w:rsidRPr="000C11BD" w:rsidRDefault="00831AB5" w:rsidP="000C11BD">
      <w:pPr>
        <w:pStyle w:val="Naslov1"/>
        <w:spacing w:before="0" w:after="0" w:line="240" w:lineRule="auto"/>
        <w:rPr>
          <w:rFonts w:ascii="Times New Roman" w:hAnsi="Times New Roman" w:cs="Times New Roman"/>
          <w:b w:val="0"/>
          <w:bCs w:val="0"/>
          <w:color w:val="auto"/>
          <w:sz w:val="24"/>
          <w:szCs w:val="24"/>
          <w:lang w:val="hr-HR"/>
        </w:rPr>
      </w:pPr>
      <w:r w:rsidRPr="000C11BD">
        <w:rPr>
          <w:rFonts w:ascii="Times New Roman" w:eastAsia="Times New Roman" w:hAnsi="Times New Roman" w:cs="Times New Roman"/>
          <w:b w:val="0"/>
          <w:bCs w:val="0"/>
          <w:color w:val="auto"/>
          <w:sz w:val="24"/>
          <w:szCs w:val="24"/>
          <w:lang w:val="hr-HR"/>
        </w:rPr>
        <w:t>XI. OBRASCI</w:t>
      </w:r>
    </w:p>
    <w:p w14:paraId="3ED166EF" w14:textId="77777777" w:rsidR="00111FEE" w:rsidRPr="000C11BD" w:rsidRDefault="00111FEE" w:rsidP="000C11BD">
      <w:pPr>
        <w:spacing w:after="0" w:line="240" w:lineRule="auto"/>
        <w:rPr>
          <w:rFonts w:cs="Times New Roman"/>
          <w:szCs w:val="24"/>
          <w:lang w:val="hr-HR"/>
        </w:rPr>
      </w:pPr>
    </w:p>
    <w:p w14:paraId="57AB2430" w14:textId="77777777" w:rsidR="002E1ADE" w:rsidRPr="000C11BD" w:rsidRDefault="00831AB5" w:rsidP="000C11BD">
      <w:pPr>
        <w:spacing w:after="0" w:line="240" w:lineRule="auto"/>
        <w:jc w:val="center"/>
        <w:rPr>
          <w:rFonts w:cs="Times New Roman"/>
          <w:szCs w:val="24"/>
          <w:lang w:val="hr-HR"/>
        </w:rPr>
      </w:pPr>
      <w:r w:rsidRPr="000C11BD">
        <w:rPr>
          <w:rFonts w:cs="Times New Roman"/>
          <w:szCs w:val="24"/>
          <w:lang w:val="hr-HR"/>
        </w:rPr>
        <w:t>Članak 30.</w:t>
      </w:r>
    </w:p>
    <w:p w14:paraId="3C056A30" w14:textId="77777777" w:rsidR="00111FEE" w:rsidRPr="000C11BD" w:rsidRDefault="00111FEE" w:rsidP="000C11BD">
      <w:pPr>
        <w:spacing w:after="0" w:line="240" w:lineRule="auto"/>
        <w:jc w:val="center"/>
        <w:rPr>
          <w:rFonts w:cs="Times New Roman"/>
          <w:szCs w:val="24"/>
          <w:lang w:val="hr-HR"/>
        </w:rPr>
      </w:pPr>
    </w:p>
    <w:p w14:paraId="5B981A2E" w14:textId="77777777" w:rsidR="002E1ADE" w:rsidRPr="000C11BD" w:rsidRDefault="00831AB5" w:rsidP="000C11BD">
      <w:pPr>
        <w:spacing w:after="0" w:line="240" w:lineRule="auto"/>
        <w:ind w:firstLine="567"/>
        <w:jc w:val="both"/>
        <w:rPr>
          <w:rFonts w:cs="Times New Roman"/>
          <w:szCs w:val="24"/>
          <w:lang w:val="hr-HR"/>
        </w:rPr>
      </w:pPr>
      <w:r w:rsidRPr="000C11BD">
        <w:rPr>
          <w:rFonts w:cs="Times New Roman"/>
          <w:szCs w:val="24"/>
          <w:lang w:val="hr-HR"/>
        </w:rPr>
        <w:t>Sastavni dio ovog Pravilnika čine obrasci:</w:t>
      </w:r>
    </w:p>
    <w:p w14:paraId="6A763E64" w14:textId="77777777" w:rsidR="00EA60DE" w:rsidRPr="000C11BD" w:rsidRDefault="00831AB5" w:rsidP="000C11BD">
      <w:pPr>
        <w:spacing w:after="0" w:line="240" w:lineRule="auto"/>
        <w:ind w:left="567"/>
        <w:rPr>
          <w:rFonts w:cs="Times New Roman"/>
          <w:szCs w:val="24"/>
          <w:lang w:val="hr-HR"/>
        </w:rPr>
      </w:pPr>
      <w:r w:rsidRPr="000C11BD">
        <w:rPr>
          <w:rFonts w:cs="Times New Roman"/>
          <w:szCs w:val="24"/>
          <w:lang w:val="hr-HR"/>
        </w:rPr>
        <w:t>1. Obrazac zahtjeva za dodjelu pokroviteljstva;</w:t>
      </w:r>
    </w:p>
    <w:p w14:paraId="554478B7" w14:textId="77777777" w:rsidR="00EA60DE" w:rsidRPr="000C11BD" w:rsidRDefault="00831AB5" w:rsidP="000C11BD">
      <w:pPr>
        <w:spacing w:after="0" w:line="240" w:lineRule="auto"/>
        <w:ind w:left="567"/>
        <w:rPr>
          <w:rFonts w:cs="Times New Roman"/>
          <w:szCs w:val="24"/>
          <w:lang w:val="hr-HR"/>
        </w:rPr>
      </w:pPr>
      <w:r w:rsidRPr="000C11BD">
        <w:rPr>
          <w:rFonts w:cs="Times New Roman"/>
          <w:szCs w:val="24"/>
          <w:lang w:val="hr-HR"/>
        </w:rPr>
        <w:t>2. Izjava o nepostojanju dvostrukog financiranja;</w:t>
      </w:r>
    </w:p>
    <w:p w14:paraId="3ED7DE05" w14:textId="77777777" w:rsidR="00EA60DE" w:rsidRPr="000C11BD" w:rsidRDefault="00831AB5" w:rsidP="000C11BD">
      <w:pPr>
        <w:spacing w:after="0" w:line="240" w:lineRule="auto"/>
        <w:ind w:left="567"/>
        <w:rPr>
          <w:rFonts w:cs="Times New Roman"/>
          <w:szCs w:val="24"/>
          <w:lang w:val="hr-HR"/>
        </w:rPr>
      </w:pPr>
      <w:r w:rsidRPr="000C11BD">
        <w:rPr>
          <w:rFonts w:cs="Times New Roman"/>
          <w:szCs w:val="24"/>
          <w:lang w:val="hr-HR"/>
        </w:rPr>
        <w:t>3. Obrazac izvješća o provedbi aktivnosti i utrošku sredstava;</w:t>
      </w:r>
    </w:p>
    <w:p w14:paraId="7A6D41FA" w14:textId="77777777" w:rsidR="00EA60DE" w:rsidRPr="000C11BD" w:rsidRDefault="00831AB5" w:rsidP="000C11BD">
      <w:pPr>
        <w:spacing w:after="0" w:line="240" w:lineRule="auto"/>
        <w:ind w:left="567"/>
        <w:rPr>
          <w:rFonts w:cs="Times New Roman"/>
          <w:szCs w:val="24"/>
          <w:lang w:val="hr-HR"/>
        </w:rPr>
      </w:pPr>
      <w:r w:rsidRPr="000C11BD">
        <w:rPr>
          <w:rFonts w:cs="Times New Roman"/>
          <w:szCs w:val="24"/>
          <w:lang w:val="hr-HR"/>
        </w:rPr>
        <w:t>4. Obrazac zahtjeva za odobrenje korištenja neutrošenog dijela sredstava.</w:t>
      </w:r>
    </w:p>
    <w:p w14:paraId="0DC51385" w14:textId="157A32FF" w:rsidR="002E1ADE" w:rsidRPr="000C11BD" w:rsidRDefault="00831AB5" w:rsidP="000C11BD">
      <w:pPr>
        <w:spacing w:line="240" w:lineRule="auto"/>
        <w:ind w:firstLine="567"/>
        <w:jc w:val="both"/>
        <w:rPr>
          <w:rFonts w:cs="Times New Roman"/>
          <w:szCs w:val="24"/>
          <w:lang w:val="hr-HR"/>
        </w:rPr>
      </w:pPr>
      <w:r w:rsidRPr="000C11BD">
        <w:rPr>
          <w:rFonts w:cs="Times New Roman"/>
          <w:szCs w:val="24"/>
          <w:lang w:val="hr-HR"/>
        </w:rPr>
        <w:t>Gradonačelnik može, radi lakše provedbe ovog Pravilnika, izmijeniti ili dopuniti obrasce iz</w:t>
      </w:r>
      <w:r w:rsidR="00D62340" w:rsidRPr="000C11BD">
        <w:rPr>
          <w:rFonts w:cs="Times New Roman"/>
          <w:szCs w:val="24"/>
          <w:lang w:val="hr-HR"/>
        </w:rPr>
        <w:t xml:space="preserve"> </w:t>
      </w:r>
      <w:r w:rsidRPr="000C11BD">
        <w:rPr>
          <w:rFonts w:cs="Times New Roman"/>
          <w:szCs w:val="24"/>
          <w:lang w:val="hr-HR"/>
        </w:rPr>
        <w:t>stavka 1. ovog članka ili utvrditi druge obrasce potrebne za provedbu ovog Pravilnika, ako se</w:t>
      </w:r>
      <w:r w:rsidR="00D62340" w:rsidRPr="000C11BD">
        <w:rPr>
          <w:rFonts w:cs="Times New Roman"/>
          <w:szCs w:val="24"/>
          <w:lang w:val="hr-HR"/>
        </w:rPr>
        <w:t xml:space="preserve"> </w:t>
      </w:r>
      <w:r w:rsidRPr="000C11BD">
        <w:rPr>
          <w:rFonts w:cs="Times New Roman"/>
          <w:szCs w:val="24"/>
          <w:lang w:val="hr-HR"/>
        </w:rPr>
        <w:t>time ne mijenjaju prava i obveze propisane ovim Pravilnikom.</w:t>
      </w:r>
    </w:p>
    <w:p w14:paraId="3424280F" w14:textId="77777777" w:rsidR="006907DA" w:rsidRPr="000C11BD" w:rsidRDefault="006907DA" w:rsidP="000C11BD">
      <w:pPr>
        <w:pStyle w:val="Naslov1"/>
        <w:spacing w:before="0" w:after="0" w:line="240" w:lineRule="auto"/>
        <w:jc w:val="center"/>
        <w:rPr>
          <w:rFonts w:ascii="Times New Roman" w:hAnsi="Times New Roman" w:cs="Times New Roman"/>
          <w:b w:val="0"/>
          <w:bCs w:val="0"/>
          <w:color w:val="auto"/>
          <w:sz w:val="24"/>
          <w:szCs w:val="24"/>
          <w:lang w:val="hr-HR"/>
        </w:rPr>
      </w:pPr>
    </w:p>
    <w:p w14:paraId="5C8A91DB" w14:textId="1315532A" w:rsidR="002E1ADE" w:rsidRPr="000C11BD" w:rsidRDefault="00831AB5" w:rsidP="000C11BD">
      <w:pPr>
        <w:pStyle w:val="Naslov1"/>
        <w:spacing w:before="0" w:after="0" w:line="240" w:lineRule="auto"/>
        <w:rPr>
          <w:rFonts w:ascii="Times New Roman" w:hAnsi="Times New Roman" w:cs="Times New Roman"/>
          <w:b w:val="0"/>
          <w:bCs w:val="0"/>
          <w:color w:val="auto"/>
          <w:sz w:val="24"/>
          <w:szCs w:val="24"/>
          <w:lang w:val="hr-HR"/>
        </w:rPr>
      </w:pPr>
      <w:r w:rsidRPr="000C11BD">
        <w:rPr>
          <w:rFonts w:ascii="Times New Roman" w:eastAsia="Times New Roman" w:hAnsi="Times New Roman" w:cs="Times New Roman"/>
          <w:b w:val="0"/>
          <w:bCs w:val="0"/>
          <w:color w:val="auto"/>
          <w:sz w:val="24"/>
          <w:szCs w:val="24"/>
          <w:lang w:val="hr-HR"/>
        </w:rPr>
        <w:t>XII. PRIJELAZNE I ZAVRŠNE ODREDBE</w:t>
      </w:r>
    </w:p>
    <w:p w14:paraId="3FF72CC1" w14:textId="77777777" w:rsidR="00857BD3" w:rsidRPr="000C11BD" w:rsidRDefault="00857BD3" w:rsidP="000C11BD">
      <w:pPr>
        <w:spacing w:after="0" w:line="240" w:lineRule="auto"/>
        <w:jc w:val="center"/>
        <w:rPr>
          <w:rFonts w:cs="Times New Roman"/>
          <w:szCs w:val="24"/>
          <w:lang w:val="hr-HR"/>
        </w:rPr>
      </w:pPr>
    </w:p>
    <w:p w14:paraId="3223681A" w14:textId="49E82B26" w:rsidR="002E1ADE" w:rsidRPr="000C11BD" w:rsidRDefault="00831AB5" w:rsidP="000C11BD">
      <w:pPr>
        <w:spacing w:after="0" w:line="240" w:lineRule="auto"/>
        <w:jc w:val="center"/>
        <w:rPr>
          <w:rFonts w:cs="Times New Roman"/>
          <w:szCs w:val="24"/>
          <w:lang w:val="hr-HR"/>
        </w:rPr>
      </w:pPr>
      <w:r w:rsidRPr="000C11BD">
        <w:rPr>
          <w:rFonts w:cs="Times New Roman"/>
          <w:szCs w:val="24"/>
          <w:lang w:val="hr-HR"/>
        </w:rPr>
        <w:t>Članak 3</w:t>
      </w:r>
      <w:r w:rsidR="0037103B" w:rsidRPr="000C11BD">
        <w:rPr>
          <w:rFonts w:cs="Times New Roman"/>
          <w:szCs w:val="24"/>
          <w:lang w:val="hr-HR"/>
        </w:rPr>
        <w:t>1</w:t>
      </w:r>
      <w:r w:rsidRPr="000C11BD">
        <w:rPr>
          <w:rFonts w:cs="Times New Roman"/>
          <w:szCs w:val="24"/>
          <w:lang w:val="hr-HR"/>
        </w:rPr>
        <w:t>.</w:t>
      </w:r>
    </w:p>
    <w:p w14:paraId="060386A4" w14:textId="77777777" w:rsidR="00857BD3" w:rsidRPr="000C11BD" w:rsidRDefault="00857BD3" w:rsidP="000C11BD">
      <w:pPr>
        <w:spacing w:after="0" w:line="240" w:lineRule="auto"/>
        <w:jc w:val="center"/>
        <w:rPr>
          <w:rFonts w:cs="Times New Roman"/>
          <w:szCs w:val="24"/>
          <w:lang w:val="hr-HR"/>
        </w:rPr>
      </w:pPr>
    </w:p>
    <w:p w14:paraId="3F062EB4" w14:textId="77777777" w:rsidR="00D86E98" w:rsidRPr="000C11BD" w:rsidRDefault="00D86E98" w:rsidP="000C11BD">
      <w:pPr>
        <w:spacing w:after="0" w:line="240" w:lineRule="auto"/>
        <w:ind w:firstLine="720"/>
        <w:jc w:val="both"/>
        <w:rPr>
          <w:rFonts w:cs="Times New Roman"/>
          <w:szCs w:val="24"/>
          <w:lang w:val="hr-HR"/>
        </w:rPr>
      </w:pPr>
      <w:r w:rsidRPr="000C11BD">
        <w:rPr>
          <w:rFonts w:cs="Times New Roman"/>
          <w:szCs w:val="24"/>
          <w:lang w:val="hr-HR"/>
        </w:rPr>
        <w:t>Iznimno u 2026. godini, zahtjev za dodjelu pokroviteljstva može se podnijeti i za aktivnost koja je provedena ili započeta u razdoblju od 1. siječnja 2026. godine do dana stupanja na snagu ovoga Pravilnika, ako aktivnost ispunjava uvjete iz ovoga Pravilnika, ako su troškovi za koje se traži pokroviteljstvo nastali u 2026. godini, ako su neposredno povezani s tom aktivnošću, dokazivi vjerodostojnom dokumentacijom te ako isti troškovi nisu financirani iz drugih izvora.</w:t>
      </w:r>
    </w:p>
    <w:p w14:paraId="0B0D4172" w14:textId="1C922BBF" w:rsidR="00D86E98" w:rsidRPr="000C11BD" w:rsidRDefault="00D86E98" w:rsidP="000C11BD">
      <w:pPr>
        <w:spacing w:after="0" w:line="240" w:lineRule="auto"/>
        <w:ind w:firstLine="720"/>
        <w:jc w:val="both"/>
        <w:rPr>
          <w:rFonts w:cs="Times New Roman"/>
          <w:szCs w:val="24"/>
          <w:lang w:val="hr-HR"/>
        </w:rPr>
      </w:pPr>
      <w:r w:rsidRPr="000C11BD">
        <w:rPr>
          <w:rFonts w:cs="Times New Roman"/>
          <w:szCs w:val="24"/>
          <w:lang w:val="hr-HR"/>
        </w:rPr>
        <w:t>Zahtjevi iz stavka 1. ovoga članka podnose se u roku od 30 dana od dana stupanja na snagu ovoga Pravilnika, osim ako je zahtjev već podnesen Gradu Ploč</w:t>
      </w:r>
      <w:r w:rsidR="007975C4" w:rsidRPr="000C11BD">
        <w:rPr>
          <w:rFonts w:cs="Times New Roman"/>
          <w:szCs w:val="24"/>
          <w:lang w:val="hr-HR"/>
        </w:rPr>
        <w:t>e</w:t>
      </w:r>
      <w:r w:rsidRPr="000C11BD">
        <w:rPr>
          <w:rFonts w:cs="Times New Roman"/>
          <w:szCs w:val="24"/>
          <w:lang w:val="hr-HR"/>
        </w:rPr>
        <w:t xml:space="preserve"> prije stupanja na snagu ovoga Pravilnika.</w:t>
      </w:r>
    </w:p>
    <w:p w14:paraId="042DC333" w14:textId="77777777" w:rsidR="00D86E98" w:rsidRPr="000C11BD" w:rsidRDefault="00D86E98" w:rsidP="000C11BD">
      <w:pPr>
        <w:spacing w:after="0" w:line="240" w:lineRule="auto"/>
        <w:ind w:firstLine="720"/>
        <w:jc w:val="both"/>
        <w:rPr>
          <w:rFonts w:cs="Times New Roman"/>
          <w:szCs w:val="24"/>
          <w:lang w:val="hr-HR"/>
        </w:rPr>
      </w:pPr>
      <w:r w:rsidRPr="000C11BD">
        <w:rPr>
          <w:rFonts w:cs="Times New Roman"/>
          <w:szCs w:val="24"/>
          <w:lang w:val="hr-HR"/>
        </w:rPr>
        <w:t>O zahtjevima koji su podneseni prije stupanja na snagu ovoga Pravilnika, a o kojima do dana stupanja na snagu ovoga Pravilnika nije odlučeno, odlučit će se sukladno ovom Pravilniku, uz mogućnost traženja dopune zahtjeva i dokumentacije.</w:t>
      </w:r>
    </w:p>
    <w:p w14:paraId="29DCCE8D" w14:textId="77777777" w:rsidR="00D86E98" w:rsidRPr="000C11BD" w:rsidRDefault="00D86E98" w:rsidP="000C11BD">
      <w:pPr>
        <w:spacing w:after="0" w:line="240" w:lineRule="auto"/>
        <w:ind w:firstLine="720"/>
        <w:jc w:val="both"/>
        <w:rPr>
          <w:rFonts w:cs="Times New Roman"/>
          <w:szCs w:val="24"/>
          <w:lang w:val="hr-HR"/>
        </w:rPr>
      </w:pPr>
      <w:r w:rsidRPr="000C11BD">
        <w:rPr>
          <w:rFonts w:cs="Times New Roman"/>
          <w:szCs w:val="24"/>
          <w:lang w:val="hr-HR"/>
        </w:rPr>
        <w:t>Ako je aktivnost do dana podnošenja zahtjeva već završena, podnositelj je uz zahtjev dužan dostaviti izvješće o provedbi aktivnosti, financijski prikaz troškova te vjerodostojne dokaze o nastalim troškovima i njihovu plaćanju.</w:t>
      </w:r>
    </w:p>
    <w:p w14:paraId="533BF789" w14:textId="5D373443" w:rsidR="00D86E98" w:rsidRPr="000C11BD" w:rsidRDefault="00D86E98" w:rsidP="000C11BD">
      <w:pPr>
        <w:spacing w:after="0" w:line="240" w:lineRule="auto"/>
        <w:ind w:firstLine="720"/>
        <w:jc w:val="both"/>
        <w:rPr>
          <w:rFonts w:cs="Times New Roman"/>
          <w:szCs w:val="24"/>
          <w:lang w:val="hr-HR"/>
        </w:rPr>
      </w:pPr>
      <w:r w:rsidRPr="000C11BD">
        <w:rPr>
          <w:rFonts w:cs="Times New Roman"/>
          <w:szCs w:val="24"/>
          <w:lang w:val="hr-HR"/>
        </w:rPr>
        <w:lastRenderedPageBreak/>
        <w:t>Odredbe ovoga članka ne stvaraju pravo na dodjelu pokroviteljstva niti obvezu Grada Ploča da naknadno odobri sredstva, već se o svakom zahtjevu odlučuje nakon provjere uvjeta, javnog interesa, prihvatljivosti i dokazivosti troškova, raspoloživosti proračunskih sredstava i nepostojanja dvostrukog financiranja.</w:t>
      </w:r>
    </w:p>
    <w:p w14:paraId="118C1286" w14:textId="77777777" w:rsidR="00D62340" w:rsidRPr="000C11BD" w:rsidRDefault="00D62340" w:rsidP="000C11BD">
      <w:pPr>
        <w:spacing w:after="0" w:line="240" w:lineRule="auto"/>
        <w:jc w:val="both"/>
        <w:rPr>
          <w:rFonts w:cs="Times New Roman"/>
          <w:szCs w:val="24"/>
          <w:lang w:val="hr-HR"/>
        </w:rPr>
      </w:pPr>
    </w:p>
    <w:p w14:paraId="1DB67FF2" w14:textId="6A727480" w:rsidR="002E1ADE" w:rsidRPr="000C11BD" w:rsidRDefault="00831AB5" w:rsidP="000C11BD">
      <w:pPr>
        <w:spacing w:after="0" w:line="240" w:lineRule="auto"/>
        <w:jc w:val="center"/>
        <w:rPr>
          <w:rFonts w:cs="Times New Roman"/>
          <w:szCs w:val="24"/>
          <w:lang w:val="hr-HR"/>
        </w:rPr>
      </w:pPr>
      <w:r w:rsidRPr="000C11BD">
        <w:rPr>
          <w:rFonts w:cs="Times New Roman"/>
          <w:szCs w:val="24"/>
          <w:lang w:val="hr-HR"/>
        </w:rPr>
        <w:t>Članak 32.</w:t>
      </w:r>
    </w:p>
    <w:p w14:paraId="28F2F65E" w14:textId="77777777" w:rsidR="00D62340" w:rsidRPr="000C11BD" w:rsidRDefault="00D62340" w:rsidP="000C11BD">
      <w:pPr>
        <w:spacing w:after="0" w:line="240" w:lineRule="auto"/>
        <w:jc w:val="center"/>
        <w:rPr>
          <w:rFonts w:cs="Times New Roman"/>
          <w:szCs w:val="24"/>
          <w:lang w:val="hr-HR"/>
        </w:rPr>
      </w:pPr>
    </w:p>
    <w:p w14:paraId="7D5726AD" w14:textId="77777777" w:rsidR="002E1ADE" w:rsidRPr="000C11BD" w:rsidRDefault="00831AB5" w:rsidP="000C11BD">
      <w:pPr>
        <w:spacing w:after="0" w:line="240" w:lineRule="auto"/>
        <w:ind w:firstLine="720"/>
        <w:jc w:val="both"/>
        <w:rPr>
          <w:rFonts w:cs="Times New Roman"/>
          <w:szCs w:val="24"/>
          <w:lang w:val="hr-HR"/>
        </w:rPr>
      </w:pPr>
      <w:r w:rsidRPr="000C11BD">
        <w:rPr>
          <w:rFonts w:cs="Times New Roman"/>
          <w:szCs w:val="24"/>
          <w:lang w:val="hr-HR"/>
        </w:rPr>
        <w:t>Za provedbu ovog Pravilnika nadležno je upravno tijelo Grada Ploča zaduženo za društvene djelatnosti.</w:t>
      </w:r>
    </w:p>
    <w:p w14:paraId="00DA3CDE" w14:textId="77777777" w:rsidR="0089331C" w:rsidRPr="000C11BD" w:rsidRDefault="0089331C" w:rsidP="000C11BD">
      <w:pPr>
        <w:spacing w:after="0" w:line="240" w:lineRule="auto"/>
        <w:jc w:val="both"/>
        <w:rPr>
          <w:rFonts w:cs="Times New Roman"/>
          <w:szCs w:val="24"/>
          <w:lang w:val="hr-HR"/>
        </w:rPr>
      </w:pPr>
    </w:p>
    <w:p w14:paraId="03642C7E" w14:textId="0091ADE2" w:rsidR="002E1ADE" w:rsidRPr="000C11BD" w:rsidRDefault="00831AB5" w:rsidP="000C11BD">
      <w:pPr>
        <w:spacing w:after="0" w:line="240" w:lineRule="auto"/>
        <w:jc w:val="center"/>
        <w:rPr>
          <w:rFonts w:cs="Times New Roman"/>
          <w:szCs w:val="24"/>
          <w:lang w:val="hr-HR"/>
        </w:rPr>
      </w:pPr>
      <w:r w:rsidRPr="000C11BD">
        <w:rPr>
          <w:rFonts w:cs="Times New Roman"/>
          <w:szCs w:val="24"/>
          <w:lang w:val="hr-HR"/>
        </w:rPr>
        <w:t>Članak 33.</w:t>
      </w:r>
    </w:p>
    <w:p w14:paraId="46E7A3EA" w14:textId="77777777" w:rsidR="00857BD3" w:rsidRPr="000C11BD" w:rsidRDefault="00857BD3" w:rsidP="000C11BD">
      <w:pPr>
        <w:spacing w:after="0" w:line="240" w:lineRule="auto"/>
        <w:jc w:val="center"/>
        <w:rPr>
          <w:rFonts w:cs="Times New Roman"/>
          <w:szCs w:val="24"/>
          <w:lang w:val="hr-HR"/>
        </w:rPr>
      </w:pPr>
    </w:p>
    <w:p w14:paraId="350B90A7" w14:textId="5C7BC2D0" w:rsidR="002E1ADE" w:rsidRPr="000C11BD" w:rsidRDefault="00831AB5" w:rsidP="000C11BD">
      <w:pPr>
        <w:spacing w:after="0" w:line="240" w:lineRule="auto"/>
        <w:ind w:firstLine="720"/>
        <w:jc w:val="both"/>
        <w:rPr>
          <w:rFonts w:cs="Times New Roman"/>
          <w:szCs w:val="24"/>
          <w:lang w:val="hr-HR"/>
        </w:rPr>
      </w:pPr>
      <w:r w:rsidRPr="000C11BD">
        <w:rPr>
          <w:rFonts w:cs="Times New Roman"/>
          <w:szCs w:val="24"/>
          <w:lang w:val="hr-HR"/>
        </w:rPr>
        <w:t>Ovaj Pravilnik stupa na snagu osmoga dana od dana objave u Službenom glasniku Grada Ploča.</w:t>
      </w:r>
    </w:p>
    <w:p w14:paraId="6675BD42" w14:textId="77777777" w:rsidR="00857BD3" w:rsidRPr="000C11BD" w:rsidRDefault="00857BD3" w:rsidP="000C11BD">
      <w:pPr>
        <w:spacing w:after="0" w:line="240" w:lineRule="auto"/>
        <w:jc w:val="both"/>
        <w:rPr>
          <w:rFonts w:cs="Times New Roman"/>
          <w:szCs w:val="24"/>
          <w:lang w:val="hr-HR"/>
        </w:rPr>
      </w:pPr>
    </w:p>
    <w:p w14:paraId="17B916F6" w14:textId="464B3B2D" w:rsidR="002E1ADE" w:rsidRPr="000C11BD" w:rsidRDefault="00831AB5" w:rsidP="000C11BD">
      <w:pPr>
        <w:spacing w:after="0" w:line="240" w:lineRule="auto"/>
        <w:rPr>
          <w:rFonts w:cs="Times New Roman"/>
          <w:szCs w:val="24"/>
          <w:lang w:val="hr-HR"/>
        </w:rPr>
      </w:pPr>
      <w:r w:rsidRPr="000C11BD">
        <w:rPr>
          <w:rFonts w:cs="Times New Roman"/>
          <w:szCs w:val="24"/>
          <w:lang w:val="hr-HR"/>
        </w:rPr>
        <w:t xml:space="preserve">KLASA: </w:t>
      </w:r>
    </w:p>
    <w:p w14:paraId="32B28900" w14:textId="6569DCF6" w:rsidR="002E1ADE" w:rsidRPr="000C11BD" w:rsidRDefault="00831AB5" w:rsidP="000C11BD">
      <w:pPr>
        <w:spacing w:after="0" w:line="240" w:lineRule="auto"/>
        <w:rPr>
          <w:rFonts w:cs="Times New Roman"/>
          <w:szCs w:val="24"/>
          <w:lang w:val="hr-HR"/>
        </w:rPr>
      </w:pPr>
      <w:r w:rsidRPr="000C11BD">
        <w:rPr>
          <w:rFonts w:cs="Times New Roman"/>
          <w:szCs w:val="24"/>
          <w:lang w:val="hr-HR"/>
        </w:rPr>
        <w:t xml:space="preserve">URBROJ: </w:t>
      </w:r>
    </w:p>
    <w:p w14:paraId="16CDA40E" w14:textId="77777777" w:rsidR="0089331C" w:rsidRPr="000C11BD" w:rsidRDefault="0089331C" w:rsidP="000C11BD">
      <w:pPr>
        <w:spacing w:after="0" w:line="240" w:lineRule="auto"/>
        <w:rPr>
          <w:rFonts w:cs="Times New Roman"/>
          <w:szCs w:val="24"/>
          <w:lang w:val="hr-HR"/>
        </w:rPr>
      </w:pPr>
    </w:p>
    <w:p w14:paraId="063E903B" w14:textId="481FAA2A" w:rsidR="002E1ADE" w:rsidRPr="000C11BD" w:rsidRDefault="00831AB5" w:rsidP="000C11BD">
      <w:pPr>
        <w:spacing w:after="0" w:line="240" w:lineRule="auto"/>
        <w:rPr>
          <w:rFonts w:cs="Times New Roman"/>
          <w:szCs w:val="24"/>
          <w:lang w:val="hr-HR"/>
        </w:rPr>
      </w:pPr>
      <w:r w:rsidRPr="000C11BD">
        <w:rPr>
          <w:rFonts w:cs="Times New Roman"/>
          <w:szCs w:val="24"/>
          <w:lang w:val="hr-HR"/>
        </w:rPr>
        <w:t xml:space="preserve">Ploče, </w:t>
      </w:r>
      <w:r w:rsidR="00FF5646" w:rsidRPr="000C11BD">
        <w:rPr>
          <w:rFonts w:cs="Times New Roman"/>
          <w:szCs w:val="24"/>
          <w:lang w:val="hr-HR"/>
        </w:rPr>
        <w:t>__________</w:t>
      </w:r>
      <w:r w:rsidR="0089331C" w:rsidRPr="000C11BD">
        <w:rPr>
          <w:rFonts w:cs="Times New Roman"/>
          <w:szCs w:val="24"/>
          <w:lang w:val="hr-HR"/>
        </w:rPr>
        <w:t xml:space="preserve"> 2026. godine</w:t>
      </w:r>
    </w:p>
    <w:p w14:paraId="1F579760" w14:textId="77777777" w:rsidR="0089331C" w:rsidRPr="000C11BD" w:rsidRDefault="0089331C" w:rsidP="000C11BD">
      <w:pPr>
        <w:spacing w:after="0" w:line="240" w:lineRule="auto"/>
        <w:rPr>
          <w:rFonts w:cs="Times New Roman"/>
          <w:szCs w:val="24"/>
          <w:lang w:val="hr-HR"/>
        </w:rPr>
      </w:pPr>
    </w:p>
    <w:p w14:paraId="6B589A21" w14:textId="77777777" w:rsidR="0089331C" w:rsidRPr="000C11BD" w:rsidRDefault="0089331C" w:rsidP="000C11BD">
      <w:pPr>
        <w:spacing w:after="0" w:line="240" w:lineRule="auto"/>
        <w:rPr>
          <w:rFonts w:cs="Times New Roman"/>
          <w:szCs w:val="24"/>
          <w:lang w:val="hr-HR"/>
        </w:rPr>
      </w:pPr>
    </w:p>
    <w:p w14:paraId="1FA1E992" w14:textId="7E57049B" w:rsidR="0089331C" w:rsidRPr="000C11BD" w:rsidRDefault="00831AB5" w:rsidP="000C11BD">
      <w:pPr>
        <w:spacing w:after="0" w:line="240" w:lineRule="auto"/>
        <w:ind w:left="6480"/>
        <w:rPr>
          <w:rFonts w:cs="Times New Roman"/>
          <w:szCs w:val="24"/>
          <w:lang w:val="hr-HR"/>
        </w:rPr>
      </w:pPr>
      <w:r w:rsidRPr="000C11BD">
        <w:rPr>
          <w:rFonts w:cs="Times New Roman"/>
          <w:szCs w:val="24"/>
          <w:lang w:val="hr-HR"/>
        </w:rPr>
        <w:t>GRADONAČELNIK</w:t>
      </w:r>
    </w:p>
    <w:p w14:paraId="292FE8FF" w14:textId="45643321" w:rsidR="002E1ADE" w:rsidRPr="000C11BD" w:rsidRDefault="0089331C" w:rsidP="000C11BD">
      <w:pPr>
        <w:spacing w:after="0" w:line="240" w:lineRule="auto"/>
        <w:ind w:left="6480"/>
        <w:rPr>
          <w:rFonts w:cs="Times New Roman"/>
          <w:szCs w:val="24"/>
          <w:lang w:val="hr-HR"/>
        </w:rPr>
      </w:pPr>
      <w:r w:rsidRPr="000C11BD">
        <w:rPr>
          <w:rFonts w:cs="Times New Roman"/>
          <w:szCs w:val="24"/>
          <w:lang w:val="hr-HR"/>
        </w:rPr>
        <w:t xml:space="preserve">       Ivan Marević</w:t>
      </w:r>
    </w:p>
    <w:p w14:paraId="2E0A5601" w14:textId="77777777" w:rsidR="002E1ADE" w:rsidRPr="000C11BD" w:rsidRDefault="00831AB5" w:rsidP="000C11BD">
      <w:pPr>
        <w:spacing w:line="240" w:lineRule="auto"/>
        <w:rPr>
          <w:rFonts w:cs="Times New Roman"/>
          <w:szCs w:val="24"/>
          <w:lang w:val="hr-HR"/>
        </w:rPr>
      </w:pPr>
      <w:r w:rsidRPr="000C11BD">
        <w:rPr>
          <w:rFonts w:cs="Times New Roman"/>
          <w:szCs w:val="24"/>
          <w:lang w:val="hr-HR"/>
        </w:rPr>
        <w:br w:type="page"/>
      </w:r>
    </w:p>
    <w:p w14:paraId="4C88FDB2" w14:textId="77777777" w:rsidR="00EA60DE" w:rsidRPr="000C11BD" w:rsidRDefault="00831AB5" w:rsidP="000C11BD">
      <w:pPr>
        <w:spacing w:line="240" w:lineRule="auto"/>
        <w:jc w:val="center"/>
        <w:rPr>
          <w:rFonts w:cs="Times New Roman"/>
          <w:szCs w:val="24"/>
          <w:lang w:val="hr-HR"/>
        </w:rPr>
      </w:pPr>
      <w:r w:rsidRPr="000C11BD">
        <w:rPr>
          <w:rFonts w:cs="Times New Roman"/>
          <w:b/>
          <w:szCs w:val="24"/>
          <w:lang w:val="hr-HR"/>
        </w:rPr>
        <w:lastRenderedPageBreak/>
        <w:t>PRILOG 1.</w:t>
      </w:r>
    </w:p>
    <w:p w14:paraId="3E796277" w14:textId="77777777" w:rsidR="00EA60DE" w:rsidRPr="000C11BD" w:rsidRDefault="00831AB5" w:rsidP="000C11BD">
      <w:pPr>
        <w:spacing w:line="240" w:lineRule="auto"/>
        <w:jc w:val="center"/>
        <w:rPr>
          <w:rFonts w:cs="Times New Roman"/>
          <w:szCs w:val="24"/>
          <w:lang w:val="hr-HR"/>
        </w:rPr>
      </w:pPr>
      <w:r w:rsidRPr="000C11BD">
        <w:rPr>
          <w:rFonts w:cs="Times New Roman"/>
          <w:b/>
          <w:szCs w:val="24"/>
          <w:lang w:val="hr-HR"/>
        </w:rPr>
        <w:t>OBRAZAC ZAHTJEVA ZA DODJELU POKROVITELJSTVA</w:t>
      </w:r>
    </w:p>
    <w:p w14:paraId="51C35009" w14:textId="77777777" w:rsidR="00EA60DE" w:rsidRPr="000C11BD" w:rsidRDefault="00831AB5" w:rsidP="000C11BD">
      <w:pPr>
        <w:spacing w:line="240" w:lineRule="auto"/>
        <w:rPr>
          <w:rFonts w:cs="Times New Roman"/>
          <w:szCs w:val="24"/>
          <w:lang w:val="hr-HR"/>
        </w:rPr>
      </w:pPr>
      <w:r w:rsidRPr="000C11BD">
        <w:rPr>
          <w:rFonts w:cs="Times New Roman"/>
          <w:b/>
          <w:szCs w:val="24"/>
          <w:lang w:val="hr-HR"/>
        </w:rPr>
        <w:t>1. Podaci o podnositelju zahtjeva</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52"/>
        <w:gridCol w:w="5102"/>
      </w:tblGrid>
      <w:tr w:rsidR="00EA60DE" w:rsidRPr="000C11BD" w14:paraId="44A2DBCF" w14:textId="77777777">
        <w:trPr>
          <w:jc w:val="center"/>
        </w:trPr>
        <w:tc>
          <w:tcPr>
            <w:tcW w:w="4252" w:type="dxa"/>
          </w:tcPr>
          <w:p w14:paraId="4CE25D2F" w14:textId="77777777" w:rsidR="00EA60DE" w:rsidRPr="000C11BD" w:rsidRDefault="00831AB5" w:rsidP="000C11BD">
            <w:pPr>
              <w:spacing w:line="240" w:lineRule="auto"/>
              <w:rPr>
                <w:rFonts w:cs="Times New Roman"/>
                <w:szCs w:val="24"/>
                <w:lang w:val="hr-HR"/>
              </w:rPr>
            </w:pPr>
            <w:r w:rsidRPr="000C11BD">
              <w:rPr>
                <w:rFonts w:cs="Times New Roman"/>
                <w:b/>
                <w:szCs w:val="24"/>
                <w:lang w:val="hr-HR"/>
              </w:rPr>
              <w:t>Naziv podnositelja / ime i prezime fizičke osobe:</w:t>
            </w:r>
          </w:p>
        </w:tc>
        <w:tc>
          <w:tcPr>
            <w:tcW w:w="5102" w:type="dxa"/>
          </w:tcPr>
          <w:p w14:paraId="231DADD7" w14:textId="77777777" w:rsidR="00EA60DE" w:rsidRPr="000C11BD" w:rsidRDefault="00EA60DE" w:rsidP="000C11BD">
            <w:pPr>
              <w:spacing w:line="240" w:lineRule="auto"/>
              <w:rPr>
                <w:rFonts w:cs="Times New Roman"/>
                <w:szCs w:val="24"/>
                <w:lang w:val="hr-HR"/>
              </w:rPr>
            </w:pPr>
          </w:p>
        </w:tc>
      </w:tr>
      <w:tr w:rsidR="00EA60DE" w:rsidRPr="000C11BD" w14:paraId="5827995E" w14:textId="77777777">
        <w:trPr>
          <w:jc w:val="center"/>
        </w:trPr>
        <w:tc>
          <w:tcPr>
            <w:tcW w:w="4252" w:type="dxa"/>
          </w:tcPr>
          <w:p w14:paraId="36D771B6" w14:textId="77777777" w:rsidR="00EA60DE" w:rsidRPr="000C11BD" w:rsidRDefault="00831AB5" w:rsidP="000C11BD">
            <w:pPr>
              <w:spacing w:line="240" w:lineRule="auto"/>
              <w:rPr>
                <w:rFonts w:cs="Times New Roman"/>
                <w:szCs w:val="24"/>
                <w:lang w:val="hr-HR"/>
              </w:rPr>
            </w:pPr>
            <w:r w:rsidRPr="000C11BD">
              <w:rPr>
                <w:rFonts w:cs="Times New Roman"/>
                <w:b/>
                <w:szCs w:val="24"/>
                <w:lang w:val="hr-HR"/>
              </w:rPr>
              <w:t>Sjedište i adresa / adresa prebivališta ili boravišta:</w:t>
            </w:r>
          </w:p>
        </w:tc>
        <w:tc>
          <w:tcPr>
            <w:tcW w:w="5102" w:type="dxa"/>
          </w:tcPr>
          <w:p w14:paraId="023220F9" w14:textId="77777777" w:rsidR="00EA60DE" w:rsidRPr="000C11BD" w:rsidRDefault="00EA60DE" w:rsidP="000C11BD">
            <w:pPr>
              <w:spacing w:line="240" w:lineRule="auto"/>
              <w:rPr>
                <w:rFonts w:cs="Times New Roman"/>
                <w:szCs w:val="24"/>
                <w:lang w:val="hr-HR"/>
              </w:rPr>
            </w:pPr>
          </w:p>
        </w:tc>
      </w:tr>
      <w:tr w:rsidR="00EA60DE" w:rsidRPr="000C11BD" w14:paraId="0B6D72FB" w14:textId="77777777">
        <w:trPr>
          <w:jc w:val="center"/>
        </w:trPr>
        <w:tc>
          <w:tcPr>
            <w:tcW w:w="4252" w:type="dxa"/>
          </w:tcPr>
          <w:p w14:paraId="02338BBD" w14:textId="77777777" w:rsidR="00EA60DE" w:rsidRPr="000C11BD" w:rsidRDefault="00831AB5" w:rsidP="000C11BD">
            <w:pPr>
              <w:spacing w:line="240" w:lineRule="auto"/>
              <w:rPr>
                <w:rFonts w:cs="Times New Roman"/>
                <w:szCs w:val="24"/>
                <w:lang w:val="hr-HR"/>
              </w:rPr>
            </w:pPr>
            <w:r w:rsidRPr="000C11BD">
              <w:rPr>
                <w:rFonts w:cs="Times New Roman"/>
                <w:b/>
                <w:szCs w:val="24"/>
                <w:lang w:val="hr-HR"/>
              </w:rPr>
              <w:t>OIB:</w:t>
            </w:r>
          </w:p>
        </w:tc>
        <w:tc>
          <w:tcPr>
            <w:tcW w:w="5102" w:type="dxa"/>
          </w:tcPr>
          <w:p w14:paraId="0E847AF3" w14:textId="77777777" w:rsidR="00EA60DE" w:rsidRPr="000C11BD" w:rsidRDefault="00EA60DE" w:rsidP="000C11BD">
            <w:pPr>
              <w:spacing w:line="240" w:lineRule="auto"/>
              <w:rPr>
                <w:rFonts w:cs="Times New Roman"/>
                <w:szCs w:val="24"/>
                <w:lang w:val="hr-HR"/>
              </w:rPr>
            </w:pPr>
          </w:p>
        </w:tc>
      </w:tr>
      <w:tr w:rsidR="00EA60DE" w:rsidRPr="000C11BD" w14:paraId="02F4A787" w14:textId="77777777">
        <w:trPr>
          <w:jc w:val="center"/>
        </w:trPr>
        <w:tc>
          <w:tcPr>
            <w:tcW w:w="4252" w:type="dxa"/>
          </w:tcPr>
          <w:p w14:paraId="00E0C23B" w14:textId="77777777" w:rsidR="00EA60DE" w:rsidRPr="000C11BD" w:rsidRDefault="00831AB5" w:rsidP="000C11BD">
            <w:pPr>
              <w:spacing w:line="240" w:lineRule="auto"/>
              <w:rPr>
                <w:rFonts w:cs="Times New Roman"/>
                <w:szCs w:val="24"/>
                <w:lang w:val="hr-HR"/>
              </w:rPr>
            </w:pPr>
            <w:r w:rsidRPr="000C11BD">
              <w:rPr>
                <w:rFonts w:cs="Times New Roman"/>
                <w:b/>
                <w:szCs w:val="24"/>
                <w:lang w:val="hr-HR"/>
              </w:rPr>
              <w:t>Registarski broj, ako je primjenjivo:</w:t>
            </w:r>
          </w:p>
        </w:tc>
        <w:tc>
          <w:tcPr>
            <w:tcW w:w="5102" w:type="dxa"/>
          </w:tcPr>
          <w:p w14:paraId="49880A01" w14:textId="77777777" w:rsidR="00EA60DE" w:rsidRPr="000C11BD" w:rsidRDefault="00EA60DE" w:rsidP="000C11BD">
            <w:pPr>
              <w:spacing w:line="240" w:lineRule="auto"/>
              <w:rPr>
                <w:rFonts w:cs="Times New Roman"/>
                <w:szCs w:val="24"/>
                <w:lang w:val="hr-HR"/>
              </w:rPr>
            </w:pPr>
          </w:p>
        </w:tc>
      </w:tr>
      <w:tr w:rsidR="00EA60DE" w:rsidRPr="000C11BD" w14:paraId="76C8A549" w14:textId="77777777">
        <w:trPr>
          <w:jc w:val="center"/>
        </w:trPr>
        <w:tc>
          <w:tcPr>
            <w:tcW w:w="4252" w:type="dxa"/>
          </w:tcPr>
          <w:p w14:paraId="7ECB98D7" w14:textId="77777777" w:rsidR="00EA60DE" w:rsidRPr="000C11BD" w:rsidRDefault="00831AB5" w:rsidP="000C11BD">
            <w:pPr>
              <w:spacing w:line="240" w:lineRule="auto"/>
              <w:rPr>
                <w:rFonts w:cs="Times New Roman"/>
                <w:szCs w:val="24"/>
                <w:lang w:val="hr-HR"/>
              </w:rPr>
            </w:pPr>
            <w:r w:rsidRPr="000C11BD">
              <w:rPr>
                <w:rFonts w:cs="Times New Roman"/>
                <w:b/>
                <w:szCs w:val="24"/>
                <w:lang w:val="hr-HR"/>
              </w:rPr>
              <w:t>Upis u registar neprofitnih organizacija, ako je primjenjivo:</w:t>
            </w:r>
          </w:p>
        </w:tc>
        <w:tc>
          <w:tcPr>
            <w:tcW w:w="5102" w:type="dxa"/>
          </w:tcPr>
          <w:p w14:paraId="63B37627" w14:textId="77777777" w:rsidR="00EA60DE" w:rsidRPr="000C11BD" w:rsidRDefault="00831AB5" w:rsidP="000C11BD">
            <w:pPr>
              <w:spacing w:line="240" w:lineRule="auto"/>
              <w:rPr>
                <w:rFonts w:cs="Times New Roman"/>
                <w:szCs w:val="24"/>
                <w:lang w:val="hr-HR"/>
              </w:rPr>
            </w:pPr>
            <w:r w:rsidRPr="000C11BD">
              <w:rPr>
                <w:rFonts w:cs="Times New Roman"/>
                <w:szCs w:val="24"/>
                <w:lang w:val="hr-HR"/>
              </w:rPr>
              <w:t>[ ] DA    [ ] NE    [ ] nije primjenjivo</w:t>
            </w:r>
          </w:p>
        </w:tc>
      </w:tr>
      <w:tr w:rsidR="00EA60DE" w:rsidRPr="000C11BD" w14:paraId="4AEE54F7" w14:textId="77777777">
        <w:trPr>
          <w:jc w:val="center"/>
        </w:trPr>
        <w:tc>
          <w:tcPr>
            <w:tcW w:w="4252" w:type="dxa"/>
          </w:tcPr>
          <w:p w14:paraId="0A79C9AC" w14:textId="77777777" w:rsidR="00EA60DE" w:rsidRPr="000C11BD" w:rsidRDefault="00831AB5" w:rsidP="000C11BD">
            <w:pPr>
              <w:spacing w:line="240" w:lineRule="auto"/>
              <w:rPr>
                <w:rFonts w:cs="Times New Roman"/>
                <w:szCs w:val="24"/>
                <w:lang w:val="hr-HR"/>
              </w:rPr>
            </w:pPr>
            <w:r w:rsidRPr="000C11BD">
              <w:rPr>
                <w:rFonts w:cs="Times New Roman"/>
                <w:b/>
                <w:szCs w:val="24"/>
                <w:lang w:val="hr-HR"/>
              </w:rPr>
              <w:t>IBAN:</w:t>
            </w:r>
          </w:p>
        </w:tc>
        <w:tc>
          <w:tcPr>
            <w:tcW w:w="5102" w:type="dxa"/>
          </w:tcPr>
          <w:p w14:paraId="7D3A918A" w14:textId="77777777" w:rsidR="00EA60DE" w:rsidRPr="000C11BD" w:rsidRDefault="00EA60DE" w:rsidP="000C11BD">
            <w:pPr>
              <w:spacing w:line="240" w:lineRule="auto"/>
              <w:rPr>
                <w:rFonts w:cs="Times New Roman"/>
                <w:szCs w:val="24"/>
                <w:lang w:val="hr-HR"/>
              </w:rPr>
            </w:pPr>
          </w:p>
        </w:tc>
      </w:tr>
      <w:tr w:rsidR="00EA60DE" w:rsidRPr="000C11BD" w14:paraId="184866D4" w14:textId="77777777">
        <w:trPr>
          <w:jc w:val="center"/>
        </w:trPr>
        <w:tc>
          <w:tcPr>
            <w:tcW w:w="4252" w:type="dxa"/>
          </w:tcPr>
          <w:p w14:paraId="343E6F0F" w14:textId="77777777" w:rsidR="00EA60DE" w:rsidRPr="000C11BD" w:rsidRDefault="00831AB5" w:rsidP="000C11BD">
            <w:pPr>
              <w:spacing w:line="240" w:lineRule="auto"/>
              <w:rPr>
                <w:rFonts w:cs="Times New Roman"/>
                <w:szCs w:val="24"/>
                <w:lang w:val="hr-HR"/>
              </w:rPr>
            </w:pPr>
            <w:r w:rsidRPr="000C11BD">
              <w:rPr>
                <w:rFonts w:cs="Times New Roman"/>
                <w:b/>
                <w:szCs w:val="24"/>
                <w:lang w:val="hr-HR"/>
              </w:rPr>
              <w:t>Osoba ovlaštena za zastupanje, ako je podnositelj pravna osoba:</w:t>
            </w:r>
          </w:p>
        </w:tc>
        <w:tc>
          <w:tcPr>
            <w:tcW w:w="5102" w:type="dxa"/>
          </w:tcPr>
          <w:p w14:paraId="5A37586E" w14:textId="77777777" w:rsidR="00EA60DE" w:rsidRPr="000C11BD" w:rsidRDefault="00EA60DE" w:rsidP="000C11BD">
            <w:pPr>
              <w:spacing w:line="240" w:lineRule="auto"/>
              <w:rPr>
                <w:rFonts w:cs="Times New Roman"/>
                <w:szCs w:val="24"/>
                <w:lang w:val="hr-HR"/>
              </w:rPr>
            </w:pPr>
          </w:p>
        </w:tc>
      </w:tr>
      <w:tr w:rsidR="00EA60DE" w:rsidRPr="000C11BD" w14:paraId="55E68C54" w14:textId="77777777">
        <w:trPr>
          <w:jc w:val="center"/>
        </w:trPr>
        <w:tc>
          <w:tcPr>
            <w:tcW w:w="4252" w:type="dxa"/>
          </w:tcPr>
          <w:p w14:paraId="2C9D97F3" w14:textId="77777777" w:rsidR="00EA60DE" w:rsidRPr="000C11BD" w:rsidRDefault="00831AB5" w:rsidP="000C11BD">
            <w:pPr>
              <w:spacing w:line="240" w:lineRule="auto"/>
              <w:rPr>
                <w:rFonts w:cs="Times New Roman"/>
                <w:szCs w:val="24"/>
                <w:lang w:val="hr-HR"/>
              </w:rPr>
            </w:pPr>
            <w:r w:rsidRPr="000C11BD">
              <w:rPr>
                <w:rFonts w:cs="Times New Roman"/>
                <w:b/>
                <w:szCs w:val="24"/>
                <w:lang w:val="hr-HR"/>
              </w:rPr>
              <w:t>Kontakt osoba:</w:t>
            </w:r>
          </w:p>
        </w:tc>
        <w:tc>
          <w:tcPr>
            <w:tcW w:w="5102" w:type="dxa"/>
          </w:tcPr>
          <w:p w14:paraId="34DB2350" w14:textId="77777777" w:rsidR="00EA60DE" w:rsidRPr="000C11BD" w:rsidRDefault="00EA60DE" w:rsidP="000C11BD">
            <w:pPr>
              <w:spacing w:line="240" w:lineRule="auto"/>
              <w:rPr>
                <w:rFonts w:cs="Times New Roman"/>
                <w:szCs w:val="24"/>
                <w:lang w:val="hr-HR"/>
              </w:rPr>
            </w:pPr>
          </w:p>
        </w:tc>
      </w:tr>
      <w:tr w:rsidR="00EA60DE" w:rsidRPr="000C11BD" w14:paraId="26ACE4DB" w14:textId="77777777">
        <w:trPr>
          <w:jc w:val="center"/>
        </w:trPr>
        <w:tc>
          <w:tcPr>
            <w:tcW w:w="4252" w:type="dxa"/>
          </w:tcPr>
          <w:p w14:paraId="08A24B4F" w14:textId="77777777" w:rsidR="00EA60DE" w:rsidRPr="000C11BD" w:rsidRDefault="00831AB5" w:rsidP="000C11BD">
            <w:pPr>
              <w:spacing w:line="240" w:lineRule="auto"/>
              <w:rPr>
                <w:rFonts w:cs="Times New Roman"/>
                <w:szCs w:val="24"/>
                <w:lang w:val="hr-HR"/>
              </w:rPr>
            </w:pPr>
            <w:r w:rsidRPr="000C11BD">
              <w:rPr>
                <w:rFonts w:cs="Times New Roman"/>
                <w:b/>
                <w:szCs w:val="24"/>
                <w:lang w:val="hr-HR"/>
              </w:rPr>
              <w:t>Telefon / e-pošta:</w:t>
            </w:r>
          </w:p>
        </w:tc>
        <w:tc>
          <w:tcPr>
            <w:tcW w:w="5102" w:type="dxa"/>
          </w:tcPr>
          <w:p w14:paraId="552FD28A" w14:textId="77777777" w:rsidR="00EA60DE" w:rsidRPr="000C11BD" w:rsidRDefault="00EA60DE" w:rsidP="000C11BD">
            <w:pPr>
              <w:spacing w:line="240" w:lineRule="auto"/>
              <w:rPr>
                <w:rFonts w:cs="Times New Roman"/>
                <w:szCs w:val="24"/>
                <w:lang w:val="hr-HR"/>
              </w:rPr>
            </w:pPr>
          </w:p>
        </w:tc>
      </w:tr>
    </w:tbl>
    <w:p w14:paraId="51D46E8A" w14:textId="77777777" w:rsidR="00EA60DE" w:rsidRPr="000C11BD" w:rsidRDefault="00EA60DE" w:rsidP="000C11BD">
      <w:pPr>
        <w:spacing w:line="240" w:lineRule="auto"/>
        <w:rPr>
          <w:rFonts w:cs="Times New Roman"/>
          <w:szCs w:val="24"/>
          <w:lang w:val="hr-HR"/>
        </w:rPr>
      </w:pPr>
    </w:p>
    <w:p w14:paraId="5DA17AD3" w14:textId="77777777" w:rsidR="00EA60DE" w:rsidRPr="000C11BD" w:rsidRDefault="00831AB5" w:rsidP="000C11BD">
      <w:pPr>
        <w:spacing w:line="240" w:lineRule="auto"/>
        <w:rPr>
          <w:rFonts w:cs="Times New Roman"/>
          <w:szCs w:val="24"/>
          <w:lang w:val="hr-HR"/>
        </w:rPr>
      </w:pPr>
      <w:r w:rsidRPr="000C11BD">
        <w:rPr>
          <w:rFonts w:cs="Times New Roman"/>
          <w:b/>
          <w:szCs w:val="24"/>
          <w:lang w:val="hr-HR"/>
        </w:rPr>
        <w:t>2. Podaci o aktivnosti</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52"/>
        <w:gridCol w:w="5102"/>
      </w:tblGrid>
      <w:tr w:rsidR="00EA60DE" w:rsidRPr="000C11BD" w14:paraId="4A7510F2" w14:textId="77777777">
        <w:trPr>
          <w:jc w:val="center"/>
        </w:trPr>
        <w:tc>
          <w:tcPr>
            <w:tcW w:w="4252" w:type="dxa"/>
          </w:tcPr>
          <w:p w14:paraId="16F1D090" w14:textId="77777777" w:rsidR="00EA60DE" w:rsidRPr="000C11BD" w:rsidRDefault="00831AB5" w:rsidP="000C11BD">
            <w:pPr>
              <w:spacing w:line="240" w:lineRule="auto"/>
              <w:rPr>
                <w:rFonts w:cs="Times New Roman"/>
                <w:szCs w:val="24"/>
                <w:lang w:val="hr-HR"/>
              </w:rPr>
            </w:pPr>
            <w:r w:rsidRPr="000C11BD">
              <w:rPr>
                <w:rFonts w:cs="Times New Roman"/>
                <w:b/>
                <w:szCs w:val="24"/>
                <w:lang w:val="hr-HR"/>
              </w:rPr>
              <w:t>Naziv aktivnosti:</w:t>
            </w:r>
          </w:p>
        </w:tc>
        <w:tc>
          <w:tcPr>
            <w:tcW w:w="5102" w:type="dxa"/>
          </w:tcPr>
          <w:p w14:paraId="55DAEAF8" w14:textId="77777777" w:rsidR="00EA60DE" w:rsidRPr="000C11BD" w:rsidRDefault="00EA60DE" w:rsidP="000C11BD">
            <w:pPr>
              <w:spacing w:line="240" w:lineRule="auto"/>
              <w:rPr>
                <w:rFonts w:cs="Times New Roman"/>
                <w:szCs w:val="24"/>
                <w:lang w:val="hr-HR"/>
              </w:rPr>
            </w:pPr>
          </w:p>
        </w:tc>
      </w:tr>
      <w:tr w:rsidR="00EA60DE" w:rsidRPr="000C11BD" w14:paraId="33E81F13" w14:textId="77777777">
        <w:trPr>
          <w:jc w:val="center"/>
        </w:trPr>
        <w:tc>
          <w:tcPr>
            <w:tcW w:w="4252" w:type="dxa"/>
          </w:tcPr>
          <w:p w14:paraId="0818007D" w14:textId="77777777" w:rsidR="00EA60DE" w:rsidRPr="000C11BD" w:rsidRDefault="00831AB5" w:rsidP="000C11BD">
            <w:pPr>
              <w:spacing w:line="240" w:lineRule="auto"/>
              <w:rPr>
                <w:rFonts w:cs="Times New Roman"/>
                <w:szCs w:val="24"/>
                <w:lang w:val="hr-HR"/>
              </w:rPr>
            </w:pPr>
            <w:r w:rsidRPr="000C11BD">
              <w:rPr>
                <w:rFonts w:cs="Times New Roman"/>
                <w:b/>
                <w:szCs w:val="24"/>
                <w:lang w:val="hr-HR"/>
              </w:rPr>
              <w:t>Mjesto provedbe:</w:t>
            </w:r>
          </w:p>
        </w:tc>
        <w:tc>
          <w:tcPr>
            <w:tcW w:w="5102" w:type="dxa"/>
          </w:tcPr>
          <w:p w14:paraId="1BD77675" w14:textId="77777777" w:rsidR="00EA60DE" w:rsidRPr="000C11BD" w:rsidRDefault="00EA60DE" w:rsidP="000C11BD">
            <w:pPr>
              <w:spacing w:line="240" w:lineRule="auto"/>
              <w:rPr>
                <w:rFonts w:cs="Times New Roman"/>
                <w:szCs w:val="24"/>
                <w:lang w:val="hr-HR"/>
              </w:rPr>
            </w:pPr>
          </w:p>
        </w:tc>
      </w:tr>
      <w:tr w:rsidR="00EA60DE" w:rsidRPr="000C11BD" w14:paraId="3C28235E" w14:textId="77777777">
        <w:trPr>
          <w:jc w:val="center"/>
        </w:trPr>
        <w:tc>
          <w:tcPr>
            <w:tcW w:w="4252" w:type="dxa"/>
          </w:tcPr>
          <w:p w14:paraId="6AFCFB0F" w14:textId="77777777" w:rsidR="00EA60DE" w:rsidRPr="000C11BD" w:rsidRDefault="00831AB5" w:rsidP="000C11BD">
            <w:pPr>
              <w:spacing w:line="240" w:lineRule="auto"/>
              <w:rPr>
                <w:rFonts w:cs="Times New Roman"/>
                <w:szCs w:val="24"/>
                <w:lang w:val="hr-HR"/>
              </w:rPr>
            </w:pPr>
            <w:r w:rsidRPr="000C11BD">
              <w:rPr>
                <w:rFonts w:cs="Times New Roman"/>
                <w:b/>
                <w:szCs w:val="24"/>
                <w:lang w:val="hr-HR"/>
              </w:rPr>
              <w:t>Datum ili razdoblje provedbe:</w:t>
            </w:r>
          </w:p>
        </w:tc>
        <w:tc>
          <w:tcPr>
            <w:tcW w:w="5102" w:type="dxa"/>
          </w:tcPr>
          <w:p w14:paraId="06386284" w14:textId="77777777" w:rsidR="00EA60DE" w:rsidRPr="000C11BD" w:rsidRDefault="00EA60DE" w:rsidP="000C11BD">
            <w:pPr>
              <w:spacing w:line="240" w:lineRule="auto"/>
              <w:rPr>
                <w:rFonts w:cs="Times New Roman"/>
                <w:szCs w:val="24"/>
                <w:lang w:val="hr-HR"/>
              </w:rPr>
            </w:pPr>
          </w:p>
        </w:tc>
      </w:tr>
      <w:tr w:rsidR="00EA60DE" w:rsidRPr="000C11BD" w14:paraId="0ACFDC8B" w14:textId="77777777">
        <w:trPr>
          <w:jc w:val="center"/>
        </w:trPr>
        <w:tc>
          <w:tcPr>
            <w:tcW w:w="4252" w:type="dxa"/>
          </w:tcPr>
          <w:p w14:paraId="6AE19693" w14:textId="77777777" w:rsidR="00EA60DE" w:rsidRPr="000C11BD" w:rsidRDefault="00831AB5" w:rsidP="000C11BD">
            <w:pPr>
              <w:spacing w:line="240" w:lineRule="auto"/>
              <w:rPr>
                <w:rFonts w:cs="Times New Roman"/>
                <w:szCs w:val="24"/>
                <w:lang w:val="hr-HR"/>
              </w:rPr>
            </w:pPr>
            <w:r w:rsidRPr="000C11BD">
              <w:rPr>
                <w:rFonts w:cs="Times New Roman"/>
                <w:b/>
                <w:szCs w:val="24"/>
                <w:lang w:val="hr-HR"/>
              </w:rPr>
              <w:t>Status aktivnosti:</w:t>
            </w:r>
          </w:p>
        </w:tc>
        <w:tc>
          <w:tcPr>
            <w:tcW w:w="5102" w:type="dxa"/>
          </w:tcPr>
          <w:p w14:paraId="6B5A85E7" w14:textId="77777777" w:rsidR="00EA60DE" w:rsidRPr="000C11BD" w:rsidRDefault="00831AB5" w:rsidP="000C11BD">
            <w:pPr>
              <w:spacing w:line="240" w:lineRule="auto"/>
              <w:rPr>
                <w:rFonts w:cs="Times New Roman"/>
                <w:szCs w:val="24"/>
                <w:lang w:val="hr-HR"/>
              </w:rPr>
            </w:pPr>
            <w:r w:rsidRPr="000C11BD">
              <w:rPr>
                <w:rFonts w:cs="Times New Roman"/>
                <w:szCs w:val="24"/>
                <w:lang w:val="hr-HR"/>
              </w:rPr>
              <w:t>[ ] nije započela    [ ] započela    [ ] završena</w:t>
            </w:r>
          </w:p>
        </w:tc>
      </w:tr>
      <w:tr w:rsidR="00EA60DE" w:rsidRPr="000C11BD" w14:paraId="45F2D6CF" w14:textId="77777777">
        <w:trPr>
          <w:jc w:val="center"/>
        </w:trPr>
        <w:tc>
          <w:tcPr>
            <w:tcW w:w="4252" w:type="dxa"/>
          </w:tcPr>
          <w:p w14:paraId="634C6A14" w14:textId="77777777" w:rsidR="00EA60DE" w:rsidRPr="000C11BD" w:rsidRDefault="00831AB5" w:rsidP="000C11BD">
            <w:pPr>
              <w:spacing w:line="240" w:lineRule="auto"/>
              <w:rPr>
                <w:rFonts w:cs="Times New Roman"/>
                <w:szCs w:val="24"/>
                <w:lang w:val="hr-HR"/>
              </w:rPr>
            </w:pPr>
            <w:r w:rsidRPr="000C11BD">
              <w:rPr>
                <w:rFonts w:cs="Times New Roman"/>
                <w:b/>
                <w:szCs w:val="24"/>
                <w:lang w:val="hr-HR"/>
              </w:rPr>
              <w:t>Kratak opis aktivnosti:</w:t>
            </w:r>
          </w:p>
        </w:tc>
        <w:tc>
          <w:tcPr>
            <w:tcW w:w="5102" w:type="dxa"/>
          </w:tcPr>
          <w:p w14:paraId="058E7A34" w14:textId="77777777" w:rsidR="00EA60DE" w:rsidRPr="000C11BD" w:rsidRDefault="00831AB5" w:rsidP="000C11BD">
            <w:pPr>
              <w:spacing w:line="240" w:lineRule="auto"/>
              <w:rPr>
                <w:rFonts w:cs="Times New Roman"/>
                <w:szCs w:val="24"/>
                <w:lang w:val="hr-HR"/>
              </w:rPr>
            </w:pPr>
            <w:r w:rsidRPr="000C11BD">
              <w:rPr>
                <w:rFonts w:cs="Times New Roman"/>
                <w:szCs w:val="24"/>
                <w:lang w:val="hr-HR"/>
              </w:rPr>
              <w:br/>
            </w:r>
            <w:r w:rsidRPr="000C11BD">
              <w:rPr>
                <w:rFonts w:cs="Times New Roman"/>
                <w:szCs w:val="24"/>
                <w:lang w:val="hr-HR"/>
              </w:rPr>
              <w:br/>
            </w:r>
            <w:r w:rsidRPr="000C11BD">
              <w:rPr>
                <w:rFonts w:cs="Times New Roman"/>
                <w:szCs w:val="24"/>
                <w:lang w:val="hr-HR"/>
              </w:rPr>
              <w:br/>
            </w:r>
          </w:p>
        </w:tc>
      </w:tr>
      <w:tr w:rsidR="00EA60DE" w:rsidRPr="000C11BD" w14:paraId="27D1AEE0" w14:textId="77777777">
        <w:trPr>
          <w:jc w:val="center"/>
        </w:trPr>
        <w:tc>
          <w:tcPr>
            <w:tcW w:w="4252" w:type="dxa"/>
          </w:tcPr>
          <w:p w14:paraId="1027ACB4" w14:textId="77777777" w:rsidR="00EA60DE" w:rsidRPr="000C11BD" w:rsidRDefault="00831AB5" w:rsidP="000C11BD">
            <w:pPr>
              <w:spacing w:line="240" w:lineRule="auto"/>
              <w:rPr>
                <w:rFonts w:cs="Times New Roman"/>
                <w:szCs w:val="24"/>
                <w:lang w:val="hr-HR"/>
              </w:rPr>
            </w:pPr>
            <w:r w:rsidRPr="000C11BD">
              <w:rPr>
                <w:rFonts w:cs="Times New Roman"/>
                <w:b/>
                <w:szCs w:val="24"/>
                <w:lang w:val="hr-HR"/>
              </w:rPr>
              <w:t>Ciljevi aktivnosti:</w:t>
            </w:r>
          </w:p>
        </w:tc>
        <w:tc>
          <w:tcPr>
            <w:tcW w:w="5102" w:type="dxa"/>
          </w:tcPr>
          <w:p w14:paraId="5D191F46" w14:textId="77777777" w:rsidR="00EA60DE" w:rsidRPr="000C11BD" w:rsidRDefault="00831AB5" w:rsidP="000C11BD">
            <w:pPr>
              <w:spacing w:line="240" w:lineRule="auto"/>
              <w:rPr>
                <w:rFonts w:cs="Times New Roman"/>
                <w:szCs w:val="24"/>
                <w:lang w:val="hr-HR"/>
              </w:rPr>
            </w:pPr>
            <w:r w:rsidRPr="000C11BD">
              <w:rPr>
                <w:rFonts w:cs="Times New Roman"/>
                <w:szCs w:val="24"/>
                <w:lang w:val="hr-HR"/>
              </w:rPr>
              <w:br/>
            </w:r>
            <w:r w:rsidRPr="000C11BD">
              <w:rPr>
                <w:rFonts w:cs="Times New Roman"/>
                <w:szCs w:val="24"/>
                <w:lang w:val="hr-HR"/>
              </w:rPr>
              <w:br/>
            </w:r>
          </w:p>
        </w:tc>
      </w:tr>
      <w:tr w:rsidR="00EA60DE" w:rsidRPr="000C11BD" w14:paraId="4BA44EB5" w14:textId="77777777">
        <w:trPr>
          <w:jc w:val="center"/>
        </w:trPr>
        <w:tc>
          <w:tcPr>
            <w:tcW w:w="4252" w:type="dxa"/>
          </w:tcPr>
          <w:p w14:paraId="322E972D" w14:textId="77777777" w:rsidR="00EA60DE" w:rsidRPr="000C11BD" w:rsidRDefault="00831AB5" w:rsidP="000C11BD">
            <w:pPr>
              <w:spacing w:line="240" w:lineRule="auto"/>
              <w:rPr>
                <w:rFonts w:cs="Times New Roman"/>
                <w:szCs w:val="24"/>
                <w:lang w:val="hr-HR"/>
              </w:rPr>
            </w:pPr>
            <w:r w:rsidRPr="000C11BD">
              <w:rPr>
                <w:rFonts w:cs="Times New Roman"/>
                <w:b/>
                <w:szCs w:val="24"/>
                <w:lang w:val="hr-HR"/>
              </w:rPr>
              <w:t>Ciljane skupine / korisnici:</w:t>
            </w:r>
          </w:p>
        </w:tc>
        <w:tc>
          <w:tcPr>
            <w:tcW w:w="5102" w:type="dxa"/>
          </w:tcPr>
          <w:p w14:paraId="406A5DFB" w14:textId="77777777" w:rsidR="00EA60DE" w:rsidRPr="000C11BD" w:rsidRDefault="00EA60DE" w:rsidP="000C11BD">
            <w:pPr>
              <w:spacing w:line="240" w:lineRule="auto"/>
              <w:rPr>
                <w:rFonts w:cs="Times New Roman"/>
                <w:szCs w:val="24"/>
                <w:lang w:val="hr-HR"/>
              </w:rPr>
            </w:pPr>
          </w:p>
        </w:tc>
      </w:tr>
      <w:tr w:rsidR="00EA60DE" w:rsidRPr="000C11BD" w14:paraId="35C69389" w14:textId="77777777">
        <w:trPr>
          <w:jc w:val="center"/>
        </w:trPr>
        <w:tc>
          <w:tcPr>
            <w:tcW w:w="4252" w:type="dxa"/>
          </w:tcPr>
          <w:p w14:paraId="796C5E80" w14:textId="77777777" w:rsidR="00EA60DE" w:rsidRPr="000C11BD" w:rsidRDefault="00831AB5" w:rsidP="000C11BD">
            <w:pPr>
              <w:spacing w:line="240" w:lineRule="auto"/>
              <w:rPr>
                <w:rFonts w:cs="Times New Roman"/>
                <w:szCs w:val="24"/>
                <w:lang w:val="hr-HR"/>
              </w:rPr>
            </w:pPr>
            <w:r w:rsidRPr="000C11BD">
              <w:rPr>
                <w:rFonts w:cs="Times New Roman"/>
                <w:b/>
                <w:szCs w:val="24"/>
                <w:lang w:val="hr-HR"/>
              </w:rPr>
              <w:t>Očekivani ili ostvareni broj sudionika / korisnika:</w:t>
            </w:r>
          </w:p>
        </w:tc>
        <w:tc>
          <w:tcPr>
            <w:tcW w:w="5102" w:type="dxa"/>
          </w:tcPr>
          <w:p w14:paraId="4D725227" w14:textId="77777777" w:rsidR="00EA60DE" w:rsidRPr="000C11BD" w:rsidRDefault="00EA60DE" w:rsidP="000C11BD">
            <w:pPr>
              <w:spacing w:line="240" w:lineRule="auto"/>
              <w:rPr>
                <w:rFonts w:cs="Times New Roman"/>
                <w:szCs w:val="24"/>
                <w:lang w:val="hr-HR"/>
              </w:rPr>
            </w:pPr>
          </w:p>
        </w:tc>
      </w:tr>
      <w:tr w:rsidR="00EA60DE" w:rsidRPr="000C11BD" w14:paraId="4D2F974F" w14:textId="77777777">
        <w:trPr>
          <w:jc w:val="center"/>
        </w:trPr>
        <w:tc>
          <w:tcPr>
            <w:tcW w:w="4252" w:type="dxa"/>
          </w:tcPr>
          <w:p w14:paraId="1E16C1CB" w14:textId="77777777" w:rsidR="00EA60DE" w:rsidRPr="000C11BD" w:rsidRDefault="00831AB5" w:rsidP="000C11BD">
            <w:pPr>
              <w:spacing w:line="240" w:lineRule="auto"/>
              <w:rPr>
                <w:rFonts w:cs="Times New Roman"/>
                <w:szCs w:val="24"/>
                <w:lang w:val="hr-HR"/>
              </w:rPr>
            </w:pPr>
            <w:r w:rsidRPr="000C11BD">
              <w:rPr>
                <w:rFonts w:cs="Times New Roman"/>
                <w:b/>
                <w:szCs w:val="24"/>
                <w:lang w:val="hr-HR"/>
              </w:rPr>
              <w:t>Obrazloženje interesa za Grad Ploče:</w:t>
            </w:r>
          </w:p>
        </w:tc>
        <w:tc>
          <w:tcPr>
            <w:tcW w:w="5102" w:type="dxa"/>
          </w:tcPr>
          <w:p w14:paraId="6A15461C" w14:textId="77777777" w:rsidR="00EA60DE" w:rsidRPr="000C11BD" w:rsidRDefault="00831AB5" w:rsidP="000C11BD">
            <w:pPr>
              <w:spacing w:line="240" w:lineRule="auto"/>
              <w:rPr>
                <w:rFonts w:cs="Times New Roman"/>
                <w:szCs w:val="24"/>
                <w:lang w:val="hr-HR"/>
              </w:rPr>
            </w:pPr>
            <w:r w:rsidRPr="000C11BD">
              <w:rPr>
                <w:rFonts w:cs="Times New Roman"/>
                <w:szCs w:val="24"/>
                <w:lang w:val="hr-HR"/>
              </w:rPr>
              <w:br/>
            </w:r>
            <w:r w:rsidRPr="000C11BD">
              <w:rPr>
                <w:rFonts w:cs="Times New Roman"/>
                <w:szCs w:val="24"/>
                <w:lang w:val="hr-HR"/>
              </w:rPr>
              <w:br/>
            </w:r>
          </w:p>
        </w:tc>
      </w:tr>
    </w:tbl>
    <w:p w14:paraId="35CC8432" w14:textId="77777777" w:rsidR="00EA60DE" w:rsidRPr="000C11BD" w:rsidRDefault="00EA60DE" w:rsidP="000C11BD">
      <w:pPr>
        <w:spacing w:line="240" w:lineRule="auto"/>
        <w:rPr>
          <w:rFonts w:cs="Times New Roman"/>
          <w:szCs w:val="24"/>
          <w:lang w:val="hr-HR"/>
        </w:rPr>
      </w:pPr>
    </w:p>
    <w:p w14:paraId="01F84B7C" w14:textId="77777777" w:rsidR="00EA60DE" w:rsidRPr="000C11BD" w:rsidRDefault="00831AB5" w:rsidP="000C11BD">
      <w:pPr>
        <w:spacing w:line="240" w:lineRule="auto"/>
        <w:rPr>
          <w:rFonts w:cs="Times New Roman"/>
          <w:szCs w:val="24"/>
          <w:lang w:val="hr-HR"/>
        </w:rPr>
      </w:pPr>
      <w:r w:rsidRPr="000C11BD">
        <w:rPr>
          <w:rFonts w:cs="Times New Roman"/>
          <w:b/>
          <w:szCs w:val="24"/>
          <w:lang w:val="hr-HR"/>
        </w:rPr>
        <w:lastRenderedPageBreak/>
        <w:t>3. Vrsta traženog pokroviteljstva</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5"/>
        <w:gridCol w:w="4819"/>
      </w:tblGrid>
      <w:tr w:rsidR="00EA60DE" w:rsidRPr="000C11BD" w14:paraId="75246533" w14:textId="77777777">
        <w:trPr>
          <w:jc w:val="center"/>
        </w:trPr>
        <w:tc>
          <w:tcPr>
            <w:tcW w:w="4535" w:type="dxa"/>
          </w:tcPr>
          <w:p w14:paraId="2D7474F1" w14:textId="77777777" w:rsidR="00EA60DE" w:rsidRPr="000C11BD" w:rsidRDefault="00831AB5" w:rsidP="000C11BD">
            <w:pPr>
              <w:spacing w:line="240" w:lineRule="auto"/>
              <w:rPr>
                <w:rFonts w:cs="Times New Roman"/>
                <w:szCs w:val="24"/>
                <w:lang w:val="hr-HR"/>
              </w:rPr>
            </w:pPr>
            <w:r w:rsidRPr="000C11BD">
              <w:rPr>
                <w:rFonts w:cs="Times New Roman"/>
                <w:b/>
                <w:szCs w:val="24"/>
                <w:lang w:val="hr-HR"/>
              </w:rPr>
              <w:t>[ ] Financijsko pokroviteljstvo u iznosu od:</w:t>
            </w:r>
          </w:p>
        </w:tc>
        <w:tc>
          <w:tcPr>
            <w:tcW w:w="4819" w:type="dxa"/>
          </w:tcPr>
          <w:p w14:paraId="67B7116D" w14:textId="77777777" w:rsidR="00EA60DE" w:rsidRPr="000C11BD" w:rsidRDefault="00831AB5" w:rsidP="000C11BD">
            <w:pPr>
              <w:spacing w:line="240" w:lineRule="auto"/>
              <w:rPr>
                <w:rFonts w:cs="Times New Roman"/>
                <w:szCs w:val="24"/>
                <w:lang w:val="hr-HR"/>
              </w:rPr>
            </w:pPr>
            <w:r w:rsidRPr="000C11BD">
              <w:rPr>
                <w:rFonts w:cs="Times New Roman"/>
                <w:szCs w:val="24"/>
                <w:lang w:val="hr-HR"/>
              </w:rPr>
              <w:t>__________ EUR</w:t>
            </w:r>
          </w:p>
        </w:tc>
      </w:tr>
      <w:tr w:rsidR="00EA60DE" w:rsidRPr="000C11BD" w14:paraId="7A4E1161" w14:textId="77777777">
        <w:trPr>
          <w:jc w:val="center"/>
        </w:trPr>
        <w:tc>
          <w:tcPr>
            <w:tcW w:w="4535" w:type="dxa"/>
          </w:tcPr>
          <w:p w14:paraId="104B573B" w14:textId="77777777" w:rsidR="00EA60DE" w:rsidRPr="000C11BD" w:rsidRDefault="00831AB5" w:rsidP="000C11BD">
            <w:pPr>
              <w:spacing w:line="240" w:lineRule="auto"/>
              <w:rPr>
                <w:rFonts w:cs="Times New Roman"/>
                <w:szCs w:val="24"/>
                <w:lang w:val="hr-HR"/>
              </w:rPr>
            </w:pPr>
            <w:r w:rsidRPr="000C11BD">
              <w:rPr>
                <w:rFonts w:cs="Times New Roman"/>
                <w:b/>
                <w:szCs w:val="24"/>
                <w:lang w:val="hr-HR"/>
              </w:rPr>
              <w:t>[ ] Nefinancijsko pokroviteljstvo - opis tražene podrške:</w:t>
            </w:r>
          </w:p>
        </w:tc>
        <w:tc>
          <w:tcPr>
            <w:tcW w:w="4819" w:type="dxa"/>
          </w:tcPr>
          <w:p w14:paraId="355E3618" w14:textId="77777777" w:rsidR="00EA60DE" w:rsidRPr="000C11BD" w:rsidRDefault="00831AB5" w:rsidP="000C11BD">
            <w:pPr>
              <w:spacing w:line="240" w:lineRule="auto"/>
              <w:rPr>
                <w:rFonts w:cs="Times New Roman"/>
                <w:szCs w:val="24"/>
                <w:lang w:val="hr-HR"/>
              </w:rPr>
            </w:pPr>
            <w:r w:rsidRPr="000C11BD">
              <w:rPr>
                <w:rFonts w:cs="Times New Roman"/>
                <w:szCs w:val="24"/>
                <w:lang w:val="hr-HR"/>
              </w:rPr>
              <w:br/>
            </w:r>
            <w:r w:rsidRPr="000C11BD">
              <w:rPr>
                <w:rFonts w:cs="Times New Roman"/>
                <w:szCs w:val="24"/>
                <w:lang w:val="hr-HR"/>
              </w:rPr>
              <w:br/>
            </w:r>
            <w:r w:rsidRPr="000C11BD">
              <w:rPr>
                <w:rFonts w:cs="Times New Roman"/>
                <w:szCs w:val="24"/>
                <w:lang w:val="hr-HR"/>
              </w:rPr>
              <w:br/>
            </w:r>
          </w:p>
        </w:tc>
      </w:tr>
    </w:tbl>
    <w:p w14:paraId="1BAD7D91" w14:textId="77777777" w:rsidR="00EA60DE" w:rsidRPr="000C11BD" w:rsidRDefault="00831AB5" w:rsidP="000C11BD">
      <w:pPr>
        <w:spacing w:line="240" w:lineRule="auto"/>
        <w:rPr>
          <w:rFonts w:cs="Times New Roman"/>
          <w:szCs w:val="24"/>
          <w:lang w:val="hr-HR"/>
        </w:rPr>
      </w:pPr>
      <w:r w:rsidRPr="000C11BD">
        <w:rPr>
          <w:rFonts w:cs="Times New Roman"/>
          <w:szCs w:val="24"/>
          <w:lang w:val="hr-HR"/>
        </w:rPr>
        <w:t>Označiti znakom X vrstu traženog pokroviteljstva.</w:t>
      </w:r>
    </w:p>
    <w:p w14:paraId="69B6EF47" w14:textId="77777777" w:rsidR="00EA60DE" w:rsidRPr="000C11BD" w:rsidRDefault="00831AB5" w:rsidP="000C11BD">
      <w:pPr>
        <w:spacing w:line="240" w:lineRule="auto"/>
        <w:rPr>
          <w:rFonts w:cs="Times New Roman"/>
          <w:szCs w:val="24"/>
          <w:lang w:val="hr-HR"/>
        </w:rPr>
      </w:pPr>
      <w:r w:rsidRPr="000C11BD">
        <w:rPr>
          <w:rFonts w:cs="Times New Roman"/>
          <w:b/>
          <w:szCs w:val="24"/>
          <w:lang w:val="hr-HR"/>
        </w:rPr>
        <w:t>4. Financijski podaci</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52"/>
        <w:gridCol w:w="5102"/>
      </w:tblGrid>
      <w:tr w:rsidR="00EA60DE" w:rsidRPr="000C11BD" w14:paraId="0DF7C8A8" w14:textId="77777777">
        <w:trPr>
          <w:jc w:val="center"/>
        </w:trPr>
        <w:tc>
          <w:tcPr>
            <w:tcW w:w="4252" w:type="dxa"/>
          </w:tcPr>
          <w:p w14:paraId="2A065B33" w14:textId="77777777" w:rsidR="00EA60DE" w:rsidRPr="000C11BD" w:rsidRDefault="00831AB5" w:rsidP="000C11BD">
            <w:pPr>
              <w:spacing w:line="240" w:lineRule="auto"/>
              <w:rPr>
                <w:rFonts w:cs="Times New Roman"/>
                <w:szCs w:val="24"/>
                <w:lang w:val="hr-HR"/>
              </w:rPr>
            </w:pPr>
            <w:r w:rsidRPr="000C11BD">
              <w:rPr>
                <w:rFonts w:cs="Times New Roman"/>
                <w:b/>
                <w:szCs w:val="24"/>
                <w:lang w:val="hr-HR"/>
              </w:rPr>
              <w:t>Ukupna vrijednost aktivnosti:</w:t>
            </w:r>
          </w:p>
        </w:tc>
        <w:tc>
          <w:tcPr>
            <w:tcW w:w="5102" w:type="dxa"/>
          </w:tcPr>
          <w:p w14:paraId="50E5764A" w14:textId="77777777" w:rsidR="00EA60DE" w:rsidRPr="000C11BD" w:rsidRDefault="00831AB5" w:rsidP="000C11BD">
            <w:pPr>
              <w:spacing w:line="240" w:lineRule="auto"/>
              <w:rPr>
                <w:rFonts w:cs="Times New Roman"/>
                <w:szCs w:val="24"/>
                <w:lang w:val="hr-HR"/>
              </w:rPr>
            </w:pPr>
            <w:r w:rsidRPr="000C11BD">
              <w:rPr>
                <w:rFonts w:cs="Times New Roman"/>
                <w:szCs w:val="24"/>
                <w:lang w:val="hr-HR"/>
              </w:rPr>
              <w:t>__________ EUR</w:t>
            </w:r>
          </w:p>
        </w:tc>
      </w:tr>
      <w:tr w:rsidR="00EA60DE" w:rsidRPr="000C11BD" w14:paraId="38DA6CCA" w14:textId="77777777">
        <w:trPr>
          <w:jc w:val="center"/>
        </w:trPr>
        <w:tc>
          <w:tcPr>
            <w:tcW w:w="4252" w:type="dxa"/>
          </w:tcPr>
          <w:p w14:paraId="75D98B5A" w14:textId="77777777" w:rsidR="00EA60DE" w:rsidRPr="000C11BD" w:rsidRDefault="00831AB5" w:rsidP="000C11BD">
            <w:pPr>
              <w:spacing w:line="240" w:lineRule="auto"/>
              <w:rPr>
                <w:rFonts w:cs="Times New Roman"/>
                <w:szCs w:val="24"/>
                <w:lang w:val="hr-HR"/>
              </w:rPr>
            </w:pPr>
            <w:r w:rsidRPr="000C11BD">
              <w:rPr>
                <w:rFonts w:cs="Times New Roman"/>
                <w:b/>
                <w:szCs w:val="24"/>
                <w:lang w:val="hr-HR"/>
              </w:rPr>
              <w:t>Vlastita sredstva podnositelja:</w:t>
            </w:r>
          </w:p>
        </w:tc>
        <w:tc>
          <w:tcPr>
            <w:tcW w:w="5102" w:type="dxa"/>
          </w:tcPr>
          <w:p w14:paraId="35C3EFFC" w14:textId="77777777" w:rsidR="00EA60DE" w:rsidRPr="000C11BD" w:rsidRDefault="00831AB5" w:rsidP="000C11BD">
            <w:pPr>
              <w:spacing w:line="240" w:lineRule="auto"/>
              <w:rPr>
                <w:rFonts w:cs="Times New Roman"/>
                <w:szCs w:val="24"/>
                <w:lang w:val="hr-HR"/>
              </w:rPr>
            </w:pPr>
            <w:r w:rsidRPr="000C11BD">
              <w:rPr>
                <w:rFonts w:cs="Times New Roman"/>
                <w:szCs w:val="24"/>
                <w:lang w:val="hr-HR"/>
              </w:rPr>
              <w:t>__________ EUR</w:t>
            </w:r>
          </w:p>
        </w:tc>
      </w:tr>
      <w:tr w:rsidR="00EA60DE" w:rsidRPr="000C11BD" w14:paraId="4188BBCD" w14:textId="77777777">
        <w:trPr>
          <w:jc w:val="center"/>
        </w:trPr>
        <w:tc>
          <w:tcPr>
            <w:tcW w:w="4252" w:type="dxa"/>
          </w:tcPr>
          <w:p w14:paraId="2E8C5DD9" w14:textId="77777777" w:rsidR="00EA60DE" w:rsidRPr="000C11BD" w:rsidRDefault="00831AB5" w:rsidP="000C11BD">
            <w:pPr>
              <w:spacing w:line="240" w:lineRule="auto"/>
              <w:rPr>
                <w:rFonts w:cs="Times New Roman"/>
                <w:szCs w:val="24"/>
                <w:lang w:val="hr-HR"/>
              </w:rPr>
            </w:pPr>
            <w:r w:rsidRPr="000C11BD">
              <w:rPr>
                <w:rFonts w:cs="Times New Roman"/>
                <w:b/>
                <w:szCs w:val="24"/>
                <w:lang w:val="hr-HR"/>
              </w:rPr>
              <w:t>Sredstva iz drugih izvora:</w:t>
            </w:r>
          </w:p>
        </w:tc>
        <w:tc>
          <w:tcPr>
            <w:tcW w:w="5102" w:type="dxa"/>
          </w:tcPr>
          <w:p w14:paraId="59F906DA" w14:textId="77777777" w:rsidR="00EA60DE" w:rsidRPr="000C11BD" w:rsidRDefault="00831AB5" w:rsidP="000C11BD">
            <w:pPr>
              <w:spacing w:line="240" w:lineRule="auto"/>
              <w:rPr>
                <w:rFonts w:cs="Times New Roman"/>
                <w:szCs w:val="24"/>
                <w:lang w:val="hr-HR"/>
              </w:rPr>
            </w:pPr>
            <w:r w:rsidRPr="000C11BD">
              <w:rPr>
                <w:rFonts w:cs="Times New Roman"/>
                <w:szCs w:val="24"/>
                <w:lang w:val="hr-HR"/>
              </w:rPr>
              <w:t>__________ EUR</w:t>
            </w:r>
          </w:p>
        </w:tc>
      </w:tr>
      <w:tr w:rsidR="00EA60DE" w:rsidRPr="000C11BD" w14:paraId="68036A7F" w14:textId="77777777">
        <w:trPr>
          <w:jc w:val="center"/>
        </w:trPr>
        <w:tc>
          <w:tcPr>
            <w:tcW w:w="4252" w:type="dxa"/>
          </w:tcPr>
          <w:p w14:paraId="359982D0" w14:textId="77777777" w:rsidR="00EA60DE" w:rsidRPr="000C11BD" w:rsidRDefault="00831AB5" w:rsidP="000C11BD">
            <w:pPr>
              <w:spacing w:line="240" w:lineRule="auto"/>
              <w:rPr>
                <w:rFonts w:cs="Times New Roman"/>
                <w:szCs w:val="24"/>
                <w:lang w:val="hr-HR"/>
              </w:rPr>
            </w:pPr>
            <w:r w:rsidRPr="000C11BD">
              <w:rPr>
                <w:rFonts w:cs="Times New Roman"/>
                <w:b/>
                <w:szCs w:val="24"/>
                <w:lang w:val="hr-HR"/>
              </w:rPr>
              <w:t>Tražena sredstva od Grada Ploča:</w:t>
            </w:r>
          </w:p>
        </w:tc>
        <w:tc>
          <w:tcPr>
            <w:tcW w:w="5102" w:type="dxa"/>
          </w:tcPr>
          <w:p w14:paraId="5D3C2925" w14:textId="77777777" w:rsidR="00EA60DE" w:rsidRPr="000C11BD" w:rsidRDefault="00831AB5" w:rsidP="000C11BD">
            <w:pPr>
              <w:spacing w:line="240" w:lineRule="auto"/>
              <w:rPr>
                <w:rFonts w:cs="Times New Roman"/>
                <w:szCs w:val="24"/>
                <w:lang w:val="hr-HR"/>
              </w:rPr>
            </w:pPr>
            <w:r w:rsidRPr="000C11BD">
              <w:rPr>
                <w:rFonts w:cs="Times New Roman"/>
                <w:szCs w:val="24"/>
                <w:lang w:val="hr-HR"/>
              </w:rPr>
              <w:t>__________ EUR</w:t>
            </w:r>
          </w:p>
        </w:tc>
      </w:tr>
    </w:tbl>
    <w:p w14:paraId="66198637" w14:textId="77777777" w:rsidR="00EA60DE" w:rsidRPr="000C11BD" w:rsidRDefault="00EA60DE" w:rsidP="000C11BD">
      <w:pPr>
        <w:spacing w:line="240" w:lineRule="auto"/>
        <w:rPr>
          <w:rFonts w:cs="Times New Roman"/>
          <w:szCs w:val="24"/>
          <w:lang w:val="hr-HR"/>
        </w:rPr>
      </w:pPr>
    </w:p>
    <w:p w14:paraId="7C3EE463" w14:textId="77777777" w:rsidR="00EA60DE" w:rsidRPr="000C11BD" w:rsidRDefault="00831AB5" w:rsidP="000C11BD">
      <w:pPr>
        <w:spacing w:line="240" w:lineRule="auto"/>
        <w:rPr>
          <w:rFonts w:cs="Times New Roman"/>
          <w:szCs w:val="24"/>
          <w:lang w:val="hr-HR"/>
        </w:rPr>
      </w:pPr>
      <w:r w:rsidRPr="000C11BD">
        <w:rPr>
          <w:rFonts w:cs="Times New Roman"/>
          <w:b/>
          <w:szCs w:val="24"/>
          <w:lang w:val="hr-HR"/>
        </w:rPr>
        <w:t>Kratak troškovnik</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56"/>
        <w:gridCol w:w="3633"/>
        <w:gridCol w:w="2136"/>
        <w:gridCol w:w="2371"/>
      </w:tblGrid>
      <w:tr w:rsidR="00EA60DE" w:rsidRPr="000C11BD" w14:paraId="2D0E92BA" w14:textId="77777777" w:rsidTr="009F4671">
        <w:trPr>
          <w:jc w:val="center"/>
        </w:trPr>
        <w:tc>
          <w:tcPr>
            <w:tcW w:w="850" w:type="dxa"/>
            <w:vAlign w:val="center"/>
          </w:tcPr>
          <w:p w14:paraId="13CCA633" w14:textId="77777777" w:rsidR="00EA60DE" w:rsidRPr="000C11BD" w:rsidRDefault="00831AB5" w:rsidP="000C11BD">
            <w:pPr>
              <w:spacing w:line="240" w:lineRule="auto"/>
              <w:jc w:val="center"/>
              <w:rPr>
                <w:rFonts w:cs="Times New Roman"/>
                <w:szCs w:val="24"/>
                <w:lang w:val="hr-HR"/>
              </w:rPr>
            </w:pPr>
            <w:r w:rsidRPr="000C11BD">
              <w:rPr>
                <w:rFonts w:cs="Times New Roman"/>
                <w:b/>
                <w:szCs w:val="24"/>
                <w:lang w:val="hr-HR"/>
              </w:rPr>
              <w:t>Red. br.</w:t>
            </w:r>
          </w:p>
        </w:tc>
        <w:tc>
          <w:tcPr>
            <w:tcW w:w="3969" w:type="dxa"/>
            <w:vAlign w:val="center"/>
          </w:tcPr>
          <w:p w14:paraId="2D10AC4C" w14:textId="77777777" w:rsidR="00EA60DE" w:rsidRPr="000C11BD" w:rsidRDefault="00831AB5" w:rsidP="000C11BD">
            <w:pPr>
              <w:spacing w:line="240" w:lineRule="auto"/>
              <w:jc w:val="center"/>
              <w:rPr>
                <w:rFonts w:cs="Times New Roman"/>
                <w:szCs w:val="24"/>
                <w:lang w:val="hr-HR"/>
              </w:rPr>
            </w:pPr>
            <w:r w:rsidRPr="000C11BD">
              <w:rPr>
                <w:rFonts w:cs="Times New Roman"/>
                <w:b/>
                <w:szCs w:val="24"/>
                <w:lang w:val="hr-HR"/>
              </w:rPr>
              <w:t>Vrsta troška</w:t>
            </w:r>
          </w:p>
        </w:tc>
        <w:tc>
          <w:tcPr>
            <w:tcW w:w="2268" w:type="dxa"/>
            <w:vAlign w:val="center"/>
          </w:tcPr>
          <w:p w14:paraId="73AEBB2B" w14:textId="77777777" w:rsidR="00EA60DE" w:rsidRPr="000C11BD" w:rsidRDefault="00831AB5" w:rsidP="000C11BD">
            <w:pPr>
              <w:spacing w:line="240" w:lineRule="auto"/>
              <w:jc w:val="center"/>
              <w:rPr>
                <w:rFonts w:cs="Times New Roman"/>
                <w:szCs w:val="24"/>
                <w:lang w:val="hr-HR"/>
              </w:rPr>
            </w:pPr>
            <w:r w:rsidRPr="000C11BD">
              <w:rPr>
                <w:rFonts w:cs="Times New Roman"/>
                <w:b/>
                <w:szCs w:val="24"/>
                <w:lang w:val="hr-HR"/>
              </w:rPr>
              <w:t>Ukupan iznos</w:t>
            </w:r>
          </w:p>
        </w:tc>
        <w:tc>
          <w:tcPr>
            <w:tcW w:w="2551" w:type="dxa"/>
            <w:vAlign w:val="center"/>
          </w:tcPr>
          <w:p w14:paraId="114F5F7A" w14:textId="77777777" w:rsidR="00EA60DE" w:rsidRPr="000C11BD" w:rsidRDefault="00831AB5" w:rsidP="000C11BD">
            <w:pPr>
              <w:spacing w:line="240" w:lineRule="auto"/>
              <w:jc w:val="center"/>
              <w:rPr>
                <w:rFonts w:cs="Times New Roman"/>
                <w:szCs w:val="24"/>
                <w:lang w:val="hr-HR"/>
              </w:rPr>
            </w:pPr>
            <w:r w:rsidRPr="000C11BD">
              <w:rPr>
                <w:rFonts w:cs="Times New Roman"/>
                <w:b/>
                <w:szCs w:val="24"/>
                <w:lang w:val="hr-HR"/>
              </w:rPr>
              <w:t>Iznos koji se traži od Grada Ploča</w:t>
            </w:r>
          </w:p>
        </w:tc>
      </w:tr>
      <w:tr w:rsidR="00EA60DE" w:rsidRPr="000C11BD" w14:paraId="6DCEACFA" w14:textId="77777777" w:rsidTr="00A121B1">
        <w:trPr>
          <w:jc w:val="center"/>
        </w:trPr>
        <w:tc>
          <w:tcPr>
            <w:tcW w:w="850" w:type="dxa"/>
            <w:vAlign w:val="center"/>
          </w:tcPr>
          <w:p w14:paraId="231FC762" w14:textId="77777777" w:rsidR="00EA60DE" w:rsidRPr="000C11BD" w:rsidRDefault="00831AB5" w:rsidP="000C11BD">
            <w:pPr>
              <w:spacing w:line="240" w:lineRule="auto"/>
              <w:jc w:val="center"/>
              <w:rPr>
                <w:rFonts w:cs="Times New Roman"/>
                <w:szCs w:val="24"/>
                <w:lang w:val="hr-HR"/>
              </w:rPr>
            </w:pPr>
            <w:r w:rsidRPr="000C11BD">
              <w:rPr>
                <w:rFonts w:cs="Times New Roman"/>
                <w:szCs w:val="24"/>
                <w:lang w:val="hr-HR"/>
              </w:rPr>
              <w:t>1.</w:t>
            </w:r>
          </w:p>
        </w:tc>
        <w:tc>
          <w:tcPr>
            <w:tcW w:w="3969" w:type="dxa"/>
          </w:tcPr>
          <w:p w14:paraId="1530BDF7" w14:textId="77777777" w:rsidR="00EA60DE" w:rsidRPr="000C11BD" w:rsidRDefault="00EA60DE" w:rsidP="000C11BD">
            <w:pPr>
              <w:spacing w:line="240" w:lineRule="auto"/>
              <w:rPr>
                <w:rFonts w:cs="Times New Roman"/>
                <w:szCs w:val="24"/>
                <w:lang w:val="hr-HR"/>
              </w:rPr>
            </w:pPr>
          </w:p>
        </w:tc>
        <w:tc>
          <w:tcPr>
            <w:tcW w:w="2268" w:type="dxa"/>
          </w:tcPr>
          <w:p w14:paraId="09F46B86" w14:textId="77777777" w:rsidR="00EA60DE" w:rsidRPr="000C11BD" w:rsidRDefault="00EA60DE" w:rsidP="000C11BD">
            <w:pPr>
              <w:spacing w:line="240" w:lineRule="auto"/>
              <w:rPr>
                <w:rFonts w:cs="Times New Roman"/>
                <w:szCs w:val="24"/>
                <w:lang w:val="hr-HR"/>
              </w:rPr>
            </w:pPr>
          </w:p>
        </w:tc>
        <w:tc>
          <w:tcPr>
            <w:tcW w:w="2551" w:type="dxa"/>
          </w:tcPr>
          <w:p w14:paraId="00CDAF67" w14:textId="77777777" w:rsidR="00EA60DE" w:rsidRPr="000C11BD" w:rsidRDefault="00EA60DE" w:rsidP="000C11BD">
            <w:pPr>
              <w:spacing w:line="240" w:lineRule="auto"/>
              <w:rPr>
                <w:rFonts w:cs="Times New Roman"/>
                <w:szCs w:val="24"/>
                <w:lang w:val="hr-HR"/>
              </w:rPr>
            </w:pPr>
          </w:p>
        </w:tc>
      </w:tr>
      <w:tr w:rsidR="00EA60DE" w:rsidRPr="000C11BD" w14:paraId="719FFB91" w14:textId="77777777" w:rsidTr="00A121B1">
        <w:trPr>
          <w:jc w:val="center"/>
        </w:trPr>
        <w:tc>
          <w:tcPr>
            <w:tcW w:w="850" w:type="dxa"/>
            <w:vAlign w:val="center"/>
          </w:tcPr>
          <w:p w14:paraId="2CCED341" w14:textId="77777777" w:rsidR="00EA60DE" w:rsidRPr="000C11BD" w:rsidRDefault="00831AB5" w:rsidP="000C11BD">
            <w:pPr>
              <w:spacing w:line="240" w:lineRule="auto"/>
              <w:jc w:val="center"/>
              <w:rPr>
                <w:rFonts w:cs="Times New Roman"/>
                <w:szCs w:val="24"/>
                <w:lang w:val="hr-HR"/>
              </w:rPr>
            </w:pPr>
            <w:r w:rsidRPr="000C11BD">
              <w:rPr>
                <w:rFonts w:cs="Times New Roman"/>
                <w:szCs w:val="24"/>
                <w:lang w:val="hr-HR"/>
              </w:rPr>
              <w:t>2.</w:t>
            </w:r>
          </w:p>
        </w:tc>
        <w:tc>
          <w:tcPr>
            <w:tcW w:w="3969" w:type="dxa"/>
          </w:tcPr>
          <w:p w14:paraId="158B414D" w14:textId="77777777" w:rsidR="00EA60DE" w:rsidRPr="000C11BD" w:rsidRDefault="00EA60DE" w:rsidP="000C11BD">
            <w:pPr>
              <w:spacing w:line="240" w:lineRule="auto"/>
              <w:rPr>
                <w:rFonts w:cs="Times New Roman"/>
                <w:szCs w:val="24"/>
                <w:lang w:val="hr-HR"/>
              </w:rPr>
            </w:pPr>
          </w:p>
        </w:tc>
        <w:tc>
          <w:tcPr>
            <w:tcW w:w="2268" w:type="dxa"/>
          </w:tcPr>
          <w:p w14:paraId="1A54F4E7" w14:textId="77777777" w:rsidR="00EA60DE" w:rsidRPr="000C11BD" w:rsidRDefault="00EA60DE" w:rsidP="000C11BD">
            <w:pPr>
              <w:spacing w:line="240" w:lineRule="auto"/>
              <w:rPr>
                <w:rFonts w:cs="Times New Roman"/>
                <w:szCs w:val="24"/>
                <w:lang w:val="hr-HR"/>
              </w:rPr>
            </w:pPr>
          </w:p>
        </w:tc>
        <w:tc>
          <w:tcPr>
            <w:tcW w:w="2551" w:type="dxa"/>
          </w:tcPr>
          <w:p w14:paraId="4843F1CC" w14:textId="77777777" w:rsidR="00EA60DE" w:rsidRPr="000C11BD" w:rsidRDefault="00EA60DE" w:rsidP="000C11BD">
            <w:pPr>
              <w:spacing w:line="240" w:lineRule="auto"/>
              <w:rPr>
                <w:rFonts w:cs="Times New Roman"/>
                <w:szCs w:val="24"/>
                <w:lang w:val="hr-HR"/>
              </w:rPr>
            </w:pPr>
          </w:p>
        </w:tc>
      </w:tr>
      <w:tr w:rsidR="00EA60DE" w:rsidRPr="000C11BD" w14:paraId="5AB957E5" w14:textId="77777777" w:rsidTr="00A121B1">
        <w:trPr>
          <w:jc w:val="center"/>
        </w:trPr>
        <w:tc>
          <w:tcPr>
            <w:tcW w:w="850" w:type="dxa"/>
            <w:vAlign w:val="center"/>
          </w:tcPr>
          <w:p w14:paraId="2182EF6D" w14:textId="77777777" w:rsidR="00EA60DE" w:rsidRPr="000C11BD" w:rsidRDefault="00831AB5" w:rsidP="000C11BD">
            <w:pPr>
              <w:spacing w:line="240" w:lineRule="auto"/>
              <w:jc w:val="center"/>
              <w:rPr>
                <w:rFonts w:cs="Times New Roman"/>
                <w:szCs w:val="24"/>
                <w:lang w:val="hr-HR"/>
              </w:rPr>
            </w:pPr>
            <w:r w:rsidRPr="000C11BD">
              <w:rPr>
                <w:rFonts w:cs="Times New Roman"/>
                <w:szCs w:val="24"/>
                <w:lang w:val="hr-HR"/>
              </w:rPr>
              <w:t>3.</w:t>
            </w:r>
          </w:p>
        </w:tc>
        <w:tc>
          <w:tcPr>
            <w:tcW w:w="3969" w:type="dxa"/>
          </w:tcPr>
          <w:p w14:paraId="3727E4EA" w14:textId="77777777" w:rsidR="00EA60DE" w:rsidRPr="000C11BD" w:rsidRDefault="00EA60DE" w:rsidP="000C11BD">
            <w:pPr>
              <w:spacing w:line="240" w:lineRule="auto"/>
              <w:rPr>
                <w:rFonts w:cs="Times New Roman"/>
                <w:szCs w:val="24"/>
                <w:lang w:val="hr-HR"/>
              </w:rPr>
            </w:pPr>
          </w:p>
        </w:tc>
        <w:tc>
          <w:tcPr>
            <w:tcW w:w="2268" w:type="dxa"/>
          </w:tcPr>
          <w:p w14:paraId="1085C751" w14:textId="77777777" w:rsidR="00EA60DE" w:rsidRPr="000C11BD" w:rsidRDefault="00EA60DE" w:rsidP="000C11BD">
            <w:pPr>
              <w:spacing w:line="240" w:lineRule="auto"/>
              <w:rPr>
                <w:rFonts w:cs="Times New Roman"/>
                <w:szCs w:val="24"/>
                <w:lang w:val="hr-HR"/>
              </w:rPr>
            </w:pPr>
          </w:p>
        </w:tc>
        <w:tc>
          <w:tcPr>
            <w:tcW w:w="2551" w:type="dxa"/>
          </w:tcPr>
          <w:p w14:paraId="773C2DE3" w14:textId="77777777" w:rsidR="00EA60DE" w:rsidRPr="000C11BD" w:rsidRDefault="00EA60DE" w:rsidP="000C11BD">
            <w:pPr>
              <w:spacing w:line="240" w:lineRule="auto"/>
              <w:rPr>
                <w:rFonts w:cs="Times New Roman"/>
                <w:szCs w:val="24"/>
                <w:lang w:val="hr-HR"/>
              </w:rPr>
            </w:pPr>
          </w:p>
        </w:tc>
      </w:tr>
      <w:tr w:rsidR="00EA60DE" w:rsidRPr="000C11BD" w14:paraId="577DAF20" w14:textId="77777777" w:rsidTr="00A121B1">
        <w:trPr>
          <w:jc w:val="center"/>
        </w:trPr>
        <w:tc>
          <w:tcPr>
            <w:tcW w:w="850" w:type="dxa"/>
            <w:vAlign w:val="center"/>
          </w:tcPr>
          <w:p w14:paraId="136DE4E7" w14:textId="77777777" w:rsidR="00EA60DE" w:rsidRPr="000C11BD" w:rsidRDefault="00831AB5" w:rsidP="000C11BD">
            <w:pPr>
              <w:spacing w:line="240" w:lineRule="auto"/>
              <w:jc w:val="center"/>
              <w:rPr>
                <w:rFonts w:cs="Times New Roman"/>
                <w:szCs w:val="24"/>
                <w:lang w:val="hr-HR"/>
              </w:rPr>
            </w:pPr>
            <w:r w:rsidRPr="000C11BD">
              <w:rPr>
                <w:rFonts w:cs="Times New Roman"/>
                <w:szCs w:val="24"/>
                <w:lang w:val="hr-HR"/>
              </w:rPr>
              <w:t>4.</w:t>
            </w:r>
          </w:p>
        </w:tc>
        <w:tc>
          <w:tcPr>
            <w:tcW w:w="3969" w:type="dxa"/>
          </w:tcPr>
          <w:p w14:paraId="79F33D4B" w14:textId="77777777" w:rsidR="00EA60DE" w:rsidRPr="000C11BD" w:rsidRDefault="00EA60DE" w:rsidP="000C11BD">
            <w:pPr>
              <w:spacing w:line="240" w:lineRule="auto"/>
              <w:rPr>
                <w:rFonts w:cs="Times New Roman"/>
                <w:szCs w:val="24"/>
                <w:lang w:val="hr-HR"/>
              </w:rPr>
            </w:pPr>
          </w:p>
        </w:tc>
        <w:tc>
          <w:tcPr>
            <w:tcW w:w="2268" w:type="dxa"/>
          </w:tcPr>
          <w:p w14:paraId="03835C1D" w14:textId="77777777" w:rsidR="00EA60DE" w:rsidRPr="000C11BD" w:rsidRDefault="00EA60DE" w:rsidP="000C11BD">
            <w:pPr>
              <w:spacing w:line="240" w:lineRule="auto"/>
              <w:rPr>
                <w:rFonts w:cs="Times New Roman"/>
                <w:szCs w:val="24"/>
                <w:lang w:val="hr-HR"/>
              </w:rPr>
            </w:pPr>
          </w:p>
        </w:tc>
        <w:tc>
          <w:tcPr>
            <w:tcW w:w="2551" w:type="dxa"/>
          </w:tcPr>
          <w:p w14:paraId="61716D5F" w14:textId="77777777" w:rsidR="00EA60DE" w:rsidRPr="000C11BD" w:rsidRDefault="00EA60DE" w:rsidP="000C11BD">
            <w:pPr>
              <w:spacing w:line="240" w:lineRule="auto"/>
              <w:rPr>
                <w:rFonts w:cs="Times New Roman"/>
                <w:szCs w:val="24"/>
                <w:lang w:val="hr-HR"/>
              </w:rPr>
            </w:pPr>
          </w:p>
        </w:tc>
      </w:tr>
      <w:tr w:rsidR="00EA60DE" w:rsidRPr="000C11BD" w14:paraId="59769A9B" w14:textId="77777777" w:rsidTr="00A121B1">
        <w:trPr>
          <w:jc w:val="center"/>
        </w:trPr>
        <w:tc>
          <w:tcPr>
            <w:tcW w:w="850" w:type="dxa"/>
            <w:vAlign w:val="center"/>
          </w:tcPr>
          <w:p w14:paraId="0BB441C2" w14:textId="77777777" w:rsidR="00EA60DE" w:rsidRPr="000C11BD" w:rsidRDefault="00831AB5" w:rsidP="000C11BD">
            <w:pPr>
              <w:spacing w:line="240" w:lineRule="auto"/>
              <w:jc w:val="center"/>
              <w:rPr>
                <w:rFonts w:cs="Times New Roman"/>
                <w:szCs w:val="24"/>
                <w:lang w:val="hr-HR"/>
              </w:rPr>
            </w:pPr>
            <w:r w:rsidRPr="000C11BD">
              <w:rPr>
                <w:rFonts w:cs="Times New Roman"/>
                <w:szCs w:val="24"/>
                <w:lang w:val="hr-HR"/>
              </w:rPr>
              <w:t>5.</w:t>
            </w:r>
          </w:p>
        </w:tc>
        <w:tc>
          <w:tcPr>
            <w:tcW w:w="3969" w:type="dxa"/>
          </w:tcPr>
          <w:p w14:paraId="1D4B6EDE" w14:textId="77777777" w:rsidR="00EA60DE" w:rsidRPr="000C11BD" w:rsidRDefault="00EA60DE" w:rsidP="000C11BD">
            <w:pPr>
              <w:spacing w:line="240" w:lineRule="auto"/>
              <w:rPr>
                <w:rFonts w:cs="Times New Roman"/>
                <w:szCs w:val="24"/>
                <w:lang w:val="hr-HR"/>
              </w:rPr>
            </w:pPr>
          </w:p>
        </w:tc>
        <w:tc>
          <w:tcPr>
            <w:tcW w:w="2268" w:type="dxa"/>
          </w:tcPr>
          <w:p w14:paraId="71E907BF" w14:textId="77777777" w:rsidR="00EA60DE" w:rsidRPr="000C11BD" w:rsidRDefault="00EA60DE" w:rsidP="000C11BD">
            <w:pPr>
              <w:spacing w:line="240" w:lineRule="auto"/>
              <w:rPr>
                <w:rFonts w:cs="Times New Roman"/>
                <w:szCs w:val="24"/>
                <w:lang w:val="hr-HR"/>
              </w:rPr>
            </w:pPr>
          </w:p>
        </w:tc>
        <w:tc>
          <w:tcPr>
            <w:tcW w:w="2551" w:type="dxa"/>
          </w:tcPr>
          <w:p w14:paraId="13DB2712" w14:textId="77777777" w:rsidR="00EA60DE" w:rsidRPr="000C11BD" w:rsidRDefault="00EA60DE" w:rsidP="000C11BD">
            <w:pPr>
              <w:spacing w:line="240" w:lineRule="auto"/>
              <w:rPr>
                <w:rFonts w:cs="Times New Roman"/>
                <w:szCs w:val="24"/>
                <w:lang w:val="hr-HR"/>
              </w:rPr>
            </w:pPr>
          </w:p>
        </w:tc>
      </w:tr>
      <w:tr w:rsidR="00EA60DE" w:rsidRPr="000C11BD" w14:paraId="0A7899BC" w14:textId="77777777" w:rsidTr="00A121B1">
        <w:trPr>
          <w:jc w:val="center"/>
        </w:trPr>
        <w:tc>
          <w:tcPr>
            <w:tcW w:w="850" w:type="dxa"/>
            <w:vAlign w:val="center"/>
          </w:tcPr>
          <w:p w14:paraId="36160792" w14:textId="77777777" w:rsidR="00EA60DE" w:rsidRPr="000C11BD" w:rsidRDefault="00831AB5" w:rsidP="000C11BD">
            <w:pPr>
              <w:spacing w:line="240" w:lineRule="auto"/>
              <w:jc w:val="center"/>
              <w:rPr>
                <w:rFonts w:cs="Times New Roman"/>
                <w:szCs w:val="24"/>
                <w:lang w:val="hr-HR"/>
              </w:rPr>
            </w:pPr>
            <w:r w:rsidRPr="000C11BD">
              <w:rPr>
                <w:rFonts w:cs="Times New Roman"/>
                <w:szCs w:val="24"/>
                <w:lang w:val="hr-HR"/>
              </w:rPr>
              <w:t>6.</w:t>
            </w:r>
          </w:p>
        </w:tc>
        <w:tc>
          <w:tcPr>
            <w:tcW w:w="3969" w:type="dxa"/>
          </w:tcPr>
          <w:p w14:paraId="062D4F06" w14:textId="77777777" w:rsidR="00EA60DE" w:rsidRPr="000C11BD" w:rsidRDefault="00EA60DE" w:rsidP="000C11BD">
            <w:pPr>
              <w:spacing w:line="240" w:lineRule="auto"/>
              <w:rPr>
                <w:rFonts w:cs="Times New Roman"/>
                <w:szCs w:val="24"/>
                <w:lang w:val="hr-HR"/>
              </w:rPr>
            </w:pPr>
          </w:p>
        </w:tc>
        <w:tc>
          <w:tcPr>
            <w:tcW w:w="2268" w:type="dxa"/>
          </w:tcPr>
          <w:p w14:paraId="133D4AA3" w14:textId="77777777" w:rsidR="00EA60DE" w:rsidRPr="000C11BD" w:rsidRDefault="00EA60DE" w:rsidP="000C11BD">
            <w:pPr>
              <w:spacing w:line="240" w:lineRule="auto"/>
              <w:rPr>
                <w:rFonts w:cs="Times New Roman"/>
                <w:szCs w:val="24"/>
                <w:lang w:val="hr-HR"/>
              </w:rPr>
            </w:pPr>
          </w:p>
        </w:tc>
        <w:tc>
          <w:tcPr>
            <w:tcW w:w="2551" w:type="dxa"/>
          </w:tcPr>
          <w:p w14:paraId="3164FE32" w14:textId="77777777" w:rsidR="00EA60DE" w:rsidRPr="000C11BD" w:rsidRDefault="00EA60DE" w:rsidP="000C11BD">
            <w:pPr>
              <w:spacing w:line="240" w:lineRule="auto"/>
              <w:rPr>
                <w:rFonts w:cs="Times New Roman"/>
                <w:szCs w:val="24"/>
                <w:lang w:val="hr-HR"/>
              </w:rPr>
            </w:pPr>
          </w:p>
        </w:tc>
      </w:tr>
      <w:tr w:rsidR="00EA60DE" w:rsidRPr="000C11BD" w14:paraId="29FAF223" w14:textId="77777777">
        <w:trPr>
          <w:jc w:val="center"/>
        </w:trPr>
        <w:tc>
          <w:tcPr>
            <w:tcW w:w="850" w:type="dxa"/>
          </w:tcPr>
          <w:p w14:paraId="4FAE8568" w14:textId="77777777" w:rsidR="00EA60DE" w:rsidRPr="000C11BD" w:rsidRDefault="00831AB5" w:rsidP="000C11BD">
            <w:pPr>
              <w:spacing w:line="240" w:lineRule="auto"/>
              <w:rPr>
                <w:rFonts w:cs="Times New Roman"/>
                <w:szCs w:val="24"/>
                <w:lang w:val="hr-HR"/>
              </w:rPr>
            </w:pPr>
            <w:r w:rsidRPr="000C11BD">
              <w:rPr>
                <w:rFonts w:cs="Times New Roman"/>
                <w:b/>
                <w:szCs w:val="24"/>
                <w:lang w:val="hr-HR"/>
              </w:rPr>
              <w:t>UKUPNO</w:t>
            </w:r>
          </w:p>
        </w:tc>
        <w:tc>
          <w:tcPr>
            <w:tcW w:w="3969" w:type="dxa"/>
          </w:tcPr>
          <w:p w14:paraId="7540C4E3" w14:textId="77777777" w:rsidR="00EA60DE" w:rsidRPr="000C11BD" w:rsidRDefault="00EA60DE" w:rsidP="000C11BD">
            <w:pPr>
              <w:spacing w:line="240" w:lineRule="auto"/>
              <w:rPr>
                <w:rFonts w:cs="Times New Roman"/>
                <w:szCs w:val="24"/>
                <w:lang w:val="hr-HR"/>
              </w:rPr>
            </w:pPr>
          </w:p>
        </w:tc>
        <w:tc>
          <w:tcPr>
            <w:tcW w:w="2268" w:type="dxa"/>
          </w:tcPr>
          <w:p w14:paraId="50CE3E10" w14:textId="77777777" w:rsidR="00EA60DE" w:rsidRPr="000C11BD" w:rsidRDefault="00EA60DE" w:rsidP="000C11BD">
            <w:pPr>
              <w:spacing w:line="240" w:lineRule="auto"/>
              <w:rPr>
                <w:rFonts w:cs="Times New Roman"/>
                <w:szCs w:val="24"/>
                <w:lang w:val="hr-HR"/>
              </w:rPr>
            </w:pPr>
          </w:p>
        </w:tc>
        <w:tc>
          <w:tcPr>
            <w:tcW w:w="2551" w:type="dxa"/>
          </w:tcPr>
          <w:p w14:paraId="132FC08F" w14:textId="77777777" w:rsidR="00EA60DE" w:rsidRPr="000C11BD" w:rsidRDefault="00EA60DE" w:rsidP="000C11BD">
            <w:pPr>
              <w:spacing w:line="240" w:lineRule="auto"/>
              <w:rPr>
                <w:rFonts w:cs="Times New Roman"/>
                <w:szCs w:val="24"/>
                <w:lang w:val="hr-HR"/>
              </w:rPr>
            </w:pPr>
          </w:p>
        </w:tc>
      </w:tr>
    </w:tbl>
    <w:p w14:paraId="1B27E76F" w14:textId="77777777" w:rsidR="00EA60DE" w:rsidRPr="000C11BD" w:rsidRDefault="00EA60DE" w:rsidP="000C11BD">
      <w:pPr>
        <w:spacing w:line="240" w:lineRule="auto"/>
        <w:rPr>
          <w:rFonts w:cs="Times New Roman"/>
          <w:szCs w:val="24"/>
          <w:lang w:val="hr-HR"/>
        </w:rPr>
      </w:pPr>
    </w:p>
    <w:p w14:paraId="64E64212" w14:textId="77777777" w:rsidR="00EA60DE" w:rsidRPr="000C11BD" w:rsidRDefault="00831AB5" w:rsidP="000C11BD">
      <w:pPr>
        <w:spacing w:line="240" w:lineRule="auto"/>
        <w:rPr>
          <w:rFonts w:cs="Times New Roman"/>
          <w:szCs w:val="24"/>
          <w:lang w:val="hr-HR"/>
        </w:rPr>
      </w:pPr>
      <w:r w:rsidRPr="000C11BD">
        <w:rPr>
          <w:rFonts w:cs="Times New Roman"/>
          <w:b/>
          <w:szCs w:val="24"/>
          <w:lang w:val="hr-HR"/>
        </w:rPr>
        <w:t>5. Prilozi uz zahtjev</w:t>
      </w:r>
    </w:p>
    <w:p w14:paraId="7081A7F1" w14:textId="77777777" w:rsidR="00EA60DE" w:rsidRPr="000C11BD" w:rsidRDefault="00831AB5" w:rsidP="000C11BD">
      <w:pPr>
        <w:spacing w:line="240" w:lineRule="auto"/>
        <w:jc w:val="both"/>
        <w:rPr>
          <w:rFonts w:cs="Times New Roman"/>
          <w:szCs w:val="24"/>
          <w:lang w:val="hr-HR"/>
        </w:rPr>
      </w:pPr>
      <w:r w:rsidRPr="000C11BD">
        <w:rPr>
          <w:rFonts w:cs="Times New Roman"/>
          <w:szCs w:val="24"/>
          <w:lang w:val="hr-HR"/>
        </w:rPr>
        <w:t>[ ] program aktivnosti, ako je primjenjivo</w:t>
      </w:r>
    </w:p>
    <w:p w14:paraId="3914CEF9" w14:textId="77777777" w:rsidR="00EA60DE" w:rsidRPr="000C11BD" w:rsidRDefault="00831AB5" w:rsidP="000C11BD">
      <w:pPr>
        <w:spacing w:line="240" w:lineRule="auto"/>
        <w:jc w:val="both"/>
        <w:rPr>
          <w:rFonts w:cs="Times New Roman"/>
          <w:szCs w:val="24"/>
          <w:lang w:val="hr-HR"/>
        </w:rPr>
      </w:pPr>
      <w:r w:rsidRPr="000C11BD">
        <w:rPr>
          <w:rFonts w:cs="Times New Roman"/>
          <w:szCs w:val="24"/>
          <w:lang w:val="hr-HR"/>
        </w:rPr>
        <w:t>[ ] detaljniji troškovnik, ako je primjenjivo</w:t>
      </w:r>
    </w:p>
    <w:p w14:paraId="6E54FB33" w14:textId="77777777" w:rsidR="00EA60DE" w:rsidRPr="000C11BD" w:rsidRDefault="00831AB5" w:rsidP="000C11BD">
      <w:pPr>
        <w:spacing w:line="240" w:lineRule="auto"/>
        <w:jc w:val="both"/>
        <w:rPr>
          <w:rFonts w:cs="Times New Roman"/>
          <w:szCs w:val="24"/>
          <w:lang w:val="hr-HR"/>
        </w:rPr>
      </w:pPr>
      <w:r w:rsidRPr="000C11BD">
        <w:rPr>
          <w:rFonts w:cs="Times New Roman"/>
          <w:szCs w:val="24"/>
          <w:lang w:val="hr-HR"/>
        </w:rPr>
        <w:t>[ ] dokaz o registraciji, ako podnositelj ima pravnu osobnost i dokaz nije javno dostupan</w:t>
      </w:r>
    </w:p>
    <w:p w14:paraId="4D35BE13" w14:textId="77777777" w:rsidR="00EA60DE" w:rsidRPr="000C11BD" w:rsidRDefault="00831AB5" w:rsidP="000C11BD">
      <w:pPr>
        <w:spacing w:line="240" w:lineRule="auto"/>
        <w:jc w:val="both"/>
        <w:rPr>
          <w:rFonts w:cs="Times New Roman"/>
          <w:szCs w:val="24"/>
          <w:lang w:val="hr-HR"/>
        </w:rPr>
      </w:pPr>
      <w:r w:rsidRPr="000C11BD">
        <w:rPr>
          <w:rFonts w:cs="Times New Roman"/>
          <w:szCs w:val="24"/>
          <w:lang w:val="hr-HR"/>
        </w:rPr>
        <w:t>[ ] dokaz o prebivalištu ili boravištu za fizičku osobu, ako je primjenjivo</w:t>
      </w:r>
    </w:p>
    <w:p w14:paraId="21C9C422" w14:textId="77777777" w:rsidR="00EA60DE" w:rsidRPr="000C11BD" w:rsidRDefault="00831AB5" w:rsidP="000C11BD">
      <w:pPr>
        <w:spacing w:line="240" w:lineRule="auto"/>
        <w:jc w:val="both"/>
        <w:rPr>
          <w:rFonts w:cs="Times New Roman"/>
          <w:szCs w:val="24"/>
          <w:lang w:val="hr-HR"/>
        </w:rPr>
      </w:pPr>
      <w:r w:rsidRPr="000C11BD">
        <w:rPr>
          <w:rFonts w:cs="Times New Roman"/>
          <w:szCs w:val="24"/>
          <w:lang w:val="hr-HR"/>
        </w:rPr>
        <w:t>[ ] potvrda o nepostojanju duga, ako se dodjeljuju financijska sredstva i ako je zatraži Grad Ploče</w:t>
      </w:r>
    </w:p>
    <w:p w14:paraId="54760F09" w14:textId="77777777" w:rsidR="00EA60DE" w:rsidRPr="000C11BD" w:rsidRDefault="00831AB5" w:rsidP="000C11BD">
      <w:pPr>
        <w:spacing w:line="240" w:lineRule="auto"/>
        <w:jc w:val="both"/>
        <w:rPr>
          <w:rFonts w:cs="Times New Roman"/>
          <w:szCs w:val="24"/>
          <w:lang w:val="hr-HR"/>
        </w:rPr>
      </w:pPr>
      <w:r w:rsidRPr="000C11BD">
        <w:rPr>
          <w:rFonts w:cs="Times New Roman"/>
          <w:szCs w:val="24"/>
          <w:lang w:val="hr-HR"/>
        </w:rPr>
        <w:t>[ ] izvješće o prethodno odobrenim sredstvima, ako nije ranije dostavljeno</w:t>
      </w:r>
    </w:p>
    <w:p w14:paraId="502BBF6F" w14:textId="77777777" w:rsidR="00EA60DE" w:rsidRPr="000C11BD" w:rsidRDefault="00831AB5" w:rsidP="000C11BD">
      <w:pPr>
        <w:spacing w:line="240" w:lineRule="auto"/>
        <w:jc w:val="both"/>
        <w:rPr>
          <w:rFonts w:cs="Times New Roman"/>
          <w:szCs w:val="24"/>
          <w:lang w:val="hr-HR"/>
        </w:rPr>
      </w:pPr>
      <w:r w:rsidRPr="000C11BD">
        <w:rPr>
          <w:rFonts w:cs="Times New Roman"/>
          <w:szCs w:val="24"/>
          <w:lang w:val="hr-HR"/>
        </w:rPr>
        <w:t>[ ] za aktivnost koja je već završena: izvješće o provedbi aktivnosti, financijski prikaz troškova te vjerodostojni dokazi o nastalim troškovima i njihovu plaćanju</w:t>
      </w:r>
    </w:p>
    <w:p w14:paraId="395BE622" w14:textId="77777777" w:rsidR="00EA60DE" w:rsidRPr="000C11BD" w:rsidRDefault="00831AB5" w:rsidP="000C11BD">
      <w:pPr>
        <w:spacing w:line="240" w:lineRule="auto"/>
        <w:jc w:val="both"/>
        <w:rPr>
          <w:rFonts w:cs="Times New Roman"/>
          <w:szCs w:val="24"/>
          <w:lang w:val="hr-HR"/>
        </w:rPr>
      </w:pPr>
      <w:r w:rsidRPr="000C11BD">
        <w:rPr>
          <w:rFonts w:cs="Times New Roman"/>
          <w:szCs w:val="24"/>
          <w:lang w:val="hr-HR"/>
        </w:rPr>
        <w:lastRenderedPageBreak/>
        <w:t>[ ] druga dokumentacija potrebna za ocjenu zahtjeva: ________________________________</w:t>
      </w:r>
    </w:p>
    <w:p w14:paraId="159873E8" w14:textId="77777777" w:rsidR="00EA60DE" w:rsidRPr="000C11BD" w:rsidRDefault="00831AB5" w:rsidP="000C11BD">
      <w:pPr>
        <w:spacing w:line="240" w:lineRule="auto"/>
        <w:rPr>
          <w:rFonts w:cs="Times New Roman"/>
          <w:szCs w:val="24"/>
          <w:lang w:val="hr-HR"/>
        </w:rPr>
      </w:pPr>
      <w:r w:rsidRPr="000C11BD">
        <w:rPr>
          <w:rFonts w:cs="Times New Roman"/>
          <w:b/>
          <w:szCs w:val="24"/>
          <w:lang w:val="hr-HR"/>
        </w:rPr>
        <w:t>6. Izjave podnositelja</w:t>
      </w:r>
    </w:p>
    <w:p w14:paraId="14A33EAF" w14:textId="77777777" w:rsidR="00EA60DE" w:rsidRPr="000C11BD" w:rsidRDefault="00831AB5" w:rsidP="000C11BD">
      <w:pPr>
        <w:pStyle w:val="Grafikeoznake"/>
        <w:spacing w:line="240" w:lineRule="auto"/>
        <w:jc w:val="both"/>
        <w:rPr>
          <w:rFonts w:cs="Times New Roman"/>
          <w:szCs w:val="24"/>
          <w:lang w:val="hr-HR"/>
        </w:rPr>
      </w:pPr>
      <w:r w:rsidRPr="000C11BD">
        <w:rPr>
          <w:rFonts w:cs="Times New Roman"/>
          <w:szCs w:val="24"/>
          <w:lang w:val="hr-HR"/>
        </w:rPr>
        <w:t>da su svi podaci navedeni u zahtjevu istiniti i potpuni;</w:t>
      </w:r>
    </w:p>
    <w:p w14:paraId="55A88A47" w14:textId="77777777" w:rsidR="00EA60DE" w:rsidRPr="000C11BD" w:rsidRDefault="00831AB5" w:rsidP="000C11BD">
      <w:pPr>
        <w:pStyle w:val="Grafikeoznake"/>
        <w:spacing w:line="240" w:lineRule="auto"/>
        <w:jc w:val="both"/>
        <w:rPr>
          <w:rFonts w:cs="Times New Roman"/>
          <w:szCs w:val="24"/>
          <w:lang w:val="hr-HR"/>
        </w:rPr>
      </w:pPr>
      <w:r w:rsidRPr="000C11BD">
        <w:rPr>
          <w:rFonts w:cs="Times New Roman"/>
          <w:szCs w:val="24"/>
          <w:lang w:val="hr-HR"/>
        </w:rPr>
        <w:t>da će odobrena sredstva koristiti namjenski, zakonito i ekonomično;</w:t>
      </w:r>
    </w:p>
    <w:p w14:paraId="3DCDA34E" w14:textId="77777777" w:rsidR="00EA60DE" w:rsidRPr="000C11BD" w:rsidRDefault="00831AB5" w:rsidP="000C11BD">
      <w:pPr>
        <w:pStyle w:val="Grafikeoznake"/>
        <w:spacing w:line="240" w:lineRule="auto"/>
        <w:jc w:val="both"/>
        <w:rPr>
          <w:rFonts w:cs="Times New Roman"/>
          <w:szCs w:val="24"/>
          <w:lang w:val="hr-HR"/>
        </w:rPr>
      </w:pPr>
      <w:r w:rsidRPr="000C11BD">
        <w:rPr>
          <w:rFonts w:cs="Times New Roman"/>
          <w:szCs w:val="24"/>
          <w:lang w:val="hr-HR"/>
        </w:rPr>
        <w:t>da za iste troškove nije ostvario sredstva iz drugih izvora, odnosno da neće doći do dvostrukog financiranja;</w:t>
      </w:r>
    </w:p>
    <w:p w14:paraId="14FEB530" w14:textId="77777777" w:rsidR="00EA60DE" w:rsidRPr="000C11BD" w:rsidRDefault="00831AB5" w:rsidP="000C11BD">
      <w:pPr>
        <w:pStyle w:val="Grafikeoznake"/>
        <w:spacing w:line="240" w:lineRule="auto"/>
        <w:jc w:val="both"/>
        <w:rPr>
          <w:rFonts w:cs="Times New Roman"/>
          <w:szCs w:val="24"/>
          <w:lang w:val="hr-HR"/>
        </w:rPr>
      </w:pPr>
      <w:r w:rsidRPr="000C11BD">
        <w:rPr>
          <w:rFonts w:cs="Times New Roman"/>
          <w:szCs w:val="24"/>
          <w:lang w:val="hr-HR"/>
        </w:rPr>
        <w:t>da će Gradu Ploče dostaviti izvješće o provedbi aktivnosti i utrošku sredstava ako je to propisano odlukom, ugovorom ili ovim Pravilnikom, odnosno uz zahtjev dostaviti dokaze o provedbi i troškovima ako je aktivnost već završena;</w:t>
      </w:r>
    </w:p>
    <w:p w14:paraId="0A79C1B7" w14:textId="77777777" w:rsidR="00EA60DE" w:rsidRPr="000C11BD" w:rsidRDefault="00831AB5" w:rsidP="000C11BD">
      <w:pPr>
        <w:pStyle w:val="Grafikeoznake"/>
        <w:spacing w:line="240" w:lineRule="auto"/>
        <w:jc w:val="both"/>
        <w:rPr>
          <w:rFonts w:cs="Times New Roman"/>
          <w:szCs w:val="24"/>
          <w:lang w:val="hr-HR"/>
        </w:rPr>
      </w:pPr>
      <w:r w:rsidRPr="000C11BD">
        <w:rPr>
          <w:rFonts w:cs="Times New Roman"/>
          <w:szCs w:val="24"/>
          <w:lang w:val="hr-HR"/>
        </w:rPr>
        <w:t>da nema nepodmirenih dospjelih obveza prema Gradu Ploče i da uredno ispunjava obveze iz prethodno odobrenih sredstava ili oblika podrške Grada Ploča;</w:t>
      </w:r>
    </w:p>
    <w:p w14:paraId="7C0943B2" w14:textId="77777777" w:rsidR="00EA60DE" w:rsidRPr="000C11BD" w:rsidRDefault="00831AB5" w:rsidP="000C11BD">
      <w:pPr>
        <w:pStyle w:val="Grafikeoznake"/>
        <w:spacing w:line="240" w:lineRule="auto"/>
        <w:jc w:val="both"/>
        <w:rPr>
          <w:rFonts w:cs="Times New Roman"/>
          <w:szCs w:val="24"/>
          <w:lang w:val="hr-HR"/>
        </w:rPr>
      </w:pPr>
      <w:r w:rsidRPr="000C11BD">
        <w:rPr>
          <w:rFonts w:cs="Times New Roman"/>
          <w:szCs w:val="24"/>
          <w:lang w:val="hr-HR"/>
        </w:rPr>
        <w:t>da prihvaća uvjete iz odluke, ugovora i Pravilnika.</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52"/>
        <w:gridCol w:w="5102"/>
      </w:tblGrid>
      <w:tr w:rsidR="00EA60DE" w:rsidRPr="000C11BD" w14:paraId="5CBE06A2" w14:textId="77777777">
        <w:trPr>
          <w:jc w:val="center"/>
        </w:trPr>
        <w:tc>
          <w:tcPr>
            <w:tcW w:w="4252" w:type="dxa"/>
          </w:tcPr>
          <w:p w14:paraId="0A77090A" w14:textId="77777777" w:rsidR="00EA60DE" w:rsidRPr="000C11BD" w:rsidRDefault="00831AB5" w:rsidP="000C11BD">
            <w:pPr>
              <w:spacing w:line="240" w:lineRule="auto"/>
              <w:rPr>
                <w:rFonts w:cs="Times New Roman"/>
                <w:szCs w:val="24"/>
                <w:lang w:val="hr-HR"/>
              </w:rPr>
            </w:pPr>
            <w:r w:rsidRPr="000C11BD">
              <w:rPr>
                <w:rFonts w:cs="Times New Roman"/>
                <w:b/>
                <w:szCs w:val="24"/>
                <w:lang w:val="hr-HR"/>
              </w:rPr>
              <w:t>Mjesto i datum:</w:t>
            </w:r>
          </w:p>
        </w:tc>
        <w:tc>
          <w:tcPr>
            <w:tcW w:w="5102" w:type="dxa"/>
          </w:tcPr>
          <w:p w14:paraId="13A28466" w14:textId="77777777" w:rsidR="00EA60DE" w:rsidRPr="000C11BD" w:rsidRDefault="00EA60DE" w:rsidP="000C11BD">
            <w:pPr>
              <w:spacing w:line="240" w:lineRule="auto"/>
              <w:rPr>
                <w:rFonts w:cs="Times New Roman"/>
                <w:szCs w:val="24"/>
                <w:lang w:val="hr-HR"/>
              </w:rPr>
            </w:pPr>
          </w:p>
        </w:tc>
      </w:tr>
      <w:tr w:rsidR="00EA60DE" w:rsidRPr="000C11BD" w14:paraId="76D59A12" w14:textId="77777777">
        <w:trPr>
          <w:jc w:val="center"/>
        </w:trPr>
        <w:tc>
          <w:tcPr>
            <w:tcW w:w="4252" w:type="dxa"/>
          </w:tcPr>
          <w:p w14:paraId="01115CEE" w14:textId="77777777" w:rsidR="00EA60DE" w:rsidRPr="000C11BD" w:rsidRDefault="00831AB5" w:rsidP="000C11BD">
            <w:pPr>
              <w:spacing w:line="240" w:lineRule="auto"/>
              <w:rPr>
                <w:rFonts w:cs="Times New Roman"/>
                <w:szCs w:val="24"/>
                <w:lang w:val="hr-HR"/>
              </w:rPr>
            </w:pPr>
            <w:r w:rsidRPr="000C11BD">
              <w:rPr>
                <w:rFonts w:cs="Times New Roman"/>
                <w:b/>
                <w:szCs w:val="24"/>
                <w:lang w:val="hr-HR"/>
              </w:rPr>
              <w:t>Potpis podnositelja / osobe ovlaštene za zastupanje:</w:t>
            </w:r>
          </w:p>
        </w:tc>
        <w:tc>
          <w:tcPr>
            <w:tcW w:w="5102" w:type="dxa"/>
          </w:tcPr>
          <w:p w14:paraId="1226D567" w14:textId="77777777" w:rsidR="00EA60DE" w:rsidRPr="000C11BD" w:rsidRDefault="00EA60DE" w:rsidP="000C11BD">
            <w:pPr>
              <w:spacing w:line="240" w:lineRule="auto"/>
              <w:rPr>
                <w:rFonts w:cs="Times New Roman"/>
                <w:szCs w:val="24"/>
                <w:lang w:val="hr-HR"/>
              </w:rPr>
            </w:pPr>
          </w:p>
        </w:tc>
      </w:tr>
    </w:tbl>
    <w:p w14:paraId="7B849F15" w14:textId="77777777" w:rsidR="00EA60DE" w:rsidRPr="000C11BD" w:rsidRDefault="00EA60DE" w:rsidP="000C11BD">
      <w:pPr>
        <w:spacing w:line="240" w:lineRule="auto"/>
        <w:rPr>
          <w:rFonts w:cs="Times New Roman"/>
          <w:szCs w:val="24"/>
          <w:lang w:val="hr-HR"/>
        </w:rPr>
      </w:pPr>
    </w:p>
    <w:p w14:paraId="29D7D880" w14:textId="77777777" w:rsidR="00EA60DE" w:rsidRPr="000C11BD" w:rsidRDefault="00831AB5" w:rsidP="000C11BD">
      <w:pPr>
        <w:spacing w:line="240" w:lineRule="auto"/>
        <w:rPr>
          <w:rFonts w:cs="Times New Roman"/>
          <w:szCs w:val="24"/>
          <w:lang w:val="hr-HR"/>
        </w:rPr>
      </w:pPr>
      <w:r w:rsidRPr="000C11BD">
        <w:rPr>
          <w:rFonts w:cs="Times New Roman"/>
          <w:szCs w:val="24"/>
          <w:lang w:val="hr-HR"/>
        </w:rPr>
        <w:br w:type="page"/>
      </w:r>
    </w:p>
    <w:p w14:paraId="58996151" w14:textId="77777777" w:rsidR="00EA60DE" w:rsidRPr="000C11BD" w:rsidRDefault="00831AB5" w:rsidP="000C11BD">
      <w:pPr>
        <w:spacing w:line="240" w:lineRule="auto"/>
        <w:jc w:val="center"/>
        <w:rPr>
          <w:rFonts w:cs="Times New Roman"/>
          <w:szCs w:val="24"/>
          <w:lang w:val="hr-HR"/>
        </w:rPr>
      </w:pPr>
      <w:r w:rsidRPr="000C11BD">
        <w:rPr>
          <w:rFonts w:cs="Times New Roman"/>
          <w:b/>
          <w:szCs w:val="24"/>
          <w:lang w:val="hr-HR"/>
        </w:rPr>
        <w:lastRenderedPageBreak/>
        <w:t>PRILOG 2.</w:t>
      </w:r>
    </w:p>
    <w:p w14:paraId="0F3750D2" w14:textId="77777777" w:rsidR="00EA60DE" w:rsidRPr="000C11BD" w:rsidRDefault="00831AB5" w:rsidP="000C11BD">
      <w:pPr>
        <w:spacing w:line="240" w:lineRule="auto"/>
        <w:jc w:val="center"/>
        <w:rPr>
          <w:rFonts w:cs="Times New Roman"/>
          <w:b/>
          <w:szCs w:val="24"/>
          <w:lang w:val="hr-HR"/>
        </w:rPr>
      </w:pPr>
      <w:r w:rsidRPr="000C11BD">
        <w:rPr>
          <w:rFonts w:cs="Times New Roman"/>
          <w:b/>
          <w:szCs w:val="24"/>
          <w:lang w:val="hr-HR"/>
        </w:rPr>
        <w:t>IZJAVA O NEPOSTOJANJU DVOSTRUKOG FINANCIRANJA</w:t>
      </w:r>
    </w:p>
    <w:p w14:paraId="5F8C4A74" w14:textId="77777777" w:rsidR="00574C0F" w:rsidRPr="000C11BD" w:rsidRDefault="00574C0F" w:rsidP="000C11BD">
      <w:pPr>
        <w:spacing w:line="240" w:lineRule="auto"/>
        <w:jc w:val="center"/>
        <w:rPr>
          <w:rFonts w:cs="Times New Roman"/>
          <w:szCs w:val="24"/>
          <w:lang w:val="hr-HR"/>
        </w:rPr>
      </w:pPr>
    </w:p>
    <w:p w14:paraId="58244D72" w14:textId="77777777" w:rsidR="00EA60DE" w:rsidRPr="000C11BD" w:rsidRDefault="00831AB5" w:rsidP="000C11BD">
      <w:pPr>
        <w:spacing w:line="240" w:lineRule="auto"/>
        <w:jc w:val="both"/>
        <w:rPr>
          <w:rFonts w:cs="Times New Roman"/>
          <w:szCs w:val="24"/>
          <w:lang w:val="hr-HR"/>
        </w:rPr>
      </w:pPr>
      <w:r w:rsidRPr="000C11BD">
        <w:rPr>
          <w:rFonts w:cs="Times New Roman"/>
          <w:szCs w:val="24"/>
          <w:lang w:val="hr-HR"/>
        </w:rPr>
        <w:t>Ja, ______________________________________, kao osoba ovlaštena za zastupanje / fizička osoba podnositelj zahtjeva, za podnositelja ______________________________________, OIB: ____________________, pod materijalnom i kaznenom odgovornošću izjavljujem:</w:t>
      </w:r>
    </w:p>
    <w:p w14:paraId="03BC015C" w14:textId="77777777" w:rsidR="00EA60DE" w:rsidRPr="000C11BD" w:rsidRDefault="00831AB5" w:rsidP="000C11BD">
      <w:pPr>
        <w:pStyle w:val="Grafikeoznake"/>
        <w:spacing w:line="240" w:lineRule="auto"/>
        <w:jc w:val="both"/>
        <w:rPr>
          <w:rFonts w:cs="Times New Roman"/>
          <w:szCs w:val="24"/>
          <w:lang w:val="hr-HR"/>
        </w:rPr>
      </w:pPr>
      <w:r w:rsidRPr="000C11BD">
        <w:rPr>
          <w:rFonts w:cs="Times New Roman"/>
          <w:szCs w:val="24"/>
          <w:lang w:val="hr-HR"/>
        </w:rPr>
        <w:t>da za aktivnost pod nazivom ______________________________________ nisu odobrena sredstva iz drugih javnih ili privatnih izvora za iste troškove za koje se traži pokroviteljstvo Grada Ploča;</w:t>
      </w:r>
    </w:p>
    <w:p w14:paraId="5E8CCBF6" w14:textId="77777777" w:rsidR="00EA60DE" w:rsidRPr="000C11BD" w:rsidRDefault="00831AB5" w:rsidP="000C11BD">
      <w:pPr>
        <w:pStyle w:val="Grafikeoznake"/>
        <w:spacing w:line="240" w:lineRule="auto"/>
        <w:jc w:val="both"/>
        <w:rPr>
          <w:rFonts w:cs="Times New Roman"/>
          <w:szCs w:val="24"/>
          <w:lang w:val="hr-HR"/>
        </w:rPr>
      </w:pPr>
      <w:r w:rsidRPr="000C11BD">
        <w:rPr>
          <w:rFonts w:cs="Times New Roman"/>
          <w:szCs w:val="24"/>
          <w:lang w:val="hr-HR"/>
        </w:rPr>
        <w:t>da se sredstva Grada Ploča neće koristiti za troškove koji su već financirani iz drugih izvora;</w:t>
      </w:r>
    </w:p>
    <w:p w14:paraId="5A797648" w14:textId="77777777" w:rsidR="00EA60DE" w:rsidRPr="000C11BD" w:rsidRDefault="00831AB5" w:rsidP="000C11BD">
      <w:pPr>
        <w:pStyle w:val="Grafikeoznake"/>
        <w:spacing w:line="240" w:lineRule="auto"/>
        <w:jc w:val="both"/>
        <w:rPr>
          <w:rFonts w:cs="Times New Roman"/>
          <w:szCs w:val="24"/>
          <w:lang w:val="hr-HR"/>
        </w:rPr>
      </w:pPr>
      <w:r w:rsidRPr="000C11BD">
        <w:rPr>
          <w:rFonts w:cs="Times New Roman"/>
          <w:szCs w:val="24"/>
          <w:lang w:val="hr-HR"/>
        </w:rPr>
        <w:t>da ukupno odobrena sredstva iz svih izvora neće prelaziti ukupnu vrijednost aktivnosti;</w:t>
      </w:r>
    </w:p>
    <w:p w14:paraId="00BB80CD" w14:textId="77777777" w:rsidR="00EA60DE" w:rsidRPr="000C11BD" w:rsidRDefault="00831AB5" w:rsidP="000C11BD">
      <w:pPr>
        <w:pStyle w:val="Grafikeoznake"/>
        <w:spacing w:line="240" w:lineRule="auto"/>
        <w:jc w:val="both"/>
        <w:rPr>
          <w:rFonts w:cs="Times New Roman"/>
          <w:szCs w:val="24"/>
          <w:lang w:val="hr-HR"/>
        </w:rPr>
      </w:pPr>
      <w:r w:rsidRPr="000C11BD">
        <w:rPr>
          <w:rFonts w:cs="Times New Roman"/>
          <w:szCs w:val="24"/>
          <w:lang w:val="hr-HR"/>
        </w:rPr>
        <w:t>da ću bez odgode obavijestiti Grad Ploče o svim promjenama vezanim uz financiranje aktivnosti, osobito o naknadno odobrenim sredstvima iz drugih izvora.</w:t>
      </w:r>
    </w:p>
    <w:p w14:paraId="3448E761" w14:textId="77777777" w:rsidR="00EA60DE" w:rsidRPr="000C11BD" w:rsidRDefault="00831AB5" w:rsidP="000C11BD">
      <w:pPr>
        <w:spacing w:line="240" w:lineRule="auto"/>
        <w:rPr>
          <w:rFonts w:cs="Times New Roman"/>
          <w:szCs w:val="24"/>
          <w:lang w:val="hr-HR"/>
        </w:rPr>
      </w:pPr>
      <w:r w:rsidRPr="000C11BD">
        <w:rPr>
          <w:rFonts w:cs="Times New Roman"/>
          <w:b/>
          <w:szCs w:val="24"/>
          <w:lang w:val="hr-HR"/>
        </w:rPr>
        <w:t>Podaci o drugim izvorima financiranja, ako postoje</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56"/>
        <w:gridCol w:w="3254"/>
        <w:gridCol w:w="1638"/>
        <w:gridCol w:w="3248"/>
      </w:tblGrid>
      <w:tr w:rsidR="00EA60DE" w:rsidRPr="000C11BD" w14:paraId="155633C0" w14:textId="77777777" w:rsidTr="002660BD">
        <w:trPr>
          <w:jc w:val="center"/>
        </w:trPr>
        <w:tc>
          <w:tcPr>
            <w:tcW w:w="850" w:type="dxa"/>
            <w:vAlign w:val="center"/>
          </w:tcPr>
          <w:p w14:paraId="6BE142D6" w14:textId="77777777" w:rsidR="00EA60DE" w:rsidRPr="000C11BD" w:rsidRDefault="00831AB5" w:rsidP="000C11BD">
            <w:pPr>
              <w:spacing w:line="240" w:lineRule="auto"/>
              <w:jc w:val="center"/>
              <w:rPr>
                <w:rFonts w:cs="Times New Roman"/>
                <w:szCs w:val="24"/>
                <w:lang w:val="hr-HR"/>
              </w:rPr>
            </w:pPr>
            <w:r w:rsidRPr="000C11BD">
              <w:rPr>
                <w:rFonts w:cs="Times New Roman"/>
                <w:b/>
                <w:szCs w:val="24"/>
                <w:lang w:val="hr-HR"/>
              </w:rPr>
              <w:t>Red. br.</w:t>
            </w:r>
          </w:p>
        </w:tc>
        <w:tc>
          <w:tcPr>
            <w:tcW w:w="3402" w:type="dxa"/>
            <w:vAlign w:val="center"/>
          </w:tcPr>
          <w:p w14:paraId="3BCE05D7" w14:textId="77777777" w:rsidR="00EA60DE" w:rsidRPr="000C11BD" w:rsidRDefault="00831AB5" w:rsidP="000C11BD">
            <w:pPr>
              <w:spacing w:line="240" w:lineRule="auto"/>
              <w:jc w:val="center"/>
              <w:rPr>
                <w:rFonts w:cs="Times New Roman"/>
                <w:szCs w:val="24"/>
                <w:lang w:val="hr-HR"/>
              </w:rPr>
            </w:pPr>
            <w:r w:rsidRPr="000C11BD">
              <w:rPr>
                <w:rFonts w:cs="Times New Roman"/>
                <w:b/>
                <w:szCs w:val="24"/>
                <w:lang w:val="hr-HR"/>
              </w:rPr>
              <w:t>Davatelj sredstava</w:t>
            </w:r>
          </w:p>
        </w:tc>
        <w:tc>
          <w:tcPr>
            <w:tcW w:w="1701" w:type="dxa"/>
            <w:vAlign w:val="center"/>
          </w:tcPr>
          <w:p w14:paraId="69C2CF29" w14:textId="77777777" w:rsidR="00EA60DE" w:rsidRPr="000C11BD" w:rsidRDefault="00831AB5" w:rsidP="000C11BD">
            <w:pPr>
              <w:spacing w:line="240" w:lineRule="auto"/>
              <w:jc w:val="center"/>
              <w:rPr>
                <w:rFonts w:cs="Times New Roman"/>
                <w:szCs w:val="24"/>
                <w:lang w:val="hr-HR"/>
              </w:rPr>
            </w:pPr>
            <w:r w:rsidRPr="000C11BD">
              <w:rPr>
                <w:rFonts w:cs="Times New Roman"/>
                <w:b/>
                <w:szCs w:val="24"/>
                <w:lang w:val="hr-HR"/>
              </w:rPr>
              <w:t>Iznos</w:t>
            </w:r>
          </w:p>
        </w:tc>
        <w:tc>
          <w:tcPr>
            <w:tcW w:w="3402" w:type="dxa"/>
            <w:vAlign w:val="center"/>
          </w:tcPr>
          <w:p w14:paraId="719251BA" w14:textId="77777777" w:rsidR="00EA60DE" w:rsidRPr="000C11BD" w:rsidRDefault="00831AB5" w:rsidP="000C11BD">
            <w:pPr>
              <w:spacing w:line="240" w:lineRule="auto"/>
              <w:jc w:val="center"/>
              <w:rPr>
                <w:rFonts w:cs="Times New Roman"/>
                <w:szCs w:val="24"/>
                <w:lang w:val="hr-HR"/>
              </w:rPr>
            </w:pPr>
            <w:r w:rsidRPr="000C11BD">
              <w:rPr>
                <w:rFonts w:cs="Times New Roman"/>
                <w:b/>
                <w:szCs w:val="24"/>
                <w:lang w:val="hr-HR"/>
              </w:rPr>
              <w:t>Trošak / namjena</w:t>
            </w:r>
          </w:p>
        </w:tc>
      </w:tr>
      <w:tr w:rsidR="00EA60DE" w:rsidRPr="000C11BD" w14:paraId="046BFCEE" w14:textId="77777777" w:rsidTr="002660BD">
        <w:trPr>
          <w:jc w:val="center"/>
        </w:trPr>
        <w:tc>
          <w:tcPr>
            <w:tcW w:w="850" w:type="dxa"/>
            <w:vAlign w:val="center"/>
          </w:tcPr>
          <w:p w14:paraId="270C04E0" w14:textId="77777777" w:rsidR="00EA60DE" w:rsidRPr="000C11BD" w:rsidRDefault="00831AB5" w:rsidP="000C11BD">
            <w:pPr>
              <w:spacing w:line="240" w:lineRule="auto"/>
              <w:jc w:val="center"/>
              <w:rPr>
                <w:rFonts w:cs="Times New Roman"/>
                <w:szCs w:val="24"/>
                <w:lang w:val="hr-HR"/>
              </w:rPr>
            </w:pPr>
            <w:r w:rsidRPr="000C11BD">
              <w:rPr>
                <w:rFonts w:cs="Times New Roman"/>
                <w:szCs w:val="24"/>
                <w:lang w:val="hr-HR"/>
              </w:rPr>
              <w:t>1.</w:t>
            </w:r>
          </w:p>
        </w:tc>
        <w:tc>
          <w:tcPr>
            <w:tcW w:w="3402" w:type="dxa"/>
          </w:tcPr>
          <w:p w14:paraId="1323BABA" w14:textId="77777777" w:rsidR="00EA60DE" w:rsidRPr="000C11BD" w:rsidRDefault="00EA60DE" w:rsidP="000C11BD">
            <w:pPr>
              <w:spacing w:line="240" w:lineRule="auto"/>
              <w:rPr>
                <w:rFonts w:cs="Times New Roman"/>
                <w:szCs w:val="24"/>
                <w:lang w:val="hr-HR"/>
              </w:rPr>
            </w:pPr>
          </w:p>
        </w:tc>
        <w:tc>
          <w:tcPr>
            <w:tcW w:w="1701" w:type="dxa"/>
          </w:tcPr>
          <w:p w14:paraId="5CBF31A2" w14:textId="77777777" w:rsidR="00EA60DE" w:rsidRPr="000C11BD" w:rsidRDefault="00EA60DE" w:rsidP="000C11BD">
            <w:pPr>
              <w:spacing w:line="240" w:lineRule="auto"/>
              <w:rPr>
                <w:rFonts w:cs="Times New Roman"/>
                <w:szCs w:val="24"/>
                <w:lang w:val="hr-HR"/>
              </w:rPr>
            </w:pPr>
          </w:p>
        </w:tc>
        <w:tc>
          <w:tcPr>
            <w:tcW w:w="3402" w:type="dxa"/>
          </w:tcPr>
          <w:p w14:paraId="2DDFF94E" w14:textId="77777777" w:rsidR="00EA60DE" w:rsidRPr="000C11BD" w:rsidRDefault="00EA60DE" w:rsidP="000C11BD">
            <w:pPr>
              <w:spacing w:line="240" w:lineRule="auto"/>
              <w:rPr>
                <w:rFonts w:cs="Times New Roman"/>
                <w:szCs w:val="24"/>
                <w:lang w:val="hr-HR"/>
              </w:rPr>
            </w:pPr>
          </w:p>
        </w:tc>
      </w:tr>
      <w:tr w:rsidR="00EA60DE" w:rsidRPr="000C11BD" w14:paraId="26566679" w14:textId="77777777" w:rsidTr="002660BD">
        <w:trPr>
          <w:jc w:val="center"/>
        </w:trPr>
        <w:tc>
          <w:tcPr>
            <w:tcW w:w="850" w:type="dxa"/>
            <w:vAlign w:val="center"/>
          </w:tcPr>
          <w:p w14:paraId="3DD2F6E6" w14:textId="77777777" w:rsidR="00EA60DE" w:rsidRPr="000C11BD" w:rsidRDefault="00831AB5" w:rsidP="000C11BD">
            <w:pPr>
              <w:spacing w:line="240" w:lineRule="auto"/>
              <w:jc w:val="center"/>
              <w:rPr>
                <w:rFonts w:cs="Times New Roman"/>
                <w:szCs w:val="24"/>
                <w:lang w:val="hr-HR"/>
              </w:rPr>
            </w:pPr>
            <w:r w:rsidRPr="000C11BD">
              <w:rPr>
                <w:rFonts w:cs="Times New Roman"/>
                <w:szCs w:val="24"/>
                <w:lang w:val="hr-HR"/>
              </w:rPr>
              <w:t>2.</w:t>
            </w:r>
          </w:p>
        </w:tc>
        <w:tc>
          <w:tcPr>
            <w:tcW w:w="3402" w:type="dxa"/>
          </w:tcPr>
          <w:p w14:paraId="6156B77C" w14:textId="77777777" w:rsidR="00EA60DE" w:rsidRPr="000C11BD" w:rsidRDefault="00EA60DE" w:rsidP="000C11BD">
            <w:pPr>
              <w:spacing w:line="240" w:lineRule="auto"/>
              <w:rPr>
                <w:rFonts w:cs="Times New Roman"/>
                <w:szCs w:val="24"/>
                <w:lang w:val="hr-HR"/>
              </w:rPr>
            </w:pPr>
          </w:p>
        </w:tc>
        <w:tc>
          <w:tcPr>
            <w:tcW w:w="1701" w:type="dxa"/>
          </w:tcPr>
          <w:p w14:paraId="56C9F965" w14:textId="77777777" w:rsidR="00EA60DE" w:rsidRPr="000C11BD" w:rsidRDefault="00EA60DE" w:rsidP="000C11BD">
            <w:pPr>
              <w:spacing w:line="240" w:lineRule="auto"/>
              <w:rPr>
                <w:rFonts w:cs="Times New Roman"/>
                <w:szCs w:val="24"/>
                <w:lang w:val="hr-HR"/>
              </w:rPr>
            </w:pPr>
          </w:p>
        </w:tc>
        <w:tc>
          <w:tcPr>
            <w:tcW w:w="3402" w:type="dxa"/>
          </w:tcPr>
          <w:p w14:paraId="1D71805E" w14:textId="77777777" w:rsidR="00EA60DE" w:rsidRPr="000C11BD" w:rsidRDefault="00EA60DE" w:rsidP="000C11BD">
            <w:pPr>
              <w:spacing w:line="240" w:lineRule="auto"/>
              <w:rPr>
                <w:rFonts w:cs="Times New Roman"/>
                <w:szCs w:val="24"/>
                <w:lang w:val="hr-HR"/>
              </w:rPr>
            </w:pPr>
          </w:p>
        </w:tc>
      </w:tr>
      <w:tr w:rsidR="00EA60DE" w:rsidRPr="000C11BD" w14:paraId="45DA3D1C" w14:textId="77777777" w:rsidTr="002660BD">
        <w:trPr>
          <w:jc w:val="center"/>
        </w:trPr>
        <w:tc>
          <w:tcPr>
            <w:tcW w:w="850" w:type="dxa"/>
            <w:vAlign w:val="center"/>
          </w:tcPr>
          <w:p w14:paraId="5BA5FF01" w14:textId="77777777" w:rsidR="00EA60DE" w:rsidRPr="000C11BD" w:rsidRDefault="00831AB5" w:rsidP="000C11BD">
            <w:pPr>
              <w:spacing w:line="240" w:lineRule="auto"/>
              <w:jc w:val="center"/>
              <w:rPr>
                <w:rFonts w:cs="Times New Roman"/>
                <w:szCs w:val="24"/>
                <w:lang w:val="hr-HR"/>
              </w:rPr>
            </w:pPr>
            <w:r w:rsidRPr="000C11BD">
              <w:rPr>
                <w:rFonts w:cs="Times New Roman"/>
                <w:szCs w:val="24"/>
                <w:lang w:val="hr-HR"/>
              </w:rPr>
              <w:t>3.</w:t>
            </w:r>
          </w:p>
        </w:tc>
        <w:tc>
          <w:tcPr>
            <w:tcW w:w="3402" w:type="dxa"/>
          </w:tcPr>
          <w:p w14:paraId="0A34BB68" w14:textId="77777777" w:rsidR="00EA60DE" w:rsidRPr="000C11BD" w:rsidRDefault="00EA60DE" w:rsidP="000C11BD">
            <w:pPr>
              <w:spacing w:line="240" w:lineRule="auto"/>
              <w:rPr>
                <w:rFonts w:cs="Times New Roman"/>
                <w:szCs w:val="24"/>
                <w:lang w:val="hr-HR"/>
              </w:rPr>
            </w:pPr>
          </w:p>
        </w:tc>
        <w:tc>
          <w:tcPr>
            <w:tcW w:w="1701" w:type="dxa"/>
          </w:tcPr>
          <w:p w14:paraId="240649CB" w14:textId="77777777" w:rsidR="00EA60DE" w:rsidRPr="000C11BD" w:rsidRDefault="00EA60DE" w:rsidP="000C11BD">
            <w:pPr>
              <w:spacing w:line="240" w:lineRule="auto"/>
              <w:rPr>
                <w:rFonts w:cs="Times New Roman"/>
                <w:szCs w:val="24"/>
                <w:lang w:val="hr-HR"/>
              </w:rPr>
            </w:pPr>
          </w:p>
        </w:tc>
        <w:tc>
          <w:tcPr>
            <w:tcW w:w="3402" w:type="dxa"/>
          </w:tcPr>
          <w:p w14:paraId="2049AF63" w14:textId="77777777" w:rsidR="00EA60DE" w:rsidRPr="000C11BD" w:rsidRDefault="00EA60DE" w:rsidP="000C11BD">
            <w:pPr>
              <w:spacing w:line="240" w:lineRule="auto"/>
              <w:rPr>
                <w:rFonts w:cs="Times New Roman"/>
                <w:szCs w:val="24"/>
                <w:lang w:val="hr-HR"/>
              </w:rPr>
            </w:pPr>
          </w:p>
        </w:tc>
      </w:tr>
      <w:tr w:rsidR="00EA60DE" w:rsidRPr="000C11BD" w14:paraId="092338E8" w14:textId="77777777" w:rsidTr="002660BD">
        <w:trPr>
          <w:jc w:val="center"/>
        </w:trPr>
        <w:tc>
          <w:tcPr>
            <w:tcW w:w="850" w:type="dxa"/>
            <w:vAlign w:val="center"/>
          </w:tcPr>
          <w:p w14:paraId="60673456" w14:textId="77777777" w:rsidR="00EA60DE" w:rsidRPr="000C11BD" w:rsidRDefault="00831AB5" w:rsidP="000C11BD">
            <w:pPr>
              <w:spacing w:line="240" w:lineRule="auto"/>
              <w:jc w:val="center"/>
              <w:rPr>
                <w:rFonts w:cs="Times New Roman"/>
                <w:szCs w:val="24"/>
                <w:lang w:val="hr-HR"/>
              </w:rPr>
            </w:pPr>
            <w:r w:rsidRPr="000C11BD">
              <w:rPr>
                <w:rFonts w:cs="Times New Roman"/>
                <w:szCs w:val="24"/>
                <w:lang w:val="hr-HR"/>
              </w:rPr>
              <w:t>4.</w:t>
            </w:r>
          </w:p>
        </w:tc>
        <w:tc>
          <w:tcPr>
            <w:tcW w:w="3402" w:type="dxa"/>
          </w:tcPr>
          <w:p w14:paraId="724FA6EC" w14:textId="77777777" w:rsidR="00EA60DE" w:rsidRPr="000C11BD" w:rsidRDefault="00EA60DE" w:rsidP="000C11BD">
            <w:pPr>
              <w:spacing w:line="240" w:lineRule="auto"/>
              <w:rPr>
                <w:rFonts w:cs="Times New Roman"/>
                <w:szCs w:val="24"/>
                <w:lang w:val="hr-HR"/>
              </w:rPr>
            </w:pPr>
          </w:p>
        </w:tc>
        <w:tc>
          <w:tcPr>
            <w:tcW w:w="1701" w:type="dxa"/>
          </w:tcPr>
          <w:p w14:paraId="74C3AA36" w14:textId="77777777" w:rsidR="00EA60DE" w:rsidRPr="000C11BD" w:rsidRDefault="00EA60DE" w:rsidP="000C11BD">
            <w:pPr>
              <w:spacing w:line="240" w:lineRule="auto"/>
              <w:rPr>
                <w:rFonts w:cs="Times New Roman"/>
                <w:szCs w:val="24"/>
                <w:lang w:val="hr-HR"/>
              </w:rPr>
            </w:pPr>
          </w:p>
        </w:tc>
        <w:tc>
          <w:tcPr>
            <w:tcW w:w="3402" w:type="dxa"/>
          </w:tcPr>
          <w:p w14:paraId="1165CAD6" w14:textId="77777777" w:rsidR="00EA60DE" w:rsidRPr="000C11BD" w:rsidRDefault="00EA60DE" w:rsidP="000C11BD">
            <w:pPr>
              <w:spacing w:line="240" w:lineRule="auto"/>
              <w:rPr>
                <w:rFonts w:cs="Times New Roman"/>
                <w:szCs w:val="24"/>
                <w:lang w:val="hr-HR"/>
              </w:rPr>
            </w:pPr>
          </w:p>
        </w:tc>
      </w:tr>
      <w:tr w:rsidR="00EA60DE" w:rsidRPr="000C11BD" w14:paraId="420A11D8" w14:textId="77777777">
        <w:trPr>
          <w:jc w:val="center"/>
        </w:trPr>
        <w:tc>
          <w:tcPr>
            <w:tcW w:w="850" w:type="dxa"/>
          </w:tcPr>
          <w:p w14:paraId="274AC27F" w14:textId="77777777" w:rsidR="00EA60DE" w:rsidRPr="000C11BD" w:rsidRDefault="00831AB5" w:rsidP="000C11BD">
            <w:pPr>
              <w:spacing w:line="240" w:lineRule="auto"/>
              <w:rPr>
                <w:rFonts w:cs="Times New Roman"/>
                <w:szCs w:val="24"/>
                <w:lang w:val="hr-HR"/>
              </w:rPr>
            </w:pPr>
            <w:r w:rsidRPr="000C11BD">
              <w:rPr>
                <w:rFonts w:cs="Times New Roman"/>
                <w:b/>
                <w:szCs w:val="24"/>
                <w:lang w:val="hr-HR"/>
              </w:rPr>
              <w:t>UKUPNO</w:t>
            </w:r>
          </w:p>
        </w:tc>
        <w:tc>
          <w:tcPr>
            <w:tcW w:w="3402" w:type="dxa"/>
          </w:tcPr>
          <w:p w14:paraId="7A144E09" w14:textId="77777777" w:rsidR="00EA60DE" w:rsidRPr="000C11BD" w:rsidRDefault="00EA60DE" w:rsidP="000C11BD">
            <w:pPr>
              <w:spacing w:line="240" w:lineRule="auto"/>
              <w:rPr>
                <w:rFonts w:cs="Times New Roman"/>
                <w:szCs w:val="24"/>
                <w:lang w:val="hr-HR"/>
              </w:rPr>
            </w:pPr>
          </w:p>
        </w:tc>
        <w:tc>
          <w:tcPr>
            <w:tcW w:w="1701" w:type="dxa"/>
          </w:tcPr>
          <w:p w14:paraId="7802AF8B" w14:textId="77777777" w:rsidR="00EA60DE" w:rsidRPr="000C11BD" w:rsidRDefault="00EA60DE" w:rsidP="000C11BD">
            <w:pPr>
              <w:spacing w:line="240" w:lineRule="auto"/>
              <w:rPr>
                <w:rFonts w:cs="Times New Roman"/>
                <w:szCs w:val="24"/>
                <w:lang w:val="hr-HR"/>
              </w:rPr>
            </w:pPr>
          </w:p>
        </w:tc>
        <w:tc>
          <w:tcPr>
            <w:tcW w:w="3402" w:type="dxa"/>
          </w:tcPr>
          <w:p w14:paraId="1A156681" w14:textId="77777777" w:rsidR="00EA60DE" w:rsidRPr="000C11BD" w:rsidRDefault="00EA60DE" w:rsidP="000C11BD">
            <w:pPr>
              <w:spacing w:line="240" w:lineRule="auto"/>
              <w:rPr>
                <w:rFonts w:cs="Times New Roman"/>
                <w:szCs w:val="24"/>
                <w:lang w:val="hr-HR"/>
              </w:rPr>
            </w:pPr>
          </w:p>
        </w:tc>
      </w:tr>
    </w:tbl>
    <w:p w14:paraId="175B610A" w14:textId="77777777" w:rsidR="00EA60DE" w:rsidRPr="000C11BD" w:rsidRDefault="00EA60DE" w:rsidP="000C11BD">
      <w:pPr>
        <w:spacing w:line="240" w:lineRule="auto"/>
        <w:rPr>
          <w:rFonts w:cs="Times New Roman"/>
          <w:szCs w:val="24"/>
          <w:lang w:val="hr-HR"/>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52"/>
        <w:gridCol w:w="5102"/>
      </w:tblGrid>
      <w:tr w:rsidR="00EA60DE" w:rsidRPr="000C11BD" w14:paraId="2A3B1296" w14:textId="77777777">
        <w:trPr>
          <w:jc w:val="center"/>
        </w:trPr>
        <w:tc>
          <w:tcPr>
            <w:tcW w:w="4252" w:type="dxa"/>
          </w:tcPr>
          <w:p w14:paraId="27A680BF" w14:textId="77777777" w:rsidR="00EA60DE" w:rsidRPr="000C11BD" w:rsidRDefault="00831AB5" w:rsidP="000C11BD">
            <w:pPr>
              <w:spacing w:line="240" w:lineRule="auto"/>
              <w:rPr>
                <w:rFonts w:cs="Times New Roman"/>
                <w:szCs w:val="24"/>
                <w:lang w:val="hr-HR"/>
              </w:rPr>
            </w:pPr>
            <w:r w:rsidRPr="000C11BD">
              <w:rPr>
                <w:rFonts w:cs="Times New Roman"/>
                <w:b/>
                <w:szCs w:val="24"/>
                <w:lang w:val="hr-HR"/>
              </w:rPr>
              <w:t>Mjesto i datum:</w:t>
            </w:r>
          </w:p>
        </w:tc>
        <w:tc>
          <w:tcPr>
            <w:tcW w:w="5102" w:type="dxa"/>
          </w:tcPr>
          <w:p w14:paraId="39A5D722" w14:textId="77777777" w:rsidR="00EA60DE" w:rsidRPr="000C11BD" w:rsidRDefault="00EA60DE" w:rsidP="000C11BD">
            <w:pPr>
              <w:spacing w:line="240" w:lineRule="auto"/>
              <w:rPr>
                <w:rFonts w:cs="Times New Roman"/>
                <w:szCs w:val="24"/>
                <w:lang w:val="hr-HR"/>
              </w:rPr>
            </w:pPr>
          </w:p>
        </w:tc>
      </w:tr>
      <w:tr w:rsidR="00EA60DE" w:rsidRPr="000C11BD" w14:paraId="647C5428" w14:textId="77777777">
        <w:trPr>
          <w:jc w:val="center"/>
        </w:trPr>
        <w:tc>
          <w:tcPr>
            <w:tcW w:w="4252" w:type="dxa"/>
          </w:tcPr>
          <w:p w14:paraId="3744D929" w14:textId="77777777" w:rsidR="00EA60DE" w:rsidRPr="000C11BD" w:rsidRDefault="00831AB5" w:rsidP="000C11BD">
            <w:pPr>
              <w:spacing w:line="240" w:lineRule="auto"/>
              <w:rPr>
                <w:rFonts w:cs="Times New Roman"/>
                <w:szCs w:val="24"/>
                <w:lang w:val="hr-HR"/>
              </w:rPr>
            </w:pPr>
            <w:r w:rsidRPr="000C11BD">
              <w:rPr>
                <w:rFonts w:cs="Times New Roman"/>
                <w:b/>
                <w:szCs w:val="24"/>
                <w:lang w:val="hr-HR"/>
              </w:rPr>
              <w:t>Potpis podnositelja / osobe ovlaštene za zastupanje:</w:t>
            </w:r>
          </w:p>
        </w:tc>
        <w:tc>
          <w:tcPr>
            <w:tcW w:w="5102" w:type="dxa"/>
          </w:tcPr>
          <w:p w14:paraId="674BDD79" w14:textId="77777777" w:rsidR="00EA60DE" w:rsidRPr="000C11BD" w:rsidRDefault="00EA60DE" w:rsidP="000C11BD">
            <w:pPr>
              <w:spacing w:line="240" w:lineRule="auto"/>
              <w:rPr>
                <w:rFonts w:cs="Times New Roman"/>
                <w:szCs w:val="24"/>
                <w:lang w:val="hr-HR"/>
              </w:rPr>
            </w:pPr>
          </w:p>
        </w:tc>
      </w:tr>
    </w:tbl>
    <w:p w14:paraId="10B55D46" w14:textId="77777777" w:rsidR="00EA60DE" w:rsidRPr="000C11BD" w:rsidRDefault="00EA60DE" w:rsidP="000C11BD">
      <w:pPr>
        <w:spacing w:line="240" w:lineRule="auto"/>
        <w:rPr>
          <w:rFonts w:cs="Times New Roman"/>
          <w:szCs w:val="24"/>
          <w:lang w:val="hr-HR"/>
        </w:rPr>
      </w:pPr>
    </w:p>
    <w:p w14:paraId="18C7F8A2" w14:textId="77777777" w:rsidR="00EA60DE" w:rsidRPr="000C11BD" w:rsidRDefault="00831AB5" w:rsidP="000C11BD">
      <w:pPr>
        <w:spacing w:line="240" w:lineRule="auto"/>
        <w:rPr>
          <w:rFonts w:cs="Times New Roman"/>
          <w:szCs w:val="24"/>
          <w:lang w:val="hr-HR"/>
        </w:rPr>
      </w:pPr>
      <w:r w:rsidRPr="000C11BD">
        <w:rPr>
          <w:rFonts w:cs="Times New Roman"/>
          <w:szCs w:val="24"/>
          <w:lang w:val="hr-HR"/>
        </w:rPr>
        <w:br w:type="page"/>
      </w:r>
    </w:p>
    <w:p w14:paraId="4A9A2D27" w14:textId="77777777" w:rsidR="00EA60DE" w:rsidRPr="000C11BD" w:rsidRDefault="00831AB5" w:rsidP="000C11BD">
      <w:pPr>
        <w:spacing w:line="240" w:lineRule="auto"/>
        <w:jc w:val="center"/>
        <w:rPr>
          <w:rFonts w:cs="Times New Roman"/>
          <w:szCs w:val="24"/>
          <w:lang w:val="hr-HR"/>
        </w:rPr>
      </w:pPr>
      <w:r w:rsidRPr="000C11BD">
        <w:rPr>
          <w:rFonts w:cs="Times New Roman"/>
          <w:b/>
          <w:szCs w:val="24"/>
          <w:lang w:val="hr-HR"/>
        </w:rPr>
        <w:lastRenderedPageBreak/>
        <w:t>PRILOG 3.</w:t>
      </w:r>
    </w:p>
    <w:p w14:paraId="17C303E4" w14:textId="77777777" w:rsidR="00EA60DE" w:rsidRPr="000C11BD" w:rsidRDefault="00831AB5" w:rsidP="000C11BD">
      <w:pPr>
        <w:spacing w:line="240" w:lineRule="auto"/>
        <w:jc w:val="center"/>
        <w:rPr>
          <w:rFonts w:cs="Times New Roman"/>
          <w:szCs w:val="24"/>
          <w:lang w:val="hr-HR"/>
        </w:rPr>
      </w:pPr>
      <w:r w:rsidRPr="000C11BD">
        <w:rPr>
          <w:rFonts w:cs="Times New Roman"/>
          <w:b/>
          <w:szCs w:val="24"/>
          <w:lang w:val="hr-HR"/>
        </w:rPr>
        <w:t>OBRAZAC IZVJEŠĆA O PROVEDBI AKTIVNOSTI I UTROŠKU SREDSTAVA</w:t>
      </w:r>
    </w:p>
    <w:p w14:paraId="2F7909B0" w14:textId="77777777" w:rsidR="00EA60DE" w:rsidRPr="000C11BD" w:rsidRDefault="00831AB5" w:rsidP="000C11BD">
      <w:pPr>
        <w:spacing w:line="240" w:lineRule="auto"/>
        <w:rPr>
          <w:rFonts w:cs="Times New Roman"/>
          <w:szCs w:val="24"/>
          <w:lang w:val="hr-HR"/>
        </w:rPr>
      </w:pPr>
      <w:r w:rsidRPr="000C11BD">
        <w:rPr>
          <w:rFonts w:cs="Times New Roman"/>
          <w:b/>
          <w:szCs w:val="24"/>
          <w:lang w:val="hr-HR"/>
        </w:rPr>
        <w:t>1. Podaci o korisniku i odobrenom pokroviteljstvu</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52"/>
        <w:gridCol w:w="5102"/>
      </w:tblGrid>
      <w:tr w:rsidR="00EA60DE" w:rsidRPr="000C11BD" w14:paraId="1B8E2D47" w14:textId="77777777">
        <w:trPr>
          <w:jc w:val="center"/>
        </w:trPr>
        <w:tc>
          <w:tcPr>
            <w:tcW w:w="4252" w:type="dxa"/>
          </w:tcPr>
          <w:p w14:paraId="51755FD5" w14:textId="77777777" w:rsidR="00EA60DE" w:rsidRPr="000C11BD" w:rsidRDefault="00831AB5" w:rsidP="000C11BD">
            <w:pPr>
              <w:spacing w:line="240" w:lineRule="auto"/>
              <w:rPr>
                <w:rFonts w:cs="Times New Roman"/>
                <w:szCs w:val="24"/>
                <w:lang w:val="hr-HR"/>
              </w:rPr>
            </w:pPr>
            <w:r w:rsidRPr="000C11BD">
              <w:rPr>
                <w:rFonts w:cs="Times New Roman"/>
                <w:b/>
                <w:szCs w:val="24"/>
                <w:lang w:val="hr-HR"/>
              </w:rPr>
              <w:t>Naziv korisnika / ime i prezime fizičke osobe:</w:t>
            </w:r>
          </w:p>
        </w:tc>
        <w:tc>
          <w:tcPr>
            <w:tcW w:w="5102" w:type="dxa"/>
          </w:tcPr>
          <w:p w14:paraId="1EEA3F61" w14:textId="77777777" w:rsidR="00EA60DE" w:rsidRPr="000C11BD" w:rsidRDefault="00EA60DE" w:rsidP="000C11BD">
            <w:pPr>
              <w:spacing w:line="240" w:lineRule="auto"/>
              <w:rPr>
                <w:rFonts w:cs="Times New Roman"/>
                <w:szCs w:val="24"/>
                <w:lang w:val="hr-HR"/>
              </w:rPr>
            </w:pPr>
          </w:p>
        </w:tc>
      </w:tr>
      <w:tr w:rsidR="00EA60DE" w:rsidRPr="000C11BD" w14:paraId="758486DF" w14:textId="77777777">
        <w:trPr>
          <w:jc w:val="center"/>
        </w:trPr>
        <w:tc>
          <w:tcPr>
            <w:tcW w:w="4252" w:type="dxa"/>
          </w:tcPr>
          <w:p w14:paraId="386BC9BF" w14:textId="77777777" w:rsidR="00EA60DE" w:rsidRPr="000C11BD" w:rsidRDefault="00831AB5" w:rsidP="000C11BD">
            <w:pPr>
              <w:spacing w:line="240" w:lineRule="auto"/>
              <w:rPr>
                <w:rFonts w:cs="Times New Roman"/>
                <w:szCs w:val="24"/>
                <w:lang w:val="hr-HR"/>
              </w:rPr>
            </w:pPr>
            <w:r w:rsidRPr="000C11BD">
              <w:rPr>
                <w:rFonts w:cs="Times New Roman"/>
                <w:b/>
                <w:szCs w:val="24"/>
                <w:lang w:val="hr-HR"/>
              </w:rPr>
              <w:t>OIB:</w:t>
            </w:r>
          </w:p>
        </w:tc>
        <w:tc>
          <w:tcPr>
            <w:tcW w:w="5102" w:type="dxa"/>
          </w:tcPr>
          <w:p w14:paraId="1A276CC5" w14:textId="77777777" w:rsidR="00EA60DE" w:rsidRPr="000C11BD" w:rsidRDefault="00EA60DE" w:rsidP="000C11BD">
            <w:pPr>
              <w:spacing w:line="240" w:lineRule="auto"/>
              <w:rPr>
                <w:rFonts w:cs="Times New Roman"/>
                <w:szCs w:val="24"/>
                <w:lang w:val="hr-HR"/>
              </w:rPr>
            </w:pPr>
          </w:p>
        </w:tc>
      </w:tr>
      <w:tr w:rsidR="00EA60DE" w:rsidRPr="000C11BD" w14:paraId="2A37AD26" w14:textId="77777777">
        <w:trPr>
          <w:jc w:val="center"/>
        </w:trPr>
        <w:tc>
          <w:tcPr>
            <w:tcW w:w="4252" w:type="dxa"/>
          </w:tcPr>
          <w:p w14:paraId="783719E3" w14:textId="77777777" w:rsidR="00EA60DE" w:rsidRPr="000C11BD" w:rsidRDefault="00831AB5" w:rsidP="000C11BD">
            <w:pPr>
              <w:spacing w:line="240" w:lineRule="auto"/>
              <w:rPr>
                <w:rFonts w:cs="Times New Roman"/>
                <w:szCs w:val="24"/>
                <w:lang w:val="hr-HR"/>
              </w:rPr>
            </w:pPr>
            <w:r w:rsidRPr="000C11BD">
              <w:rPr>
                <w:rFonts w:cs="Times New Roman"/>
                <w:b/>
                <w:szCs w:val="24"/>
                <w:lang w:val="hr-HR"/>
              </w:rPr>
              <w:t>Naziv aktivnosti:</w:t>
            </w:r>
          </w:p>
        </w:tc>
        <w:tc>
          <w:tcPr>
            <w:tcW w:w="5102" w:type="dxa"/>
          </w:tcPr>
          <w:p w14:paraId="74E9037C" w14:textId="77777777" w:rsidR="00EA60DE" w:rsidRPr="000C11BD" w:rsidRDefault="00EA60DE" w:rsidP="000C11BD">
            <w:pPr>
              <w:spacing w:line="240" w:lineRule="auto"/>
              <w:rPr>
                <w:rFonts w:cs="Times New Roman"/>
                <w:szCs w:val="24"/>
                <w:lang w:val="hr-HR"/>
              </w:rPr>
            </w:pPr>
          </w:p>
        </w:tc>
      </w:tr>
      <w:tr w:rsidR="00EA60DE" w:rsidRPr="000C11BD" w14:paraId="366FC52D" w14:textId="77777777">
        <w:trPr>
          <w:jc w:val="center"/>
        </w:trPr>
        <w:tc>
          <w:tcPr>
            <w:tcW w:w="4252" w:type="dxa"/>
          </w:tcPr>
          <w:p w14:paraId="34FA6372" w14:textId="77777777" w:rsidR="00EA60DE" w:rsidRPr="000C11BD" w:rsidRDefault="00831AB5" w:rsidP="000C11BD">
            <w:pPr>
              <w:spacing w:line="240" w:lineRule="auto"/>
              <w:rPr>
                <w:rFonts w:cs="Times New Roman"/>
                <w:szCs w:val="24"/>
                <w:lang w:val="hr-HR"/>
              </w:rPr>
            </w:pPr>
            <w:r w:rsidRPr="000C11BD">
              <w:rPr>
                <w:rFonts w:cs="Times New Roman"/>
                <w:b/>
                <w:szCs w:val="24"/>
                <w:lang w:val="hr-HR"/>
              </w:rPr>
              <w:t>Odobreni iznos financijskog pokroviteljstva:</w:t>
            </w:r>
          </w:p>
        </w:tc>
        <w:tc>
          <w:tcPr>
            <w:tcW w:w="5102" w:type="dxa"/>
          </w:tcPr>
          <w:p w14:paraId="04C5E1B0" w14:textId="77777777" w:rsidR="00EA60DE" w:rsidRPr="000C11BD" w:rsidRDefault="00831AB5" w:rsidP="000C11BD">
            <w:pPr>
              <w:spacing w:line="240" w:lineRule="auto"/>
              <w:rPr>
                <w:rFonts w:cs="Times New Roman"/>
                <w:szCs w:val="24"/>
                <w:lang w:val="hr-HR"/>
              </w:rPr>
            </w:pPr>
            <w:r w:rsidRPr="000C11BD">
              <w:rPr>
                <w:rFonts w:cs="Times New Roman"/>
                <w:szCs w:val="24"/>
                <w:lang w:val="hr-HR"/>
              </w:rPr>
              <w:t>__________ EUR</w:t>
            </w:r>
          </w:p>
        </w:tc>
      </w:tr>
      <w:tr w:rsidR="00EA60DE" w:rsidRPr="000C11BD" w14:paraId="11D61F55" w14:textId="77777777">
        <w:trPr>
          <w:jc w:val="center"/>
        </w:trPr>
        <w:tc>
          <w:tcPr>
            <w:tcW w:w="4252" w:type="dxa"/>
          </w:tcPr>
          <w:p w14:paraId="78EC1793" w14:textId="77777777" w:rsidR="00EA60DE" w:rsidRPr="000C11BD" w:rsidRDefault="00831AB5" w:rsidP="000C11BD">
            <w:pPr>
              <w:spacing w:line="240" w:lineRule="auto"/>
              <w:rPr>
                <w:rFonts w:cs="Times New Roman"/>
                <w:szCs w:val="24"/>
                <w:lang w:val="hr-HR"/>
              </w:rPr>
            </w:pPr>
            <w:r w:rsidRPr="000C11BD">
              <w:rPr>
                <w:rFonts w:cs="Times New Roman"/>
                <w:b/>
                <w:szCs w:val="24"/>
              </w:rPr>
              <w:t>Odobrena nefinancijska podrška, ako je primjenjivo:</w:t>
            </w:r>
          </w:p>
        </w:tc>
        <w:tc>
          <w:tcPr>
            <w:tcW w:w="5102" w:type="dxa"/>
          </w:tcPr>
          <w:p w14:paraId="14516681" w14:textId="77777777" w:rsidR="00EA60DE" w:rsidRPr="000C11BD" w:rsidRDefault="00EA60DE" w:rsidP="000C11BD">
            <w:pPr>
              <w:spacing w:line="240" w:lineRule="auto"/>
              <w:rPr>
                <w:rFonts w:cs="Times New Roman"/>
                <w:szCs w:val="24"/>
                <w:lang w:val="hr-HR"/>
              </w:rPr>
            </w:pPr>
          </w:p>
        </w:tc>
      </w:tr>
      <w:tr w:rsidR="00EA60DE" w:rsidRPr="000C11BD" w14:paraId="7A4A3BA1" w14:textId="77777777">
        <w:trPr>
          <w:jc w:val="center"/>
        </w:trPr>
        <w:tc>
          <w:tcPr>
            <w:tcW w:w="4252" w:type="dxa"/>
          </w:tcPr>
          <w:p w14:paraId="5E7CC9C2" w14:textId="77777777" w:rsidR="00EA60DE" w:rsidRPr="000C11BD" w:rsidRDefault="00831AB5" w:rsidP="000C11BD">
            <w:pPr>
              <w:spacing w:line="240" w:lineRule="auto"/>
              <w:rPr>
                <w:rFonts w:cs="Times New Roman"/>
                <w:szCs w:val="24"/>
                <w:lang w:val="hr-HR"/>
              </w:rPr>
            </w:pPr>
            <w:r w:rsidRPr="000C11BD">
              <w:rPr>
                <w:rFonts w:cs="Times New Roman"/>
                <w:b/>
                <w:szCs w:val="24"/>
                <w:lang w:val="hr-HR"/>
              </w:rPr>
              <w:t>Datum ili razdoblje provedbe aktivnosti:</w:t>
            </w:r>
          </w:p>
        </w:tc>
        <w:tc>
          <w:tcPr>
            <w:tcW w:w="5102" w:type="dxa"/>
          </w:tcPr>
          <w:p w14:paraId="7454F50F" w14:textId="77777777" w:rsidR="00EA60DE" w:rsidRPr="000C11BD" w:rsidRDefault="00EA60DE" w:rsidP="000C11BD">
            <w:pPr>
              <w:spacing w:line="240" w:lineRule="auto"/>
              <w:rPr>
                <w:rFonts w:cs="Times New Roman"/>
                <w:szCs w:val="24"/>
                <w:lang w:val="hr-HR"/>
              </w:rPr>
            </w:pPr>
          </w:p>
        </w:tc>
      </w:tr>
    </w:tbl>
    <w:p w14:paraId="0CDE8102" w14:textId="77777777" w:rsidR="00EA60DE" w:rsidRPr="000C11BD" w:rsidRDefault="00EA60DE" w:rsidP="000C11BD">
      <w:pPr>
        <w:spacing w:line="240" w:lineRule="auto"/>
        <w:rPr>
          <w:rFonts w:cs="Times New Roman"/>
          <w:szCs w:val="24"/>
          <w:lang w:val="hr-HR"/>
        </w:rPr>
      </w:pPr>
    </w:p>
    <w:p w14:paraId="4F07E465" w14:textId="77777777" w:rsidR="00EA60DE" w:rsidRPr="000C11BD" w:rsidRDefault="00831AB5" w:rsidP="000C11BD">
      <w:pPr>
        <w:spacing w:line="240" w:lineRule="auto"/>
        <w:rPr>
          <w:rFonts w:cs="Times New Roman"/>
          <w:szCs w:val="24"/>
          <w:lang w:val="hr-HR"/>
        </w:rPr>
      </w:pPr>
      <w:r w:rsidRPr="000C11BD">
        <w:rPr>
          <w:rFonts w:cs="Times New Roman"/>
          <w:b/>
          <w:szCs w:val="24"/>
          <w:lang w:val="hr-HR"/>
        </w:rPr>
        <w:t>2. Opis provedbe</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52"/>
        <w:gridCol w:w="5102"/>
      </w:tblGrid>
      <w:tr w:rsidR="00EA60DE" w:rsidRPr="000C11BD" w14:paraId="049F4129" w14:textId="77777777">
        <w:trPr>
          <w:jc w:val="center"/>
        </w:trPr>
        <w:tc>
          <w:tcPr>
            <w:tcW w:w="4252" w:type="dxa"/>
          </w:tcPr>
          <w:p w14:paraId="7CD1D925" w14:textId="77777777" w:rsidR="00EA60DE" w:rsidRPr="000C11BD" w:rsidRDefault="00831AB5" w:rsidP="000C11BD">
            <w:pPr>
              <w:spacing w:line="240" w:lineRule="auto"/>
              <w:rPr>
                <w:rFonts w:cs="Times New Roman"/>
                <w:szCs w:val="24"/>
                <w:lang w:val="hr-HR"/>
              </w:rPr>
            </w:pPr>
            <w:r w:rsidRPr="000C11BD">
              <w:rPr>
                <w:rFonts w:cs="Times New Roman"/>
                <w:b/>
                <w:szCs w:val="24"/>
                <w:lang w:val="hr-HR"/>
              </w:rPr>
              <w:t>Opis provedene aktivnosti:</w:t>
            </w:r>
          </w:p>
        </w:tc>
        <w:tc>
          <w:tcPr>
            <w:tcW w:w="5102" w:type="dxa"/>
          </w:tcPr>
          <w:p w14:paraId="19845435" w14:textId="77777777" w:rsidR="00EA60DE" w:rsidRPr="000C11BD" w:rsidRDefault="00831AB5" w:rsidP="000C11BD">
            <w:pPr>
              <w:spacing w:line="240" w:lineRule="auto"/>
              <w:rPr>
                <w:rFonts w:cs="Times New Roman"/>
                <w:szCs w:val="24"/>
                <w:lang w:val="hr-HR"/>
              </w:rPr>
            </w:pPr>
            <w:r w:rsidRPr="000C11BD">
              <w:rPr>
                <w:rFonts w:cs="Times New Roman"/>
                <w:szCs w:val="24"/>
                <w:lang w:val="hr-HR"/>
              </w:rPr>
              <w:br/>
            </w:r>
            <w:r w:rsidRPr="000C11BD">
              <w:rPr>
                <w:rFonts w:cs="Times New Roman"/>
                <w:szCs w:val="24"/>
                <w:lang w:val="hr-HR"/>
              </w:rPr>
              <w:br/>
            </w:r>
            <w:r w:rsidRPr="000C11BD">
              <w:rPr>
                <w:rFonts w:cs="Times New Roman"/>
                <w:szCs w:val="24"/>
                <w:lang w:val="hr-HR"/>
              </w:rPr>
              <w:br/>
            </w:r>
          </w:p>
        </w:tc>
      </w:tr>
      <w:tr w:rsidR="00EA60DE" w:rsidRPr="000C11BD" w14:paraId="4E6A416E" w14:textId="77777777">
        <w:trPr>
          <w:jc w:val="center"/>
        </w:trPr>
        <w:tc>
          <w:tcPr>
            <w:tcW w:w="4252" w:type="dxa"/>
          </w:tcPr>
          <w:p w14:paraId="6C937571" w14:textId="77777777" w:rsidR="00EA60DE" w:rsidRPr="000C11BD" w:rsidRDefault="00831AB5" w:rsidP="000C11BD">
            <w:pPr>
              <w:spacing w:line="240" w:lineRule="auto"/>
              <w:rPr>
                <w:rFonts w:cs="Times New Roman"/>
                <w:szCs w:val="24"/>
                <w:lang w:val="hr-HR"/>
              </w:rPr>
            </w:pPr>
            <w:r w:rsidRPr="000C11BD">
              <w:rPr>
                <w:rFonts w:cs="Times New Roman"/>
                <w:b/>
                <w:szCs w:val="24"/>
                <w:lang w:val="hr-HR"/>
              </w:rPr>
              <w:t>Ostvareni rezultati:</w:t>
            </w:r>
          </w:p>
        </w:tc>
        <w:tc>
          <w:tcPr>
            <w:tcW w:w="5102" w:type="dxa"/>
          </w:tcPr>
          <w:p w14:paraId="700D6F0D" w14:textId="77777777" w:rsidR="00EA60DE" w:rsidRPr="000C11BD" w:rsidRDefault="00831AB5" w:rsidP="000C11BD">
            <w:pPr>
              <w:spacing w:line="240" w:lineRule="auto"/>
              <w:rPr>
                <w:rFonts w:cs="Times New Roman"/>
                <w:szCs w:val="24"/>
                <w:lang w:val="hr-HR"/>
              </w:rPr>
            </w:pPr>
            <w:r w:rsidRPr="000C11BD">
              <w:rPr>
                <w:rFonts w:cs="Times New Roman"/>
                <w:szCs w:val="24"/>
                <w:lang w:val="hr-HR"/>
              </w:rPr>
              <w:br/>
            </w:r>
            <w:r w:rsidRPr="000C11BD">
              <w:rPr>
                <w:rFonts w:cs="Times New Roman"/>
                <w:szCs w:val="24"/>
                <w:lang w:val="hr-HR"/>
              </w:rPr>
              <w:br/>
            </w:r>
          </w:p>
        </w:tc>
      </w:tr>
      <w:tr w:rsidR="00EA60DE" w:rsidRPr="000C11BD" w14:paraId="4B9C5EF4" w14:textId="77777777">
        <w:trPr>
          <w:jc w:val="center"/>
        </w:trPr>
        <w:tc>
          <w:tcPr>
            <w:tcW w:w="4252" w:type="dxa"/>
          </w:tcPr>
          <w:p w14:paraId="5D5CEE9A" w14:textId="77777777" w:rsidR="00EA60DE" w:rsidRPr="000C11BD" w:rsidRDefault="00831AB5" w:rsidP="000C11BD">
            <w:pPr>
              <w:spacing w:line="240" w:lineRule="auto"/>
              <w:rPr>
                <w:rFonts w:cs="Times New Roman"/>
                <w:szCs w:val="24"/>
                <w:lang w:val="hr-HR"/>
              </w:rPr>
            </w:pPr>
            <w:r w:rsidRPr="000C11BD">
              <w:rPr>
                <w:rFonts w:cs="Times New Roman"/>
                <w:b/>
                <w:szCs w:val="24"/>
                <w:lang w:val="hr-HR"/>
              </w:rPr>
              <w:t>Broj sudionika / korisnika:</w:t>
            </w:r>
          </w:p>
        </w:tc>
        <w:tc>
          <w:tcPr>
            <w:tcW w:w="5102" w:type="dxa"/>
          </w:tcPr>
          <w:p w14:paraId="513A7B63" w14:textId="77777777" w:rsidR="00EA60DE" w:rsidRPr="000C11BD" w:rsidRDefault="00EA60DE" w:rsidP="000C11BD">
            <w:pPr>
              <w:spacing w:line="240" w:lineRule="auto"/>
              <w:rPr>
                <w:rFonts w:cs="Times New Roman"/>
                <w:szCs w:val="24"/>
                <w:lang w:val="hr-HR"/>
              </w:rPr>
            </w:pPr>
          </w:p>
        </w:tc>
      </w:tr>
      <w:tr w:rsidR="00EA60DE" w:rsidRPr="000C11BD" w14:paraId="4CAEA607" w14:textId="77777777">
        <w:trPr>
          <w:jc w:val="center"/>
        </w:trPr>
        <w:tc>
          <w:tcPr>
            <w:tcW w:w="4252" w:type="dxa"/>
          </w:tcPr>
          <w:p w14:paraId="48F39640" w14:textId="77777777" w:rsidR="00EA60DE" w:rsidRPr="000C11BD" w:rsidRDefault="00831AB5" w:rsidP="000C11BD">
            <w:pPr>
              <w:spacing w:line="240" w:lineRule="auto"/>
              <w:rPr>
                <w:rFonts w:cs="Times New Roman"/>
                <w:szCs w:val="24"/>
                <w:lang w:val="hr-HR"/>
              </w:rPr>
            </w:pPr>
            <w:r w:rsidRPr="000C11BD">
              <w:rPr>
                <w:rFonts w:cs="Times New Roman"/>
                <w:b/>
                <w:szCs w:val="24"/>
                <w:lang w:val="hr-HR"/>
              </w:rPr>
              <w:t>Način na koji je istaknuto pokroviteljstvo Grada Ploča:</w:t>
            </w:r>
          </w:p>
        </w:tc>
        <w:tc>
          <w:tcPr>
            <w:tcW w:w="5102" w:type="dxa"/>
          </w:tcPr>
          <w:p w14:paraId="43D7E666" w14:textId="77777777" w:rsidR="00EA60DE" w:rsidRPr="000C11BD" w:rsidRDefault="00831AB5" w:rsidP="000C11BD">
            <w:pPr>
              <w:spacing w:line="240" w:lineRule="auto"/>
              <w:rPr>
                <w:rFonts w:cs="Times New Roman"/>
                <w:szCs w:val="24"/>
                <w:lang w:val="hr-HR"/>
              </w:rPr>
            </w:pPr>
            <w:r w:rsidRPr="000C11BD">
              <w:rPr>
                <w:rFonts w:cs="Times New Roman"/>
                <w:szCs w:val="24"/>
                <w:lang w:val="hr-HR"/>
              </w:rPr>
              <w:br/>
            </w:r>
            <w:r w:rsidRPr="000C11BD">
              <w:rPr>
                <w:rFonts w:cs="Times New Roman"/>
                <w:szCs w:val="24"/>
                <w:lang w:val="hr-HR"/>
              </w:rPr>
              <w:br/>
            </w:r>
          </w:p>
        </w:tc>
      </w:tr>
      <w:tr w:rsidR="00EA60DE" w:rsidRPr="000C11BD" w14:paraId="7A4F2AAB" w14:textId="77777777">
        <w:trPr>
          <w:jc w:val="center"/>
        </w:trPr>
        <w:tc>
          <w:tcPr>
            <w:tcW w:w="4252" w:type="dxa"/>
          </w:tcPr>
          <w:p w14:paraId="6324459D" w14:textId="77777777" w:rsidR="00EA60DE" w:rsidRPr="000C11BD" w:rsidRDefault="00831AB5" w:rsidP="000C11BD">
            <w:pPr>
              <w:spacing w:line="240" w:lineRule="auto"/>
              <w:rPr>
                <w:rFonts w:cs="Times New Roman"/>
                <w:szCs w:val="24"/>
                <w:lang w:val="hr-HR"/>
              </w:rPr>
            </w:pPr>
            <w:r w:rsidRPr="000C11BD">
              <w:rPr>
                <w:rFonts w:cs="Times New Roman"/>
                <w:b/>
                <w:szCs w:val="24"/>
                <w:lang w:val="hr-HR"/>
              </w:rPr>
              <w:t>Značajne promjene u provedbi aktivnosti, ako ih je bilo:</w:t>
            </w:r>
          </w:p>
        </w:tc>
        <w:tc>
          <w:tcPr>
            <w:tcW w:w="5102" w:type="dxa"/>
          </w:tcPr>
          <w:p w14:paraId="018F8788" w14:textId="77777777" w:rsidR="00EA60DE" w:rsidRPr="000C11BD" w:rsidRDefault="00831AB5" w:rsidP="000C11BD">
            <w:pPr>
              <w:spacing w:line="240" w:lineRule="auto"/>
              <w:rPr>
                <w:rFonts w:cs="Times New Roman"/>
                <w:szCs w:val="24"/>
                <w:lang w:val="hr-HR"/>
              </w:rPr>
            </w:pPr>
            <w:r w:rsidRPr="000C11BD">
              <w:rPr>
                <w:rFonts w:cs="Times New Roman"/>
                <w:szCs w:val="24"/>
                <w:lang w:val="hr-HR"/>
              </w:rPr>
              <w:br/>
            </w:r>
            <w:r w:rsidRPr="000C11BD">
              <w:rPr>
                <w:rFonts w:cs="Times New Roman"/>
                <w:szCs w:val="24"/>
                <w:lang w:val="hr-HR"/>
              </w:rPr>
              <w:br/>
            </w:r>
          </w:p>
        </w:tc>
      </w:tr>
    </w:tbl>
    <w:p w14:paraId="4A24E027" w14:textId="77777777" w:rsidR="00EA60DE" w:rsidRPr="000C11BD" w:rsidRDefault="00EA60DE" w:rsidP="000C11BD">
      <w:pPr>
        <w:spacing w:line="240" w:lineRule="auto"/>
        <w:rPr>
          <w:rFonts w:cs="Times New Roman"/>
          <w:szCs w:val="24"/>
          <w:lang w:val="hr-HR"/>
        </w:rPr>
      </w:pPr>
    </w:p>
    <w:p w14:paraId="03B80B1E" w14:textId="77777777" w:rsidR="00EA60DE" w:rsidRPr="000C11BD" w:rsidRDefault="00831AB5" w:rsidP="000C11BD">
      <w:pPr>
        <w:spacing w:line="240" w:lineRule="auto"/>
        <w:rPr>
          <w:rFonts w:cs="Times New Roman"/>
          <w:szCs w:val="24"/>
          <w:lang w:val="hr-HR"/>
        </w:rPr>
      </w:pPr>
      <w:r w:rsidRPr="000C11BD">
        <w:rPr>
          <w:rFonts w:cs="Times New Roman"/>
          <w:b/>
          <w:szCs w:val="24"/>
          <w:lang w:val="hr-HR"/>
        </w:rPr>
        <w:t>3. Financijsko izvješće</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56"/>
        <w:gridCol w:w="2142"/>
        <w:gridCol w:w="1537"/>
        <w:gridCol w:w="1358"/>
        <w:gridCol w:w="1587"/>
        <w:gridCol w:w="1516"/>
      </w:tblGrid>
      <w:tr w:rsidR="00EA60DE" w:rsidRPr="000C11BD" w14:paraId="3D3C8A89" w14:textId="77777777" w:rsidTr="00432CEF">
        <w:trPr>
          <w:jc w:val="center"/>
        </w:trPr>
        <w:tc>
          <w:tcPr>
            <w:tcW w:w="567" w:type="dxa"/>
            <w:vAlign w:val="center"/>
          </w:tcPr>
          <w:p w14:paraId="468F344C" w14:textId="77777777" w:rsidR="00EA60DE" w:rsidRPr="000C11BD" w:rsidRDefault="00831AB5" w:rsidP="000C11BD">
            <w:pPr>
              <w:spacing w:line="240" w:lineRule="auto"/>
              <w:jc w:val="center"/>
              <w:rPr>
                <w:rFonts w:cs="Times New Roman"/>
                <w:szCs w:val="24"/>
                <w:lang w:val="hr-HR"/>
              </w:rPr>
            </w:pPr>
            <w:r w:rsidRPr="000C11BD">
              <w:rPr>
                <w:rFonts w:cs="Times New Roman"/>
                <w:b/>
                <w:szCs w:val="24"/>
                <w:lang w:val="hr-HR"/>
              </w:rPr>
              <w:t>Red. br.</w:t>
            </w:r>
          </w:p>
        </w:tc>
        <w:tc>
          <w:tcPr>
            <w:tcW w:w="2721" w:type="dxa"/>
            <w:vAlign w:val="center"/>
          </w:tcPr>
          <w:p w14:paraId="7ED61C80" w14:textId="77777777" w:rsidR="00EA60DE" w:rsidRPr="000C11BD" w:rsidRDefault="00831AB5" w:rsidP="000C11BD">
            <w:pPr>
              <w:spacing w:line="240" w:lineRule="auto"/>
              <w:jc w:val="center"/>
              <w:rPr>
                <w:rFonts w:cs="Times New Roman"/>
                <w:szCs w:val="24"/>
                <w:lang w:val="hr-HR"/>
              </w:rPr>
            </w:pPr>
            <w:r w:rsidRPr="000C11BD">
              <w:rPr>
                <w:rFonts w:cs="Times New Roman"/>
                <w:b/>
                <w:szCs w:val="24"/>
                <w:lang w:val="hr-HR"/>
              </w:rPr>
              <w:t>Vrsta troška</w:t>
            </w:r>
          </w:p>
        </w:tc>
        <w:tc>
          <w:tcPr>
            <w:tcW w:w="1701" w:type="dxa"/>
            <w:vAlign w:val="center"/>
          </w:tcPr>
          <w:p w14:paraId="771052FB" w14:textId="77777777" w:rsidR="00EA60DE" w:rsidRPr="000C11BD" w:rsidRDefault="00831AB5" w:rsidP="000C11BD">
            <w:pPr>
              <w:spacing w:line="240" w:lineRule="auto"/>
              <w:jc w:val="center"/>
              <w:rPr>
                <w:rFonts w:cs="Times New Roman"/>
                <w:szCs w:val="24"/>
                <w:lang w:val="hr-HR"/>
              </w:rPr>
            </w:pPr>
            <w:r w:rsidRPr="000C11BD">
              <w:rPr>
                <w:rFonts w:cs="Times New Roman"/>
                <w:b/>
                <w:szCs w:val="24"/>
                <w:lang w:val="hr-HR"/>
              </w:rPr>
              <w:t>Planirani / odobreni iznos</w:t>
            </w:r>
          </w:p>
        </w:tc>
        <w:tc>
          <w:tcPr>
            <w:tcW w:w="1417" w:type="dxa"/>
            <w:vAlign w:val="center"/>
          </w:tcPr>
          <w:p w14:paraId="484C6A62" w14:textId="77777777" w:rsidR="00EA60DE" w:rsidRPr="000C11BD" w:rsidRDefault="00831AB5" w:rsidP="000C11BD">
            <w:pPr>
              <w:spacing w:line="240" w:lineRule="auto"/>
              <w:jc w:val="center"/>
              <w:rPr>
                <w:rFonts w:cs="Times New Roman"/>
                <w:szCs w:val="24"/>
                <w:lang w:val="hr-HR"/>
              </w:rPr>
            </w:pPr>
            <w:r w:rsidRPr="000C11BD">
              <w:rPr>
                <w:rFonts w:cs="Times New Roman"/>
                <w:b/>
                <w:szCs w:val="24"/>
                <w:lang w:val="hr-HR"/>
              </w:rPr>
              <w:t>Ostvareni iznos</w:t>
            </w:r>
          </w:p>
        </w:tc>
        <w:tc>
          <w:tcPr>
            <w:tcW w:w="1701" w:type="dxa"/>
            <w:vAlign w:val="center"/>
          </w:tcPr>
          <w:p w14:paraId="369A0D8A" w14:textId="77777777" w:rsidR="00EA60DE" w:rsidRPr="000C11BD" w:rsidRDefault="00831AB5" w:rsidP="000C11BD">
            <w:pPr>
              <w:spacing w:line="240" w:lineRule="auto"/>
              <w:jc w:val="center"/>
              <w:rPr>
                <w:rFonts w:cs="Times New Roman"/>
                <w:szCs w:val="24"/>
                <w:lang w:val="hr-HR"/>
              </w:rPr>
            </w:pPr>
            <w:r w:rsidRPr="000C11BD">
              <w:rPr>
                <w:rFonts w:cs="Times New Roman"/>
                <w:b/>
                <w:szCs w:val="24"/>
                <w:lang w:val="hr-HR"/>
              </w:rPr>
              <w:t>Iznos plaćen sredstvima Grada Ploča</w:t>
            </w:r>
          </w:p>
        </w:tc>
        <w:tc>
          <w:tcPr>
            <w:tcW w:w="1701" w:type="dxa"/>
            <w:vAlign w:val="center"/>
          </w:tcPr>
          <w:p w14:paraId="4F063C1A" w14:textId="77777777" w:rsidR="00EA60DE" w:rsidRPr="000C11BD" w:rsidRDefault="00831AB5" w:rsidP="000C11BD">
            <w:pPr>
              <w:spacing w:line="240" w:lineRule="auto"/>
              <w:jc w:val="center"/>
              <w:rPr>
                <w:rFonts w:cs="Times New Roman"/>
                <w:szCs w:val="24"/>
                <w:lang w:val="hr-HR"/>
              </w:rPr>
            </w:pPr>
            <w:r w:rsidRPr="000C11BD">
              <w:rPr>
                <w:rFonts w:cs="Times New Roman"/>
                <w:b/>
                <w:szCs w:val="24"/>
                <w:lang w:val="hr-HR"/>
              </w:rPr>
              <w:t>Dokaz o trošku i plaćanju</w:t>
            </w:r>
          </w:p>
        </w:tc>
      </w:tr>
      <w:tr w:rsidR="00EA60DE" w:rsidRPr="000C11BD" w14:paraId="640CCA0D" w14:textId="77777777" w:rsidTr="00432CEF">
        <w:trPr>
          <w:jc w:val="center"/>
        </w:trPr>
        <w:tc>
          <w:tcPr>
            <w:tcW w:w="567" w:type="dxa"/>
            <w:vAlign w:val="center"/>
          </w:tcPr>
          <w:p w14:paraId="569B827C" w14:textId="77777777" w:rsidR="00EA60DE" w:rsidRPr="000C11BD" w:rsidRDefault="00831AB5" w:rsidP="000C11BD">
            <w:pPr>
              <w:spacing w:line="240" w:lineRule="auto"/>
              <w:jc w:val="center"/>
              <w:rPr>
                <w:rFonts w:cs="Times New Roman"/>
                <w:szCs w:val="24"/>
                <w:lang w:val="hr-HR"/>
              </w:rPr>
            </w:pPr>
            <w:r w:rsidRPr="000C11BD">
              <w:rPr>
                <w:rFonts w:cs="Times New Roman"/>
                <w:szCs w:val="24"/>
                <w:lang w:val="hr-HR"/>
              </w:rPr>
              <w:t>1.</w:t>
            </w:r>
          </w:p>
        </w:tc>
        <w:tc>
          <w:tcPr>
            <w:tcW w:w="2721" w:type="dxa"/>
          </w:tcPr>
          <w:p w14:paraId="26E9AB49" w14:textId="77777777" w:rsidR="00EA60DE" w:rsidRPr="000C11BD" w:rsidRDefault="00EA60DE" w:rsidP="000C11BD">
            <w:pPr>
              <w:spacing w:line="240" w:lineRule="auto"/>
              <w:rPr>
                <w:rFonts w:cs="Times New Roman"/>
                <w:szCs w:val="24"/>
                <w:lang w:val="hr-HR"/>
              </w:rPr>
            </w:pPr>
          </w:p>
        </w:tc>
        <w:tc>
          <w:tcPr>
            <w:tcW w:w="1701" w:type="dxa"/>
          </w:tcPr>
          <w:p w14:paraId="6D5CD9FF" w14:textId="77777777" w:rsidR="00EA60DE" w:rsidRPr="000C11BD" w:rsidRDefault="00EA60DE" w:rsidP="000C11BD">
            <w:pPr>
              <w:spacing w:line="240" w:lineRule="auto"/>
              <w:rPr>
                <w:rFonts w:cs="Times New Roman"/>
                <w:szCs w:val="24"/>
                <w:lang w:val="hr-HR"/>
              </w:rPr>
            </w:pPr>
          </w:p>
        </w:tc>
        <w:tc>
          <w:tcPr>
            <w:tcW w:w="1417" w:type="dxa"/>
          </w:tcPr>
          <w:p w14:paraId="1E23FA9C" w14:textId="77777777" w:rsidR="00EA60DE" w:rsidRPr="000C11BD" w:rsidRDefault="00EA60DE" w:rsidP="000C11BD">
            <w:pPr>
              <w:spacing w:line="240" w:lineRule="auto"/>
              <w:rPr>
                <w:rFonts w:cs="Times New Roman"/>
                <w:szCs w:val="24"/>
                <w:lang w:val="hr-HR"/>
              </w:rPr>
            </w:pPr>
          </w:p>
        </w:tc>
        <w:tc>
          <w:tcPr>
            <w:tcW w:w="1701" w:type="dxa"/>
          </w:tcPr>
          <w:p w14:paraId="6551E698" w14:textId="77777777" w:rsidR="00EA60DE" w:rsidRPr="000C11BD" w:rsidRDefault="00EA60DE" w:rsidP="000C11BD">
            <w:pPr>
              <w:spacing w:line="240" w:lineRule="auto"/>
              <w:rPr>
                <w:rFonts w:cs="Times New Roman"/>
                <w:szCs w:val="24"/>
                <w:lang w:val="hr-HR"/>
              </w:rPr>
            </w:pPr>
          </w:p>
        </w:tc>
        <w:tc>
          <w:tcPr>
            <w:tcW w:w="1701" w:type="dxa"/>
          </w:tcPr>
          <w:p w14:paraId="120850B4" w14:textId="77777777" w:rsidR="00EA60DE" w:rsidRPr="000C11BD" w:rsidRDefault="00EA60DE" w:rsidP="000C11BD">
            <w:pPr>
              <w:spacing w:line="240" w:lineRule="auto"/>
              <w:rPr>
                <w:rFonts w:cs="Times New Roman"/>
                <w:szCs w:val="24"/>
                <w:lang w:val="hr-HR"/>
              </w:rPr>
            </w:pPr>
          </w:p>
        </w:tc>
      </w:tr>
      <w:tr w:rsidR="00EA60DE" w:rsidRPr="000C11BD" w14:paraId="150B1016" w14:textId="77777777" w:rsidTr="00432CEF">
        <w:trPr>
          <w:jc w:val="center"/>
        </w:trPr>
        <w:tc>
          <w:tcPr>
            <w:tcW w:w="567" w:type="dxa"/>
            <w:vAlign w:val="center"/>
          </w:tcPr>
          <w:p w14:paraId="59B04B8F" w14:textId="77777777" w:rsidR="00EA60DE" w:rsidRPr="000C11BD" w:rsidRDefault="00831AB5" w:rsidP="000C11BD">
            <w:pPr>
              <w:spacing w:line="240" w:lineRule="auto"/>
              <w:jc w:val="center"/>
              <w:rPr>
                <w:rFonts w:cs="Times New Roman"/>
                <w:szCs w:val="24"/>
                <w:lang w:val="hr-HR"/>
              </w:rPr>
            </w:pPr>
            <w:r w:rsidRPr="000C11BD">
              <w:rPr>
                <w:rFonts w:cs="Times New Roman"/>
                <w:szCs w:val="24"/>
                <w:lang w:val="hr-HR"/>
              </w:rPr>
              <w:t>2.</w:t>
            </w:r>
          </w:p>
        </w:tc>
        <w:tc>
          <w:tcPr>
            <w:tcW w:w="2721" w:type="dxa"/>
          </w:tcPr>
          <w:p w14:paraId="5B4F89EF" w14:textId="77777777" w:rsidR="00EA60DE" w:rsidRPr="000C11BD" w:rsidRDefault="00EA60DE" w:rsidP="000C11BD">
            <w:pPr>
              <w:spacing w:line="240" w:lineRule="auto"/>
              <w:rPr>
                <w:rFonts w:cs="Times New Roman"/>
                <w:szCs w:val="24"/>
                <w:lang w:val="hr-HR"/>
              </w:rPr>
            </w:pPr>
          </w:p>
        </w:tc>
        <w:tc>
          <w:tcPr>
            <w:tcW w:w="1701" w:type="dxa"/>
          </w:tcPr>
          <w:p w14:paraId="156B7FA0" w14:textId="77777777" w:rsidR="00EA60DE" w:rsidRPr="000C11BD" w:rsidRDefault="00EA60DE" w:rsidP="000C11BD">
            <w:pPr>
              <w:spacing w:line="240" w:lineRule="auto"/>
              <w:rPr>
                <w:rFonts w:cs="Times New Roman"/>
                <w:szCs w:val="24"/>
                <w:lang w:val="hr-HR"/>
              </w:rPr>
            </w:pPr>
          </w:p>
        </w:tc>
        <w:tc>
          <w:tcPr>
            <w:tcW w:w="1417" w:type="dxa"/>
          </w:tcPr>
          <w:p w14:paraId="580BE2E2" w14:textId="77777777" w:rsidR="00EA60DE" w:rsidRPr="000C11BD" w:rsidRDefault="00EA60DE" w:rsidP="000C11BD">
            <w:pPr>
              <w:spacing w:line="240" w:lineRule="auto"/>
              <w:rPr>
                <w:rFonts w:cs="Times New Roman"/>
                <w:szCs w:val="24"/>
                <w:lang w:val="hr-HR"/>
              </w:rPr>
            </w:pPr>
          </w:p>
        </w:tc>
        <w:tc>
          <w:tcPr>
            <w:tcW w:w="1701" w:type="dxa"/>
          </w:tcPr>
          <w:p w14:paraId="5B0BD60F" w14:textId="77777777" w:rsidR="00EA60DE" w:rsidRPr="000C11BD" w:rsidRDefault="00EA60DE" w:rsidP="000C11BD">
            <w:pPr>
              <w:spacing w:line="240" w:lineRule="auto"/>
              <w:rPr>
                <w:rFonts w:cs="Times New Roman"/>
                <w:szCs w:val="24"/>
                <w:lang w:val="hr-HR"/>
              </w:rPr>
            </w:pPr>
          </w:p>
        </w:tc>
        <w:tc>
          <w:tcPr>
            <w:tcW w:w="1701" w:type="dxa"/>
          </w:tcPr>
          <w:p w14:paraId="701FF51B" w14:textId="77777777" w:rsidR="00EA60DE" w:rsidRPr="000C11BD" w:rsidRDefault="00EA60DE" w:rsidP="000C11BD">
            <w:pPr>
              <w:spacing w:line="240" w:lineRule="auto"/>
              <w:rPr>
                <w:rFonts w:cs="Times New Roman"/>
                <w:szCs w:val="24"/>
                <w:lang w:val="hr-HR"/>
              </w:rPr>
            </w:pPr>
          </w:p>
        </w:tc>
      </w:tr>
      <w:tr w:rsidR="00EA60DE" w:rsidRPr="000C11BD" w14:paraId="022B2DB5" w14:textId="77777777" w:rsidTr="00432CEF">
        <w:trPr>
          <w:jc w:val="center"/>
        </w:trPr>
        <w:tc>
          <w:tcPr>
            <w:tcW w:w="567" w:type="dxa"/>
            <w:vAlign w:val="center"/>
          </w:tcPr>
          <w:p w14:paraId="6474D875" w14:textId="77777777" w:rsidR="00EA60DE" w:rsidRPr="000C11BD" w:rsidRDefault="00831AB5" w:rsidP="000C11BD">
            <w:pPr>
              <w:spacing w:line="240" w:lineRule="auto"/>
              <w:jc w:val="center"/>
              <w:rPr>
                <w:rFonts w:cs="Times New Roman"/>
                <w:szCs w:val="24"/>
                <w:lang w:val="hr-HR"/>
              </w:rPr>
            </w:pPr>
            <w:r w:rsidRPr="000C11BD">
              <w:rPr>
                <w:rFonts w:cs="Times New Roman"/>
                <w:szCs w:val="24"/>
                <w:lang w:val="hr-HR"/>
              </w:rPr>
              <w:lastRenderedPageBreak/>
              <w:t>3.</w:t>
            </w:r>
          </w:p>
        </w:tc>
        <w:tc>
          <w:tcPr>
            <w:tcW w:w="2721" w:type="dxa"/>
          </w:tcPr>
          <w:p w14:paraId="71A0F0BE" w14:textId="77777777" w:rsidR="00EA60DE" w:rsidRPr="000C11BD" w:rsidRDefault="00EA60DE" w:rsidP="000C11BD">
            <w:pPr>
              <w:spacing w:line="240" w:lineRule="auto"/>
              <w:rPr>
                <w:rFonts w:cs="Times New Roman"/>
                <w:szCs w:val="24"/>
                <w:lang w:val="hr-HR"/>
              </w:rPr>
            </w:pPr>
          </w:p>
        </w:tc>
        <w:tc>
          <w:tcPr>
            <w:tcW w:w="1701" w:type="dxa"/>
          </w:tcPr>
          <w:p w14:paraId="4640ACF9" w14:textId="77777777" w:rsidR="00EA60DE" w:rsidRPr="000C11BD" w:rsidRDefault="00EA60DE" w:rsidP="000C11BD">
            <w:pPr>
              <w:spacing w:line="240" w:lineRule="auto"/>
              <w:rPr>
                <w:rFonts w:cs="Times New Roman"/>
                <w:szCs w:val="24"/>
                <w:lang w:val="hr-HR"/>
              </w:rPr>
            </w:pPr>
          </w:p>
        </w:tc>
        <w:tc>
          <w:tcPr>
            <w:tcW w:w="1417" w:type="dxa"/>
          </w:tcPr>
          <w:p w14:paraId="3A38A15A" w14:textId="77777777" w:rsidR="00EA60DE" w:rsidRPr="000C11BD" w:rsidRDefault="00EA60DE" w:rsidP="000C11BD">
            <w:pPr>
              <w:spacing w:line="240" w:lineRule="auto"/>
              <w:rPr>
                <w:rFonts w:cs="Times New Roman"/>
                <w:szCs w:val="24"/>
                <w:lang w:val="hr-HR"/>
              </w:rPr>
            </w:pPr>
          </w:p>
        </w:tc>
        <w:tc>
          <w:tcPr>
            <w:tcW w:w="1701" w:type="dxa"/>
          </w:tcPr>
          <w:p w14:paraId="2992CBD2" w14:textId="77777777" w:rsidR="00EA60DE" w:rsidRPr="000C11BD" w:rsidRDefault="00EA60DE" w:rsidP="000C11BD">
            <w:pPr>
              <w:spacing w:line="240" w:lineRule="auto"/>
              <w:rPr>
                <w:rFonts w:cs="Times New Roman"/>
                <w:szCs w:val="24"/>
                <w:lang w:val="hr-HR"/>
              </w:rPr>
            </w:pPr>
          </w:p>
        </w:tc>
        <w:tc>
          <w:tcPr>
            <w:tcW w:w="1701" w:type="dxa"/>
          </w:tcPr>
          <w:p w14:paraId="7FA1EDC2" w14:textId="77777777" w:rsidR="00EA60DE" w:rsidRPr="000C11BD" w:rsidRDefault="00EA60DE" w:rsidP="000C11BD">
            <w:pPr>
              <w:spacing w:line="240" w:lineRule="auto"/>
              <w:rPr>
                <w:rFonts w:cs="Times New Roman"/>
                <w:szCs w:val="24"/>
                <w:lang w:val="hr-HR"/>
              </w:rPr>
            </w:pPr>
          </w:p>
        </w:tc>
      </w:tr>
      <w:tr w:rsidR="00EA60DE" w:rsidRPr="000C11BD" w14:paraId="50EEE215" w14:textId="77777777" w:rsidTr="00432CEF">
        <w:trPr>
          <w:jc w:val="center"/>
        </w:trPr>
        <w:tc>
          <w:tcPr>
            <w:tcW w:w="567" w:type="dxa"/>
            <w:vAlign w:val="center"/>
          </w:tcPr>
          <w:p w14:paraId="4D85208A" w14:textId="77777777" w:rsidR="00EA60DE" w:rsidRPr="000C11BD" w:rsidRDefault="00831AB5" w:rsidP="000C11BD">
            <w:pPr>
              <w:spacing w:line="240" w:lineRule="auto"/>
              <w:jc w:val="center"/>
              <w:rPr>
                <w:rFonts w:cs="Times New Roman"/>
                <w:szCs w:val="24"/>
                <w:lang w:val="hr-HR"/>
              </w:rPr>
            </w:pPr>
            <w:r w:rsidRPr="000C11BD">
              <w:rPr>
                <w:rFonts w:cs="Times New Roman"/>
                <w:szCs w:val="24"/>
                <w:lang w:val="hr-HR"/>
              </w:rPr>
              <w:t>4.</w:t>
            </w:r>
          </w:p>
        </w:tc>
        <w:tc>
          <w:tcPr>
            <w:tcW w:w="2721" w:type="dxa"/>
          </w:tcPr>
          <w:p w14:paraId="073E3949" w14:textId="77777777" w:rsidR="00EA60DE" w:rsidRPr="000C11BD" w:rsidRDefault="00EA60DE" w:rsidP="000C11BD">
            <w:pPr>
              <w:spacing w:line="240" w:lineRule="auto"/>
              <w:rPr>
                <w:rFonts w:cs="Times New Roman"/>
                <w:szCs w:val="24"/>
                <w:lang w:val="hr-HR"/>
              </w:rPr>
            </w:pPr>
          </w:p>
        </w:tc>
        <w:tc>
          <w:tcPr>
            <w:tcW w:w="1701" w:type="dxa"/>
          </w:tcPr>
          <w:p w14:paraId="79286641" w14:textId="77777777" w:rsidR="00EA60DE" w:rsidRPr="000C11BD" w:rsidRDefault="00EA60DE" w:rsidP="000C11BD">
            <w:pPr>
              <w:spacing w:line="240" w:lineRule="auto"/>
              <w:rPr>
                <w:rFonts w:cs="Times New Roman"/>
                <w:szCs w:val="24"/>
                <w:lang w:val="hr-HR"/>
              </w:rPr>
            </w:pPr>
          </w:p>
        </w:tc>
        <w:tc>
          <w:tcPr>
            <w:tcW w:w="1417" w:type="dxa"/>
          </w:tcPr>
          <w:p w14:paraId="1DE7C96C" w14:textId="77777777" w:rsidR="00EA60DE" w:rsidRPr="000C11BD" w:rsidRDefault="00EA60DE" w:rsidP="000C11BD">
            <w:pPr>
              <w:spacing w:line="240" w:lineRule="auto"/>
              <w:rPr>
                <w:rFonts w:cs="Times New Roman"/>
                <w:szCs w:val="24"/>
                <w:lang w:val="hr-HR"/>
              </w:rPr>
            </w:pPr>
          </w:p>
        </w:tc>
        <w:tc>
          <w:tcPr>
            <w:tcW w:w="1701" w:type="dxa"/>
          </w:tcPr>
          <w:p w14:paraId="6026E6CF" w14:textId="77777777" w:rsidR="00EA60DE" w:rsidRPr="000C11BD" w:rsidRDefault="00EA60DE" w:rsidP="000C11BD">
            <w:pPr>
              <w:spacing w:line="240" w:lineRule="auto"/>
              <w:rPr>
                <w:rFonts w:cs="Times New Roman"/>
                <w:szCs w:val="24"/>
                <w:lang w:val="hr-HR"/>
              </w:rPr>
            </w:pPr>
          </w:p>
        </w:tc>
        <w:tc>
          <w:tcPr>
            <w:tcW w:w="1701" w:type="dxa"/>
          </w:tcPr>
          <w:p w14:paraId="4F718457" w14:textId="77777777" w:rsidR="00EA60DE" w:rsidRPr="000C11BD" w:rsidRDefault="00EA60DE" w:rsidP="000C11BD">
            <w:pPr>
              <w:spacing w:line="240" w:lineRule="auto"/>
              <w:rPr>
                <w:rFonts w:cs="Times New Roman"/>
                <w:szCs w:val="24"/>
                <w:lang w:val="hr-HR"/>
              </w:rPr>
            </w:pPr>
          </w:p>
        </w:tc>
      </w:tr>
      <w:tr w:rsidR="00EA60DE" w:rsidRPr="000C11BD" w14:paraId="5656CA35" w14:textId="77777777" w:rsidTr="00432CEF">
        <w:trPr>
          <w:jc w:val="center"/>
        </w:trPr>
        <w:tc>
          <w:tcPr>
            <w:tcW w:w="567" w:type="dxa"/>
            <w:vAlign w:val="center"/>
          </w:tcPr>
          <w:p w14:paraId="77642FB8" w14:textId="77777777" w:rsidR="00EA60DE" w:rsidRPr="000C11BD" w:rsidRDefault="00831AB5" w:rsidP="000C11BD">
            <w:pPr>
              <w:spacing w:line="240" w:lineRule="auto"/>
              <w:jc w:val="center"/>
              <w:rPr>
                <w:rFonts w:cs="Times New Roman"/>
                <w:szCs w:val="24"/>
                <w:lang w:val="hr-HR"/>
              </w:rPr>
            </w:pPr>
            <w:r w:rsidRPr="000C11BD">
              <w:rPr>
                <w:rFonts w:cs="Times New Roman"/>
                <w:szCs w:val="24"/>
                <w:lang w:val="hr-HR"/>
              </w:rPr>
              <w:t>5.</w:t>
            </w:r>
          </w:p>
        </w:tc>
        <w:tc>
          <w:tcPr>
            <w:tcW w:w="2721" w:type="dxa"/>
          </w:tcPr>
          <w:p w14:paraId="59879BDB" w14:textId="77777777" w:rsidR="00EA60DE" w:rsidRPr="000C11BD" w:rsidRDefault="00EA60DE" w:rsidP="000C11BD">
            <w:pPr>
              <w:spacing w:line="240" w:lineRule="auto"/>
              <w:rPr>
                <w:rFonts w:cs="Times New Roman"/>
                <w:szCs w:val="24"/>
                <w:lang w:val="hr-HR"/>
              </w:rPr>
            </w:pPr>
          </w:p>
        </w:tc>
        <w:tc>
          <w:tcPr>
            <w:tcW w:w="1701" w:type="dxa"/>
          </w:tcPr>
          <w:p w14:paraId="4272FDB2" w14:textId="77777777" w:rsidR="00EA60DE" w:rsidRPr="000C11BD" w:rsidRDefault="00EA60DE" w:rsidP="000C11BD">
            <w:pPr>
              <w:spacing w:line="240" w:lineRule="auto"/>
              <w:rPr>
                <w:rFonts w:cs="Times New Roman"/>
                <w:szCs w:val="24"/>
                <w:lang w:val="hr-HR"/>
              </w:rPr>
            </w:pPr>
          </w:p>
        </w:tc>
        <w:tc>
          <w:tcPr>
            <w:tcW w:w="1417" w:type="dxa"/>
          </w:tcPr>
          <w:p w14:paraId="507B6709" w14:textId="77777777" w:rsidR="00EA60DE" w:rsidRPr="000C11BD" w:rsidRDefault="00EA60DE" w:rsidP="000C11BD">
            <w:pPr>
              <w:spacing w:line="240" w:lineRule="auto"/>
              <w:rPr>
                <w:rFonts w:cs="Times New Roman"/>
                <w:szCs w:val="24"/>
                <w:lang w:val="hr-HR"/>
              </w:rPr>
            </w:pPr>
          </w:p>
        </w:tc>
        <w:tc>
          <w:tcPr>
            <w:tcW w:w="1701" w:type="dxa"/>
          </w:tcPr>
          <w:p w14:paraId="292CA827" w14:textId="77777777" w:rsidR="00EA60DE" w:rsidRPr="000C11BD" w:rsidRDefault="00EA60DE" w:rsidP="000C11BD">
            <w:pPr>
              <w:spacing w:line="240" w:lineRule="auto"/>
              <w:rPr>
                <w:rFonts w:cs="Times New Roman"/>
                <w:szCs w:val="24"/>
                <w:lang w:val="hr-HR"/>
              </w:rPr>
            </w:pPr>
          </w:p>
        </w:tc>
        <w:tc>
          <w:tcPr>
            <w:tcW w:w="1701" w:type="dxa"/>
          </w:tcPr>
          <w:p w14:paraId="313B9884" w14:textId="77777777" w:rsidR="00EA60DE" w:rsidRPr="000C11BD" w:rsidRDefault="00EA60DE" w:rsidP="000C11BD">
            <w:pPr>
              <w:spacing w:line="240" w:lineRule="auto"/>
              <w:rPr>
                <w:rFonts w:cs="Times New Roman"/>
                <w:szCs w:val="24"/>
                <w:lang w:val="hr-HR"/>
              </w:rPr>
            </w:pPr>
          </w:p>
        </w:tc>
      </w:tr>
      <w:tr w:rsidR="00EA60DE" w:rsidRPr="000C11BD" w14:paraId="2809300E" w14:textId="77777777" w:rsidTr="00432CEF">
        <w:trPr>
          <w:jc w:val="center"/>
        </w:trPr>
        <w:tc>
          <w:tcPr>
            <w:tcW w:w="567" w:type="dxa"/>
            <w:vAlign w:val="center"/>
          </w:tcPr>
          <w:p w14:paraId="5A982D51" w14:textId="77777777" w:rsidR="00EA60DE" w:rsidRPr="000C11BD" w:rsidRDefault="00831AB5" w:rsidP="000C11BD">
            <w:pPr>
              <w:spacing w:line="240" w:lineRule="auto"/>
              <w:jc w:val="center"/>
              <w:rPr>
                <w:rFonts w:cs="Times New Roman"/>
                <w:szCs w:val="24"/>
                <w:lang w:val="hr-HR"/>
              </w:rPr>
            </w:pPr>
            <w:r w:rsidRPr="000C11BD">
              <w:rPr>
                <w:rFonts w:cs="Times New Roman"/>
                <w:szCs w:val="24"/>
                <w:lang w:val="hr-HR"/>
              </w:rPr>
              <w:t>6.</w:t>
            </w:r>
          </w:p>
        </w:tc>
        <w:tc>
          <w:tcPr>
            <w:tcW w:w="2721" w:type="dxa"/>
          </w:tcPr>
          <w:p w14:paraId="1B0F6301" w14:textId="77777777" w:rsidR="00EA60DE" w:rsidRPr="000C11BD" w:rsidRDefault="00EA60DE" w:rsidP="000C11BD">
            <w:pPr>
              <w:spacing w:line="240" w:lineRule="auto"/>
              <w:rPr>
                <w:rFonts w:cs="Times New Roman"/>
                <w:szCs w:val="24"/>
                <w:lang w:val="hr-HR"/>
              </w:rPr>
            </w:pPr>
          </w:p>
        </w:tc>
        <w:tc>
          <w:tcPr>
            <w:tcW w:w="1701" w:type="dxa"/>
          </w:tcPr>
          <w:p w14:paraId="3855EA64" w14:textId="77777777" w:rsidR="00EA60DE" w:rsidRPr="000C11BD" w:rsidRDefault="00EA60DE" w:rsidP="000C11BD">
            <w:pPr>
              <w:spacing w:line="240" w:lineRule="auto"/>
              <w:rPr>
                <w:rFonts w:cs="Times New Roman"/>
                <w:szCs w:val="24"/>
                <w:lang w:val="hr-HR"/>
              </w:rPr>
            </w:pPr>
          </w:p>
        </w:tc>
        <w:tc>
          <w:tcPr>
            <w:tcW w:w="1417" w:type="dxa"/>
          </w:tcPr>
          <w:p w14:paraId="530DCDAD" w14:textId="77777777" w:rsidR="00EA60DE" w:rsidRPr="000C11BD" w:rsidRDefault="00EA60DE" w:rsidP="000C11BD">
            <w:pPr>
              <w:spacing w:line="240" w:lineRule="auto"/>
              <w:rPr>
                <w:rFonts w:cs="Times New Roman"/>
                <w:szCs w:val="24"/>
                <w:lang w:val="hr-HR"/>
              </w:rPr>
            </w:pPr>
          </w:p>
        </w:tc>
        <w:tc>
          <w:tcPr>
            <w:tcW w:w="1701" w:type="dxa"/>
          </w:tcPr>
          <w:p w14:paraId="53984D66" w14:textId="77777777" w:rsidR="00EA60DE" w:rsidRPr="000C11BD" w:rsidRDefault="00EA60DE" w:rsidP="000C11BD">
            <w:pPr>
              <w:spacing w:line="240" w:lineRule="auto"/>
              <w:rPr>
                <w:rFonts w:cs="Times New Roman"/>
                <w:szCs w:val="24"/>
                <w:lang w:val="hr-HR"/>
              </w:rPr>
            </w:pPr>
          </w:p>
        </w:tc>
        <w:tc>
          <w:tcPr>
            <w:tcW w:w="1701" w:type="dxa"/>
          </w:tcPr>
          <w:p w14:paraId="14DE1CF2" w14:textId="77777777" w:rsidR="00EA60DE" w:rsidRPr="000C11BD" w:rsidRDefault="00EA60DE" w:rsidP="000C11BD">
            <w:pPr>
              <w:spacing w:line="240" w:lineRule="auto"/>
              <w:rPr>
                <w:rFonts w:cs="Times New Roman"/>
                <w:szCs w:val="24"/>
                <w:lang w:val="hr-HR"/>
              </w:rPr>
            </w:pPr>
          </w:p>
        </w:tc>
      </w:tr>
      <w:tr w:rsidR="00EA60DE" w:rsidRPr="000C11BD" w14:paraId="37F5189D" w14:textId="77777777">
        <w:trPr>
          <w:jc w:val="center"/>
        </w:trPr>
        <w:tc>
          <w:tcPr>
            <w:tcW w:w="567" w:type="dxa"/>
          </w:tcPr>
          <w:p w14:paraId="03854F26" w14:textId="77777777" w:rsidR="00EA60DE" w:rsidRPr="000C11BD" w:rsidRDefault="00831AB5" w:rsidP="000C11BD">
            <w:pPr>
              <w:spacing w:line="240" w:lineRule="auto"/>
              <w:rPr>
                <w:rFonts w:cs="Times New Roman"/>
                <w:szCs w:val="24"/>
                <w:lang w:val="hr-HR"/>
              </w:rPr>
            </w:pPr>
            <w:r w:rsidRPr="000C11BD">
              <w:rPr>
                <w:rFonts w:cs="Times New Roman"/>
                <w:b/>
                <w:szCs w:val="24"/>
                <w:lang w:val="hr-HR"/>
              </w:rPr>
              <w:t>UKUPNO</w:t>
            </w:r>
          </w:p>
        </w:tc>
        <w:tc>
          <w:tcPr>
            <w:tcW w:w="2721" w:type="dxa"/>
          </w:tcPr>
          <w:p w14:paraId="2C3A11EA" w14:textId="77777777" w:rsidR="00EA60DE" w:rsidRPr="000C11BD" w:rsidRDefault="00EA60DE" w:rsidP="000C11BD">
            <w:pPr>
              <w:spacing w:line="240" w:lineRule="auto"/>
              <w:rPr>
                <w:rFonts w:cs="Times New Roman"/>
                <w:szCs w:val="24"/>
                <w:lang w:val="hr-HR"/>
              </w:rPr>
            </w:pPr>
          </w:p>
        </w:tc>
        <w:tc>
          <w:tcPr>
            <w:tcW w:w="1701" w:type="dxa"/>
          </w:tcPr>
          <w:p w14:paraId="4ACDFED2" w14:textId="77777777" w:rsidR="00EA60DE" w:rsidRPr="000C11BD" w:rsidRDefault="00EA60DE" w:rsidP="000C11BD">
            <w:pPr>
              <w:spacing w:line="240" w:lineRule="auto"/>
              <w:rPr>
                <w:rFonts w:cs="Times New Roman"/>
                <w:szCs w:val="24"/>
                <w:lang w:val="hr-HR"/>
              </w:rPr>
            </w:pPr>
          </w:p>
        </w:tc>
        <w:tc>
          <w:tcPr>
            <w:tcW w:w="1417" w:type="dxa"/>
          </w:tcPr>
          <w:p w14:paraId="5BB59CB3" w14:textId="77777777" w:rsidR="00EA60DE" w:rsidRPr="000C11BD" w:rsidRDefault="00EA60DE" w:rsidP="000C11BD">
            <w:pPr>
              <w:spacing w:line="240" w:lineRule="auto"/>
              <w:rPr>
                <w:rFonts w:cs="Times New Roman"/>
                <w:szCs w:val="24"/>
                <w:lang w:val="hr-HR"/>
              </w:rPr>
            </w:pPr>
          </w:p>
        </w:tc>
        <w:tc>
          <w:tcPr>
            <w:tcW w:w="1701" w:type="dxa"/>
          </w:tcPr>
          <w:p w14:paraId="614953C5" w14:textId="77777777" w:rsidR="00EA60DE" w:rsidRPr="000C11BD" w:rsidRDefault="00EA60DE" w:rsidP="000C11BD">
            <w:pPr>
              <w:spacing w:line="240" w:lineRule="auto"/>
              <w:rPr>
                <w:rFonts w:cs="Times New Roman"/>
                <w:szCs w:val="24"/>
                <w:lang w:val="hr-HR"/>
              </w:rPr>
            </w:pPr>
          </w:p>
        </w:tc>
        <w:tc>
          <w:tcPr>
            <w:tcW w:w="1701" w:type="dxa"/>
          </w:tcPr>
          <w:p w14:paraId="551F971D" w14:textId="77777777" w:rsidR="00EA60DE" w:rsidRPr="000C11BD" w:rsidRDefault="00EA60DE" w:rsidP="000C11BD">
            <w:pPr>
              <w:spacing w:line="240" w:lineRule="auto"/>
              <w:rPr>
                <w:rFonts w:cs="Times New Roman"/>
                <w:szCs w:val="24"/>
                <w:lang w:val="hr-HR"/>
              </w:rPr>
            </w:pPr>
          </w:p>
        </w:tc>
      </w:tr>
    </w:tbl>
    <w:p w14:paraId="50BE1A26" w14:textId="77777777" w:rsidR="00EA60DE" w:rsidRPr="000C11BD" w:rsidRDefault="00EA60DE" w:rsidP="000C11BD">
      <w:pPr>
        <w:spacing w:line="240" w:lineRule="auto"/>
        <w:rPr>
          <w:rFonts w:cs="Times New Roman"/>
          <w:szCs w:val="24"/>
          <w:lang w:val="hr-HR"/>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52"/>
        <w:gridCol w:w="5102"/>
      </w:tblGrid>
      <w:tr w:rsidR="00EA60DE" w:rsidRPr="000C11BD" w14:paraId="26040B6D" w14:textId="77777777">
        <w:trPr>
          <w:jc w:val="center"/>
        </w:trPr>
        <w:tc>
          <w:tcPr>
            <w:tcW w:w="4252" w:type="dxa"/>
          </w:tcPr>
          <w:p w14:paraId="27FDF8DA" w14:textId="77777777" w:rsidR="00EA60DE" w:rsidRPr="000C11BD" w:rsidRDefault="00831AB5" w:rsidP="000C11BD">
            <w:pPr>
              <w:spacing w:line="240" w:lineRule="auto"/>
              <w:rPr>
                <w:rFonts w:cs="Times New Roman"/>
                <w:szCs w:val="24"/>
                <w:lang w:val="hr-HR"/>
              </w:rPr>
            </w:pPr>
            <w:r w:rsidRPr="000C11BD">
              <w:rPr>
                <w:rFonts w:cs="Times New Roman"/>
                <w:b/>
                <w:szCs w:val="24"/>
                <w:lang w:val="hr-HR"/>
              </w:rPr>
              <w:t>Ukupno odobreno sredstava Grada Ploča:</w:t>
            </w:r>
          </w:p>
        </w:tc>
        <w:tc>
          <w:tcPr>
            <w:tcW w:w="5102" w:type="dxa"/>
          </w:tcPr>
          <w:p w14:paraId="55407CE4" w14:textId="77777777" w:rsidR="00EA60DE" w:rsidRPr="000C11BD" w:rsidRDefault="00831AB5" w:rsidP="000C11BD">
            <w:pPr>
              <w:spacing w:line="240" w:lineRule="auto"/>
              <w:rPr>
                <w:rFonts w:cs="Times New Roman"/>
                <w:szCs w:val="24"/>
                <w:lang w:val="hr-HR"/>
              </w:rPr>
            </w:pPr>
            <w:r w:rsidRPr="000C11BD">
              <w:rPr>
                <w:rFonts w:cs="Times New Roman"/>
                <w:szCs w:val="24"/>
                <w:lang w:val="hr-HR"/>
              </w:rPr>
              <w:t>__________ EUR</w:t>
            </w:r>
          </w:p>
        </w:tc>
      </w:tr>
      <w:tr w:rsidR="00EA60DE" w:rsidRPr="000C11BD" w14:paraId="1B5A38C0" w14:textId="77777777">
        <w:trPr>
          <w:jc w:val="center"/>
        </w:trPr>
        <w:tc>
          <w:tcPr>
            <w:tcW w:w="4252" w:type="dxa"/>
          </w:tcPr>
          <w:p w14:paraId="04370ADA" w14:textId="77777777" w:rsidR="00EA60DE" w:rsidRPr="000C11BD" w:rsidRDefault="00831AB5" w:rsidP="000C11BD">
            <w:pPr>
              <w:spacing w:line="240" w:lineRule="auto"/>
              <w:rPr>
                <w:rFonts w:cs="Times New Roman"/>
                <w:szCs w:val="24"/>
                <w:lang w:val="hr-HR"/>
              </w:rPr>
            </w:pPr>
            <w:r w:rsidRPr="000C11BD">
              <w:rPr>
                <w:rFonts w:cs="Times New Roman"/>
                <w:b/>
                <w:szCs w:val="24"/>
                <w:lang w:val="hr-HR"/>
              </w:rPr>
              <w:t>Ukupno utrošeno sredstava Grada Ploča:</w:t>
            </w:r>
          </w:p>
        </w:tc>
        <w:tc>
          <w:tcPr>
            <w:tcW w:w="5102" w:type="dxa"/>
          </w:tcPr>
          <w:p w14:paraId="4EA7EDCA" w14:textId="77777777" w:rsidR="00EA60DE" w:rsidRPr="000C11BD" w:rsidRDefault="00831AB5" w:rsidP="000C11BD">
            <w:pPr>
              <w:spacing w:line="240" w:lineRule="auto"/>
              <w:rPr>
                <w:rFonts w:cs="Times New Roman"/>
                <w:szCs w:val="24"/>
                <w:lang w:val="hr-HR"/>
              </w:rPr>
            </w:pPr>
            <w:r w:rsidRPr="000C11BD">
              <w:rPr>
                <w:rFonts w:cs="Times New Roman"/>
                <w:szCs w:val="24"/>
                <w:lang w:val="hr-HR"/>
              </w:rPr>
              <w:t>__________ EUR</w:t>
            </w:r>
          </w:p>
        </w:tc>
      </w:tr>
      <w:tr w:rsidR="00EA60DE" w:rsidRPr="000C11BD" w14:paraId="74EE0E21" w14:textId="77777777">
        <w:trPr>
          <w:jc w:val="center"/>
        </w:trPr>
        <w:tc>
          <w:tcPr>
            <w:tcW w:w="4252" w:type="dxa"/>
          </w:tcPr>
          <w:p w14:paraId="6F3FD379" w14:textId="77777777" w:rsidR="00EA60DE" w:rsidRPr="000C11BD" w:rsidRDefault="00831AB5" w:rsidP="000C11BD">
            <w:pPr>
              <w:spacing w:line="240" w:lineRule="auto"/>
              <w:rPr>
                <w:rFonts w:cs="Times New Roman"/>
                <w:szCs w:val="24"/>
                <w:lang w:val="hr-HR"/>
              </w:rPr>
            </w:pPr>
            <w:r w:rsidRPr="000C11BD">
              <w:rPr>
                <w:rFonts w:cs="Times New Roman"/>
                <w:b/>
                <w:szCs w:val="24"/>
                <w:lang w:val="hr-HR"/>
              </w:rPr>
              <w:t>Neutrošeni dio sredstava Grada Ploča:</w:t>
            </w:r>
          </w:p>
        </w:tc>
        <w:tc>
          <w:tcPr>
            <w:tcW w:w="5102" w:type="dxa"/>
          </w:tcPr>
          <w:p w14:paraId="7EA0ABDC" w14:textId="77777777" w:rsidR="00EA60DE" w:rsidRPr="000C11BD" w:rsidRDefault="00831AB5" w:rsidP="000C11BD">
            <w:pPr>
              <w:spacing w:line="240" w:lineRule="auto"/>
              <w:rPr>
                <w:rFonts w:cs="Times New Roman"/>
                <w:szCs w:val="24"/>
                <w:lang w:val="hr-HR"/>
              </w:rPr>
            </w:pPr>
            <w:r w:rsidRPr="000C11BD">
              <w:rPr>
                <w:rFonts w:cs="Times New Roman"/>
                <w:szCs w:val="24"/>
                <w:lang w:val="hr-HR"/>
              </w:rPr>
              <w:t>__________ EUR</w:t>
            </w:r>
          </w:p>
        </w:tc>
      </w:tr>
      <w:tr w:rsidR="00EA60DE" w:rsidRPr="000C11BD" w14:paraId="12C860BC" w14:textId="77777777">
        <w:trPr>
          <w:jc w:val="center"/>
        </w:trPr>
        <w:tc>
          <w:tcPr>
            <w:tcW w:w="4252" w:type="dxa"/>
          </w:tcPr>
          <w:p w14:paraId="6BA107E3" w14:textId="77777777" w:rsidR="00EA60DE" w:rsidRPr="000C11BD" w:rsidRDefault="00831AB5" w:rsidP="000C11BD">
            <w:pPr>
              <w:spacing w:line="240" w:lineRule="auto"/>
              <w:rPr>
                <w:rFonts w:cs="Times New Roman"/>
                <w:szCs w:val="24"/>
                <w:lang w:val="hr-HR"/>
              </w:rPr>
            </w:pPr>
            <w:r w:rsidRPr="000C11BD">
              <w:rPr>
                <w:rFonts w:cs="Times New Roman"/>
                <w:b/>
                <w:szCs w:val="24"/>
                <w:lang w:val="hr-HR"/>
              </w:rPr>
              <w:t>Postupanje s neutrošenim dijelom sredstava:</w:t>
            </w:r>
          </w:p>
        </w:tc>
        <w:tc>
          <w:tcPr>
            <w:tcW w:w="5102" w:type="dxa"/>
          </w:tcPr>
          <w:p w14:paraId="1BB89211" w14:textId="77777777" w:rsidR="00EA60DE" w:rsidRPr="000C11BD" w:rsidRDefault="00831AB5" w:rsidP="000C11BD">
            <w:pPr>
              <w:spacing w:line="240" w:lineRule="auto"/>
              <w:rPr>
                <w:rFonts w:cs="Times New Roman"/>
                <w:szCs w:val="24"/>
                <w:lang w:val="hr-HR"/>
              </w:rPr>
            </w:pPr>
            <w:r w:rsidRPr="000C11BD">
              <w:rPr>
                <w:rFonts w:cs="Times New Roman"/>
                <w:szCs w:val="24"/>
                <w:lang w:val="hr-HR"/>
              </w:rPr>
              <w:t>[ ] vraćen Gradu Ploče    [ ] traži se odobrenje za korištenje prema Prilogu 4.    [ ] nema neutrošenih sredstava</w:t>
            </w:r>
          </w:p>
        </w:tc>
      </w:tr>
    </w:tbl>
    <w:p w14:paraId="2C33B582" w14:textId="77777777" w:rsidR="00EA60DE" w:rsidRPr="000C11BD" w:rsidRDefault="00EA60DE" w:rsidP="000C11BD">
      <w:pPr>
        <w:spacing w:line="240" w:lineRule="auto"/>
        <w:rPr>
          <w:rFonts w:cs="Times New Roman"/>
          <w:szCs w:val="24"/>
          <w:lang w:val="hr-HR"/>
        </w:rPr>
      </w:pPr>
    </w:p>
    <w:p w14:paraId="56C71251" w14:textId="77777777" w:rsidR="00EA60DE" w:rsidRPr="000C11BD" w:rsidRDefault="00831AB5" w:rsidP="000C11BD">
      <w:pPr>
        <w:spacing w:line="240" w:lineRule="auto"/>
        <w:rPr>
          <w:rFonts w:cs="Times New Roman"/>
          <w:szCs w:val="24"/>
          <w:lang w:val="hr-HR"/>
        </w:rPr>
      </w:pPr>
      <w:r w:rsidRPr="000C11BD">
        <w:rPr>
          <w:rFonts w:cs="Times New Roman"/>
          <w:b/>
          <w:szCs w:val="24"/>
          <w:lang w:val="hr-HR"/>
        </w:rPr>
        <w:t>4. Prilozi</w:t>
      </w:r>
    </w:p>
    <w:p w14:paraId="2E16A251" w14:textId="77777777" w:rsidR="00EA60DE" w:rsidRPr="000C11BD" w:rsidRDefault="00831AB5" w:rsidP="000C11BD">
      <w:pPr>
        <w:pStyle w:val="Grafikeoznake"/>
        <w:spacing w:line="240" w:lineRule="auto"/>
        <w:jc w:val="both"/>
        <w:rPr>
          <w:rFonts w:cs="Times New Roman"/>
          <w:szCs w:val="24"/>
          <w:lang w:val="hr-HR"/>
        </w:rPr>
      </w:pPr>
      <w:r w:rsidRPr="000C11BD">
        <w:rPr>
          <w:rFonts w:cs="Times New Roman"/>
          <w:szCs w:val="24"/>
          <w:lang w:val="hr-HR"/>
        </w:rPr>
        <w:t>preslike računa / ugovora / obračuna;</w:t>
      </w:r>
    </w:p>
    <w:p w14:paraId="355DBEB0" w14:textId="77777777" w:rsidR="00EA60DE" w:rsidRPr="000C11BD" w:rsidRDefault="00831AB5" w:rsidP="000C11BD">
      <w:pPr>
        <w:pStyle w:val="Grafikeoznake"/>
        <w:spacing w:line="240" w:lineRule="auto"/>
        <w:jc w:val="both"/>
        <w:rPr>
          <w:rFonts w:cs="Times New Roman"/>
          <w:szCs w:val="24"/>
          <w:lang w:val="hr-HR"/>
        </w:rPr>
      </w:pPr>
      <w:r w:rsidRPr="000C11BD">
        <w:rPr>
          <w:rFonts w:cs="Times New Roman"/>
          <w:szCs w:val="24"/>
          <w:lang w:val="hr-HR"/>
        </w:rPr>
        <w:t>dokazi o plaćanju;</w:t>
      </w:r>
    </w:p>
    <w:p w14:paraId="686947CB" w14:textId="77777777" w:rsidR="00EA60DE" w:rsidRPr="000C11BD" w:rsidRDefault="00831AB5" w:rsidP="000C11BD">
      <w:pPr>
        <w:pStyle w:val="Grafikeoznake"/>
        <w:spacing w:line="240" w:lineRule="auto"/>
        <w:jc w:val="both"/>
        <w:rPr>
          <w:rFonts w:cs="Times New Roman"/>
          <w:szCs w:val="24"/>
          <w:lang w:val="hr-HR"/>
        </w:rPr>
      </w:pPr>
      <w:r w:rsidRPr="000C11BD">
        <w:rPr>
          <w:rFonts w:cs="Times New Roman"/>
          <w:szCs w:val="24"/>
          <w:lang w:val="hr-HR"/>
        </w:rPr>
        <w:t>fotografije ili promotivni materijali kojima se dokazuje provedba aktivnosti i vidljivost pokroviteljstva, ako je primjenjivo;</w:t>
      </w:r>
    </w:p>
    <w:p w14:paraId="29F41921" w14:textId="77777777" w:rsidR="00EA60DE" w:rsidRPr="000C11BD" w:rsidRDefault="00831AB5" w:rsidP="000C11BD">
      <w:pPr>
        <w:pStyle w:val="Grafikeoznake"/>
        <w:spacing w:line="240" w:lineRule="auto"/>
        <w:jc w:val="both"/>
        <w:rPr>
          <w:rFonts w:cs="Times New Roman"/>
          <w:szCs w:val="24"/>
          <w:lang w:val="hr-HR"/>
        </w:rPr>
      </w:pPr>
      <w:r w:rsidRPr="000C11BD">
        <w:rPr>
          <w:rFonts w:cs="Times New Roman"/>
          <w:szCs w:val="24"/>
          <w:lang w:val="hr-HR"/>
        </w:rPr>
        <w:t>dokaz o povratu neutrošenih sredstava, ako je primjenjivo;</w:t>
      </w:r>
    </w:p>
    <w:p w14:paraId="1474CD6D" w14:textId="77777777" w:rsidR="00EA60DE" w:rsidRPr="000C11BD" w:rsidRDefault="00831AB5" w:rsidP="000C11BD">
      <w:pPr>
        <w:pStyle w:val="Grafikeoznake"/>
        <w:spacing w:line="240" w:lineRule="auto"/>
        <w:jc w:val="both"/>
        <w:rPr>
          <w:rFonts w:cs="Times New Roman"/>
          <w:szCs w:val="24"/>
          <w:lang w:val="hr-HR"/>
        </w:rPr>
      </w:pPr>
      <w:r w:rsidRPr="000C11BD">
        <w:rPr>
          <w:rFonts w:cs="Times New Roman"/>
          <w:szCs w:val="24"/>
          <w:lang w:val="hr-HR"/>
        </w:rPr>
        <w:t>drugi dokazi: ______________________________________.</w:t>
      </w:r>
    </w:p>
    <w:p w14:paraId="5FF9782E" w14:textId="77777777" w:rsidR="00EA60DE" w:rsidRPr="000C11BD" w:rsidRDefault="00831AB5" w:rsidP="000C11BD">
      <w:pPr>
        <w:spacing w:line="240" w:lineRule="auto"/>
        <w:rPr>
          <w:rFonts w:cs="Times New Roman"/>
          <w:szCs w:val="24"/>
          <w:lang w:val="hr-HR"/>
        </w:rPr>
      </w:pPr>
      <w:r w:rsidRPr="000C11BD">
        <w:rPr>
          <w:rFonts w:cs="Times New Roman"/>
          <w:b/>
          <w:szCs w:val="24"/>
          <w:lang w:val="hr-HR"/>
        </w:rPr>
        <w:t>5. Izjava korisnika</w:t>
      </w:r>
    </w:p>
    <w:p w14:paraId="008475A6" w14:textId="77777777" w:rsidR="00EA60DE" w:rsidRPr="000C11BD" w:rsidRDefault="00831AB5" w:rsidP="000C11BD">
      <w:pPr>
        <w:spacing w:line="240" w:lineRule="auto"/>
        <w:jc w:val="both"/>
        <w:rPr>
          <w:rFonts w:cs="Times New Roman"/>
          <w:szCs w:val="24"/>
          <w:lang w:val="hr-HR"/>
        </w:rPr>
      </w:pPr>
      <w:r w:rsidRPr="000C11BD">
        <w:rPr>
          <w:rFonts w:cs="Times New Roman"/>
          <w:szCs w:val="24"/>
          <w:lang w:val="hr-HR"/>
        </w:rPr>
        <w:t>Korisnik potvrđuje da su podaci navedeni u izvješću istiniti i potpuni, da su sredstva korištena namjenski, zakonito i ekonomično te da za iste troškove nije ostvareno dvostruko financiranje.</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52"/>
        <w:gridCol w:w="5102"/>
      </w:tblGrid>
      <w:tr w:rsidR="00EA60DE" w:rsidRPr="000C11BD" w14:paraId="074E240B" w14:textId="77777777">
        <w:trPr>
          <w:jc w:val="center"/>
        </w:trPr>
        <w:tc>
          <w:tcPr>
            <w:tcW w:w="4252" w:type="dxa"/>
          </w:tcPr>
          <w:p w14:paraId="74A21B39" w14:textId="77777777" w:rsidR="00EA60DE" w:rsidRPr="000C11BD" w:rsidRDefault="00831AB5" w:rsidP="000C11BD">
            <w:pPr>
              <w:spacing w:line="240" w:lineRule="auto"/>
              <w:rPr>
                <w:rFonts w:cs="Times New Roman"/>
                <w:szCs w:val="24"/>
                <w:lang w:val="hr-HR"/>
              </w:rPr>
            </w:pPr>
            <w:r w:rsidRPr="000C11BD">
              <w:rPr>
                <w:rFonts w:cs="Times New Roman"/>
                <w:b/>
                <w:szCs w:val="24"/>
                <w:lang w:val="hr-HR"/>
              </w:rPr>
              <w:t>Mjesto i datum:</w:t>
            </w:r>
          </w:p>
        </w:tc>
        <w:tc>
          <w:tcPr>
            <w:tcW w:w="5102" w:type="dxa"/>
          </w:tcPr>
          <w:p w14:paraId="09FB4336" w14:textId="77777777" w:rsidR="00EA60DE" w:rsidRPr="000C11BD" w:rsidRDefault="00EA60DE" w:rsidP="000C11BD">
            <w:pPr>
              <w:spacing w:line="240" w:lineRule="auto"/>
              <w:rPr>
                <w:rFonts w:cs="Times New Roman"/>
                <w:szCs w:val="24"/>
                <w:lang w:val="hr-HR"/>
              </w:rPr>
            </w:pPr>
          </w:p>
        </w:tc>
      </w:tr>
      <w:tr w:rsidR="00EA60DE" w:rsidRPr="000C11BD" w14:paraId="14DECB58" w14:textId="77777777">
        <w:trPr>
          <w:jc w:val="center"/>
        </w:trPr>
        <w:tc>
          <w:tcPr>
            <w:tcW w:w="4252" w:type="dxa"/>
          </w:tcPr>
          <w:p w14:paraId="5BC98107" w14:textId="77777777" w:rsidR="00EA60DE" w:rsidRPr="000C11BD" w:rsidRDefault="00831AB5" w:rsidP="000C11BD">
            <w:pPr>
              <w:spacing w:line="240" w:lineRule="auto"/>
              <w:rPr>
                <w:rFonts w:cs="Times New Roman"/>
                <w:szCs w:val="24"/>
                <w:lang w:val="hr-HR"/>
              </w:rPr>
            </w:pPr>
            <w:r w:rsidRPr="000C11BD">
              <w:rPr>
                <w:rFonts w:cs="Times New Roman"/>
                <w:b/>
                <w:szCs w:val="24"/>
                <w:lang w:val="hr-HR"/>
              </w:rPr>
              <w:t>Potpis korisnika / osobe ovlaštene za zastupanje:</w:t>
            </w:r>
          </w:p>
        </w:tc>
        <w:tc>
          <w:tcPr>
            <w:tcW w:w="5102" w:type="dxa"/>
          </w:tcPr>
          <w:p w14:paraId="5C67CAE0" w14:textId="77777777" w:rsidR="00EA60DE" w:rsidRPr="000C11BD" w:rsidRDefault="00EA60DE" w:rsidP="000C11BD">
            <w:pPr>
              <w:spacing w:line="240" w:lineRule="auto"/>
              <w:rPr>
                <w:rFonts w:cs="Times New Roman"/>
                <w:szCs w:val="24"/>
                <w:lang w:val="hr-HR"/>
              </w:rPr>
            </w:pPr>
          </w:p>
        </w:tc>
      </w:tr>
    </w:tbl>
    <w:p w14:paraId="422BABE3" w14:textId="77777777" w:rsidR="00EA60DE" w:rsidRPr="000C11BD" w:rsidRDefault="00EA60DE" w:rsidP="000C11BD">
      <w:pPr>
        <w:spacing w:line="240" w:lineRule="auto"/>
        <w:rPr>
          <w:rFonts w:cs="Times New Roman"/>
          <w:szCs w:val="24"/>
          <w:lang w:val="hr-HR"/>
        </w:rPr>
      </w:pPr>
    </w:p>
    <w:p w14:paraId="206DF0CB" w14:textId="77777777" w:rsidR="00EA60DE" w:rsidRPr="000C11BD" w:rsidRDefault="00831AB5" w:rsidP="000C11BD">
      <w:pPr>
        <w:spacing w:line="240" w:lineRule="auto"/>
        <w:rPr>
          <w:rFonts w:cs="Times New Roman"/>
          <w:szCs w:val="24"/>
          <w:lang w:val="hr-HR"/>
        </w:rPr>
      </w:pPr>
      <w:r w:rsidRPr="000C11BD">
        <w:rPr>
          <w:rFonts w:cs="Times New Roman"/>
          <w:szCs w:val="24"/>
          <w:lang w:val="hr-HR"/>
        </w:rPr>
        <w:br w:type="page"/>
      </w:r>
    </w:p>
    <w:p w14:paraId="34BB609B" w14:textId="77777777" w:rsidR="00EA60DE" w:rsidRPr="000C11BD" w:rsidRDefault="00831AB5" w:rsidP="000C11BD">
      <w:pPr>
        <w:spacing w:line="240" w:lineRule="auto"/>
        <w:jc w:val="center"/>
        <w:rPr>
          <w:rFonts w:cs="Times New Roman"/>
          <w:szCs w:val="24"/>
          <w:lang w:val="hr-HR"/>
        </w:rPr>
      </w:pPr>
      <w:r w:rsidRPr="000C11BD">
        <w:rPr>
          <w:rFonts w:cs="Times New Roman"/>
          <w:b/>
          <w:szCs w:val="24"/>
          <w:lang w:val="hr-HR"/>
        </w:rPr>
        <w:lastRenderedPageBreak/>
        <w:t>PRILOG 4.</w:t>
      </w:r>
    </w:p>
    <w:p w14:paraId="1375F161" w14:textId="77777777" w:rsidR="00EA60DE" w:rsidRPr="000C11BD" w:rsidRDefault="00831AB5" w:rsidP="000C11BD">
      <w:pPr>
        <w:spacing w:line="240" w:lineRule="auto"/>
        <w:jc w:val="center"/>
        <w:rPr>
          <w:rFonts w:cs="Times New Roman"/>
          <w:szCs w:val="24"/>
          <w:lang w:val="hr-HR"/>
        </w:rPr>
      </w:pPr>
      <w:r w:rsidRPr="000C11BD">
        <w:rPr>
          <w:rFonts w:cs="Times New Roman"/>
          <w:b/>
          <w:szCs w:val="24"/>
          <w:lang w:val="hr-HR"/>
        </w:rPr>
        <w:t>OBRAZAC ZAHTJEVA ZA ODOBRENJE KORIŠTENJA NEUTROŠENOG DIJELA SREDSTAVA</w:t>
      </w:r>
    </w:p>
    <w:p w14:paraId="2EB9CC43" w14:textId="77777777" w:rsidR="00EA60DE" w:rsidRPr="000C11BD" w:rsidRDefault="00831AB5" w:rsidP="000C11BD">
      <w:pPr>
        <w:spacing w:line="240" w:lineRule="auto"/>
        <w:jc w:val="both"/>
        <w:rPr>
          <w:rFonts w:cs="Times New Roman"/>
          <w:szCs w:val="24"/>
          <w:lang w:val="hr-HR"/>
        </w:rPr>
      </w:pPr>
      <w:r w:rsidRPr="000C11BD">
        <w:rPr>
          <w:rFonts w:cs="Times New Roman"/>
          <w:szCs w:val="24"/>
          <w:lang w:val="hr-HR"/>
        </w:rPr>
        <w:t>Ovaj obrazac podnosi se ako korisnik, sukladno članku 26. stavku 2. Pravilnika, traži prethodno pisano odobrenje Grada Ploča da neutrošeni dio dodijeljenih sredstava koristi za druge opravdane i povezane troškove iste aktivnosti.</w:t>
      </w:r>
    </w:p>
    <w:p w14:paraId="28DDFEC2" w14:textId="77777777" w:rsidR="00EA60DE" w:rsidRPr="000C11BD" w:rsidRDefault="00831AB5" w:rsidP="000C11BD">
      <w:pPr>
        <w:spacing w:line="240" w:lineRule="auto"/>
        <w:rPr>
          <w:rFonts w:cs="Times New Roman"/>
          <w:szCs w:val="24"/>
          <w:lang w:val="hr-HR"/>
        </w:rPr>
      </w:pPr>
      <w:r w:rsidRPr="000C11BD">
        <w:rPr>
          <w:rFonts w:cs="Times New Roman"/>
          <w:b/>
          <w:szCs w:val="24"/>
          <w:lang w:val="hr-HR"/>
        </w:rPr>
        <w:t>1. Podaci o korisniku i aktivnosti</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52"/>
        <w:gridCol w:w="5102"/>
      </w:tblGrid>
      <w:tr w:rsidR="00EA60DE" w:rsidRPr="000C11BD" w14:paraId="21E738A6" w14:textId="77777777">
        <w:trPr>
          <w:jc w:val="center"/>
        </w:trPr>
        <w:tc>
          <w:tcPr>
            <w:tcW w:w="4252" w:type="dxa"/>
          </w:tcPr>
          <w:p w14:paraId="678318D6" w14:textId="77777777" w:rsidR="00EA60DE" w:rsidRPr="000C11BD" w:rsidRDefault="00831AB5" w:rsidP="000C11BD">
            <w:pPr>
              <w:spacing w:line="240" w:lineRule="auto"/>
              <w:rPr>
                <w:rFonts w:cs="Times New Roman"/>
                <w:szCs w:val="24"/>
                <w:lang w:val="hr-HR"/>
              </w:rPr>
            </w:pPr>
            <w:r w:rsidRPr="000C11BD">
              <w:rPr>
                <w:rFonts w:cs="Times New Roman"/>
                <w:b/>
                <w:szCs w:val="24"/>
                <w:lang w:val="hr-HR"/>
              </w:rPr>
              <w:t>Naziv korisnika / ime i prezime fizičke osobe:</w:t>
            </w:r>
          </w:p>
        </w:tc>
        <w:tc>
          <w:tcPr>
            <w:tcW w:w="5102" w:type="dxa"/>
          </w:tcPr>
          <w:p w14:paraId="2B5CCB12" w14:textId="77777777" w:rsidR="00EA60DE" w:rsidRPr="000C11BD" w:rsidRDefault="00EA60DE" w:rsidP="000C11BD">
            <w:pPr>
              <w:spacing w:line="240" w:lineRule="auto"/>
              <w:rPr>
                <w:rFonts w:cs="Times New Roman"/>
                <w:szCs w:val="24"/>
                <w:lang w:val="hr-HR"/>
              </w:rPr>
            </w:pPr>
          </w:p>
        </w:tc>
      </w:tr>
      <w:tr w:rsidR="00EA60DE" w:rsidRPr="000C11BD" w14:paraId="270229CE" w14:textId="77777777">
        <w:trPr>
          <w:jc w:val="center"/>
        </w:trPr>
        <w:tc>
          <w:tcPr>
            <w:tcW w:w="4252" w:type="dxa"/>
          </w:tcPr>
          <w:p w14:paraId="3E74FA3E" w14:textId="77777777" w:rsidR="00EA60DE" w:rsidRPr="000C11BD" w:rsidRDefault="00831AB5" w:rsidP="000C11BD">
            <w:pPr>
              <w:spacing w:line="240" w:lineRule="auto"/>
              <w:rPr>
                <w:rFonts w:cs="Times New Roman"/>
                <w:szCs w:val="24"/>
                <w:lang w:val="hr-HR"/>
              </w:rPr>
            </w:pPr>
            <w:r w:rsidRPr="000C11BD">
              <w:rPr>
                <w:rFonts w:cs="Times New Roman"/>
                <w:b/>
                <w:szCs w:val="24"/>
                <w:lang w:val="hr-HR"/>
              </w:rPr>
              <w:t>OIB:</w:t>
            </w:r>
          </w:p>
        </w:tc>
        <w:tc>
          <w:tcPr>
            <w:tcW w:w="5102" w:type="dxa"/>
          </w:tcPr>
          <w:p w14:paraId="28B0F05F" w14:textId="77777777" w:rsidR="00EA60DE" w:rsidRPr="000C11BD" w:rsidRDefault="00EA60DE" w:rsidP="000C11BD">
            <w:pPr>
              <w:spacing w:line="240" w:lineRule="auto"/>
              <w:rPr>
                <w:rFonts w:cs="Times New Roman"/>
                <w:szCs w:val="24"/>
                <w:lang w:val="hr-HR"/>
              </w:rPr>
            </w:pPr>
          </w:p>
        </w:tc>
      </w:tr>
      <w:tr w:rsidR="00EA60DE" w:rsidRPr="000C11BD" w14:paraId="2BC98E1B" w14:textId="77777777">
        <w:trPr>
          <w:jc w:val="center"/>
        </w:trPr>
        <w:tc>
          <w:tcPr>
            <w:tcW w:w="4252" w:type="dxa"/>
          </w:tcPr>
          <w:p w14:paraId="190A8DA5" w14:textId="77777777" w:rsidR="00EA60DE" w:rsidRPr="000C11BD" w:rsidRDefault="00831AB5" w:rsidP="000C11BD">
            <w:pPr>
              <w:spacing w:line="240" w:lineRule="auto"/>
              <w:rPr>
                <w:rFonts w:cs="Times New Roman"/>
                <w:szCs w:val="24"/>
                <w:lang w:val="hr-HR"/>
              </w:rPr>
            </w:pPr>
            <w:r w:rsidRPr="000C11BD">
              <w:rPr>
                <w:rFonts w:cs="Times New Roman"/>
                <w:b/>
                <w:szCs w:val="24"/>
                <w:lang w:val="hr-HR"/>
              </w:rPr>
              <w:t>Naziv aktivnosti:</w:t>
            </w:r>
          </w:p>
        </w:tc>
        <w:tc>
          <w:tcPr>
            <w:tcW w:w="5102" w:type="dxa"/>
          </w:tcPr>
          <w:p w14:paraId="44E8A332" w14:textId="77777777" w:rsidR="00EA60DE" w:rsidRPr="000C11BD" w:rsidRDefault="00EA60DE" w:rsidP="000C11BD">
            <w:pPr>
              <w:spacing w:line="240" w:lineRule="auto"/>
              <w:rPr>
                <w:rFonts w:cs="Times New Roman"/>
                <w:szCs w:val="24"/>
                <w:lang w:val="hr-HR"/>
              </w:rPr>
            </w:pPr>
          </w:p>
        </w:tc>
      </w:tr>
      <w:tr w:rsidR="00EA60DE" w:rsidRPr="000C11BD" w14:paraId="6B150C42" w14:textId="77777777">
        <w:trPr>
          <w:jc w:val="center"/>
        </w:trPr>
        <w:tc>
          <w:tcPr>
            <w:tcW w:w="4252" w:type="dxa"/>
          </w:tcPr>
          <w:p w14:paraId="6E5D6C96" w14:textId="77777777" w:rsidR="00EA60DE" w:rsidRPr="000C11BD" w:rsidRDefault="00831AB5" w:rsidP="000C11BD">
            <w:pPr>
              <w:spacing w:line="240" w:lineRule="auto"/>
              <w:rPr>
                <w:rFonts w:cs="Times New Roman"/>
                <w:szCs w:val="24"/>
                <w:lang w:val="hr-HR"/>
              </w:rPr>
            </w:pPr>
            <w:r w:rsidRPr="000C11BD">
              <w:rPr>
                <w:rFonts w:cs="Times New Roman"/>
                <w:b/>
                <w:szCs w:val="24"/>
                <w:lang w:val="hr-HR"/>
              </w:rPr>
              <w:t>Odobreni iznos sredstava:</w:t>
            </w:r>
          </w:p>
        </w:tc>
        <w:tc>
          <w:tcPr>
            <w:tcW w:w="5102" w:type="dxa"/>
          </w:tcPr>
          <w:p w14:paraId="111B9AF9" w14:textId="77777777" w:rsidR="00EA60DE" w:rsidRPr="000C11BD" w:rsidRDefault="00831AB5" w:rsidP="000C11BD">
            <w:pPr>
              <w:spacing w:line="240" w:lineRule="auto"/>
              <w:rPr>
                <w:rFonts w:cs="Times New Roman"/>
                <w:szCs w:val="24"/>
                <w:lang w:val="hr-HR"/>
              </w:rPr>
            </w:pPr>
            <w:r w:rsidRPr="000C11BD">
              <w:rPr>
                <w:rFonts w:cs="Times New Roman"/>
                <w:szCs w:val="24"/>
                <w:lang w:val="hr-HR"/>
              </w:rPr>
              <w:t>__________ EUR</w:t>
            </w:r>
          </w:p>
        </w:tc>
      </w:tr>
      <w:tr w:rsidR="00EA60DE" w:rsidRPr="000C11BD" w14:paraId="0C8B1DB2" w14:textId="77777777">
        <w:trPr>
          <w:jc w:val="center"/>
        </w:trPr>
        <w:tc>
          <w:tcPr>
            <w:tcW w:w="4252" w:type="dxa"/>
          </w:tcPr>
          <w:p w14:paraId="21843CF6" w14:textId="77777777" w:rsidR="00EA60DE" w:rsidRPr="000C11BD" w:rsidRDefault="00831AB5" w:rsidP="000C11BD">
            <w:pPr>
              <w:spacing w:line="240" w:lineRule="auto"/>
              <w:rPr>
                <w:rFonts w:cs="Times New Roman"/>
                <w:szCs w:val="24"/>
                <w:lang w:val="hr-HR"/>
              </w:rPr>
            </w:pPr>
            <w:r w:rsidRPr="000C11BD">
              <w:rPr>
                <w:rFonts w:cs="Times New Roman"/>
                <w:b/>
                <w:szCs w:val="24"/>
                <w:lang w:val="hr-HR"/>
              </w:rPr>
              <w:t>Do sada utrošeni iznos sredstava:</w:t>
            </w:r>
          </w:p>
        </w:tc>
        <w:tc>
          <w:tcPr>
            <w:tcW w:w="5102" w:type="dxa"/>
          </w:tcPr>
          <w:p w14:paraId="69235BF1" w14:textId="77777777" w:rsidR="00EA60DE" w:rsidRPr="000C11BD" w:rsidRDefault="00831AB5" w:rsidP="000C11BD">
            <w:pPr>
              <w:spacing w:line="240" w:lineRule="auto"/>
              <w:rPr>
                <w:rFonts w:cs="Times New Roman"/>
                <w:szCs w:val="24"/>
                <w:lang w:val="hr-HR"/>
              </w:rPr>
            </w:pPr>
            <w:r w:rsidRPr="000C11BD">
              <w:rPr>
                <w:rFonts w:cs="Times New Roman"/>
                <w:szCs w:val="24"/>
                <w:lang w:val="hr-HR"/>
              </w:rPr>
              <w:t>__________ EUR</w:t>
            </w:r>
          </w:p>
        </w:tc>
      </w:tr>
      <w:tr w:rsidR="00EA60DE" w:rsidRPr="000C11BD" w14:paraId="2803EA9E" w14:textId="77777777">
        <w:trPr>
          <w:jc w:val="center"/>
        </w:trPr>
        <w:tc>
          <w:tcPr>
            <w:tcW w:w="4252" w:type="dxa"/>
          </w:tcPr>
          <w:p w14:paraId="4FFEF3C7" w14:textId="77777777" w:rsidR="00EA60DE" w:rsidRPr="000C11BD" w:rsidRDefault="00831AB5" w:rsidP="000C11BD">
            <w:pPr>
              <w:spacing w:line="240" w:lineRule="auto"/>
              <w:rPr>
                <w:rFonts w:cs="Times New Roman"/>
                <w:szCs w:val="24"/>
                <w:lang w:val="hr-HR"/>
              </w:rPr>
            </w:pPr>
            <w:r w:rsidRPr="000C11BD">
              <w:rPr>
                <w:rFonts w:cs="Times New Roman"/>
                <w:b/>
                <w:szCs w:val="24"/>
                <w:lang w:val="hr-HR"/>
              </w:rPr>
              <w:t>Neutrošeni dio sredstava za koji se traži odobrenje:</w:t>
            </w:r>
          </w:p>
        </w:tc>
        <w:tc>
          <w:tcPr>
            <w:tcW w:w="5102" w:type="dxa"/>
          </w:tcPr>
          <w:p w14:paraId="02DB0964" w14:textId="77777777" w:rsidR="00EA60DE" w:rsidRPr="000C11BD" w:rsidRDefault="00831AB5" w:rsidP="000C11BD">
            <w:pPr>
              <w:spacing w:line="240" w:lineRule="auto"/>
              <w:rPr>
                <w:rFonts w:cs="Times New Roman"/>
                <w:szCs w:val="24"/>
                <w:lang w:val="hr-HR"/>
              </w:rPr>
            </w:pPr>
            <w:r w:rsidRPr="000C11BD">
              <w:rPr>
                <w:rFonts w:cs="Times New Roman"/>
                <w:szCs w:val="24"/>
                <w:lang w:val="hr-HR"/>
              </w:rPr>
              <w:t>__________ EUR</w:t>
            </w:r>
          </w:p>
        </w:tc>
      </w:tr>
    </w:tbl>
    <w:p w14:paraId="394C6619" w14:textId="77777777" w:rsidR="00EA60DE" w:rsidRPr="000C11BD" w:rsidRDefault="00EA60DE" w:rsidP="000C11BD">
      <w:pPr>
        <w:spacing w:line="240" w:lineRule="auto"/>
        <w:rPr>
          <w:rFonts w:cs="Times New Roman"/>
          <w:szCs w:val="24"/>
          <w:lang w:val="hr-HR"/>
        </w:rPr>
      </w:pPr>
    </w:p>
    <w:p w14:paraId="42F5AE7D" w14:textId="77777777" w:rsidR="00EA60DE" w:rsidRPr="000C11BD" w:rsidRDefault="00831AB5" w:rsidP="000C11BD">
      <w:pPr>
        <w:spacing w:line="240" w:lineRule="auto"/>
        <w:rPr>
          <w:rFonts w:cs="Times New Roman"/>
          <w:szCs w:val="24"/>
          <w:lang w:val="hr-HR"/>
        </w:rPr>
      </w:pPr>
      <w:r w:rsidRPr="000C11BD">
        <w:rPr>
          <w:rFonts w:cs="Times New Roman"/>
          <w:b/>
          <w:szCs w:val="24"/>
          <w:lang w:val="hr-HR"/>
        </w:rPr>
        <w:t>2. Razlog nastanka neutrošenog dijela sredstava</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087"/>
      </w:tblGrid>
      <w:tr w:rsidR="00EA60DE" w:rsidRPr="000C11BD" w14:paraId="010182B1" w14:textId="77777777">
        <w:trPr>
          <w:jc w:val="center"/>
        </w:trPr>
        <w:tc>
          <w:tcPr>
            <w:tcW w:w="2268" w:type="dxa"/>
          </w:tcPr>
          <w:p w14:paraId="6633D058" w14:textId="77777777" w:rsidR="00EA60DE" w:rsidRPr="000C11BD" w:rsidRDefault="00831AB5" w:rsidP="000C11BD">
            <w:pPr>
              <w:spacing w:line="240" w:lineRule="auto"/>
              <w:rPr>
                <w:rFonts w:cs="Times New Roman"/>
                <w:szCs w:val="24"/>
                <w:lang w:val="hr-HR"/>
              </w:rPr>
            </w:pPr>
            <w:r w:rsidRPr="000C11BD">
              <w:rPr>
                <w:rFonts w:cs="Times New Roman"/>
                <w:b/>
                <w:szCs w:val="24"/>
                <w:lang w:val="hr-HR"/>
              </w:rPr>
              <w:t>Obrazloženje:</w:t>
            </w:r>
          </w:p>
        </w:tc>
        <w:tc>
          <w:tcPr>
            <w:tcW w:w="7087" w:type="dxa"/>
          </w:tcPr>
          <w:p w14:paraId="6CCC9F20" w14:textId="77777777" w:rsidR="00EA60DE" w:rsidRPr="000C11BD" w:rsidRDefault="00831AB5" w:rsidP="000C11BD">
            <w:pPr>
              <w:spacing w:line="240" w:lineRule="auto"/>
              <w:rPr>
                <w:rFonts w:cs="Times New Roman"/>
                <w:szCs w:val="24"/>
                <w:lang w:val="hr-HR"/>
              </w:rPr>
            </w:pPr>
            <w:r w:rsidRPr="000C11BD">
              <w:rPr>
                <w:rFonts w:cs="Times New Roman"/>
                <w:szCs w:val="24"/>
                <w:lang w:val="hr-HR"/>
              </w:rPr>
              <w:br/>
            </w:r>
            <w:r w:rsidRPr="000C11BD">
              <w:rPr>
                <w:rFonts w:cs="Times New Roman"/>
                <w:szCs w:val="24"/>
                <w:lang w:val="hr-HR"/>
              </w:rPr>
              <w:br/>
            </w:r>
            <w:r w:rsidRPr="000C11BD">
              <w:rPr>
                <w:rFonts w:cs="Times New Roman"/>
                <w:szCs w:val="24"/>
                <w:lang w:val="hr-HR"/>
              </w:rPr>
              <w:br/>
            </w:r>
            <w:r w:rsidRPr="000C11BD">
              <w:rPr>
                <w:rFonts w:cs="Times New Roman"/>
                <w:szCs w:val="24"/>
                <w:lang w:val="hr-HR"/>
              </w:rPr>
              <w:br/>
            </w:r>
          </w:p>
        </w:tc>
      </w:tr>
    </w:tbl>
    <w:p w14:paraId="31FF81B7" w14:textId="77777777" w:rsidR="00EA60DE" w:rsidRPr="000C11BD" w:rsidRDefault="00EA60DE" w:rsidP="000C11BD">
      <w:pPr>
        <w:spacing w:line="240" w:lineRule="auto"/>
        <w:rPr>
          <w:rFonts w:cs="Times New Roman"/>
          <w:szCs w:val="24"/>
          <w:lang w:val="hr-HR"/>
        </w:rPr>
      </w:pPr>
    </w:p>
    <w:p w14:paraId="322012EA" w14:textId="77777777" w:rsidR="00EA60DE" w:rsidRPr="000C11BD" w:rsidRDefault="00831AB5" w:rsidP="000C11BD">
      <w:pPr>
        <w:spacing w:line="240" w:lineRule="auto"/>
        <w:rPr>
          <w:rFonts w:cs="Times New Roman"/>
          <w:szCs w:val="24"/>
          <w:lang w:val="hr-HR"/>
        </w:rPr>
      </w:pPr>
      <w:r w:rsidRPr="000C11BD">
        <w:rPr>
          <w:rFonts w:cs="Times New Roman"/>
          <w:b/>
          <w:szCs w:val="24"/>
          <w:lang w:val="hr-HR"/>
        </w:rPr>
        <w:t>3. Predloženo korištenje neutrošenog dijela sredstava</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56"/>
        <w:gridCol w:w="3241"/>
        <w:gridCol w:w="1631"/>
        <w:gridCol w:w="3268"/>
      </w:tblGrid>
      <w:tr w:rsidR="00EA60DE" w:rsidRPr="000C11BD" w14:paraId="3CBEC68D" w14:textId="77777777" w:rsidTr="008157EB">
        <w:trPr>
          <w:jc w:val="center"/>
        </w:trPr>
        <w:tc>
          <w:tcPr>
            <w:tcW w:w="850" w:type="dxa"/>
            <w:vAlign w:val="center"/>
          </w:tcPr>
          <w:p w14:paraId="13825A4A" w14:textId="77777777" w:rsidR="00EA60DE" w:rsidRPr="000C11BD" w:rsidRDefault="00831AB5" w:rsidP="000C11BD">
            <w:pPr>
              <w:spacing w:line="240" w:lineRule="auto"/>
              <w:jc w:val="center"/>
              <w:rPr>
                <w:rFonts w:cs="Times New Roman"/>
                <w:szCs w:val="24"/>
                <w:lang w:val="hr-HR"/>
              </w:rPr>
            </w:pPr>
            <w:r w:rsidRPr="000C11BD">
              <w:rPr>
                <w:rFonts w:cs="Times New Roman"/>
                <w:b/>
                <w:szCs w:val="24"/>
                <w:lang w:val="hr-HR"/>
              </w:rPr>
              <w:t>Red. br.</w:t>
            </w:r>
          </w:p>
        </w:tc>
        <w:tc>
          <w:tcPr>
            <w:tcW w:w="3402" w:type="dxa"/>
            <w:vAlign w:val="center"/>
          </w:tcPr>
          <w:p w14:paraId="0ACE785A" w14:textId="77777777" w:rsidR="00EA60DE" w:rsidRPr="000C11BD" w:rsidRDefault="00831AB5" w:rsidP="000C11BD">
            <w:pPr>
              <w:spacing w:line="240" w:lineRule="auto"/>
              <w:jc w:val="center"/>
              <w:rPr>
                <w:rFonts w:cs="Times New Roman"/>
                <w:szCs w:val="24"/>
                <w:lang w:val="hr-HR"/>
              </w:rPr>
            </w:pPr>
            <w:r w:rsidRPr="000C11BD">
              <w:rPr>
                <w:rFonts w:cs="Times New Roman"/>
                <w:b/>
                <w:szCs w:val="24"/>
                <w:lang w:val="hr-HR"/>
              </w:rPr>
              <w:t>Povezani trošak iste aktivnosti</w:t>
            </w:r>
          </w:p>
        </w:tc>
        <w:tc>
          <w:tcPr>
            <w:tcW w:w="1701" w:type="dxa"/>
            <w:vAlign w:val="center"/>
          </w:tcPr>
          <w:p w14:paraId="2DEBDE04" w14:textId="77777777" w:rsidR="00EA60DE" w:rsidRPr="000C11BD" w:rsidRDefault="00831AB5" w:rsidP="000C11BD">
            <w:pPr>
              <w:spacing w:line="240" w:lineRule="auto"/>
              <w:jc w:val="center"/>
              <w:rPr>
                <w:rFonts w:cs="Times New Roman"/>
                <w:szCs w:val="24"/>
                <w:lang w:val="hr-HR"/>
              </w:rPr>
            </w:pPr>
            <w:r w:rsidRPr="000C11BD">
              <w:rPr>
                <w:rFonts w:cs="Times New Roman"/>
                <w:b/>
                <w:szCs w:val="24"/>
                <w:lang w:val="hr-HR"/>
              </w:rPr>
              <w:t>Iznos</w:t>
            </w:r>
          </w:p>
        </w:tc>
        <w:tc>
          <w:tcPr>
            <w:tcW w:w="3402" w:type="dxa"/>
            <w:vAlign w:val="center"/>
          </w:tcPr>
          <w:p w14:paraId="4CB0FBF5" w14:textId="77777777" w:rsidR="00EA60DE" w:rsidRPr="000C11BD" w:rsidRDefault="00831AB5" w:rsidP="000C11BD">
            <w:pPr>
              <w:spacing w:line="240" w:lineRule="auto"/>
              <w:jc w:val="center"/>
              <w:rPr>
                <w:rFonts w:cs="Times New Roman"/>
                <w:szCs w:val="24"/>
                <w:lang w:val="hr-HR"/>
              </w:rPr>
            </w:pPr>
            <w:r w:rsidRPr="000C11BD">
              <w:rPr>
                <w:rFonts w:cs="Times New Roman"/>
                <w:b/>
                <w:szCs w:val="24"/>
                <w:lang w:val="hr-HR"/>
              </w:rPr>
              <w:t>Obrazloženje povezanosti s aktivnošću</w:t>
            </w:r>
          </w:p>
        </w:tc>
      </w:tr>
      <w:tr w:rsidR="00EA60DE" w:rsidRPr="000C11BD" w14:paraId="2CFD69AD" w14:textId="77777777" w:rsidTr="008157EB">
        <w:trPr>
          <w:jc w:val="center"/>
        </w:trPr>
        <w:tc>
          <w:tcPr>
            <w:tcW w:w="850" w:type="dxa"/>
            <w:vAlign w:val="center"/>
          </w:tcPr>
          <w:p w14:paraId="7DD3D79A" w14:textId="77777777" w:rsidR="00EA60DE" w:rsidRPr="000C11BD" w:rsidRDefault="00831AB5" w:rsidP="000C11BD">
            <w:pPr>
              <w:spacing w:line="240" w:lineRule="auto"/>
              <w:jc w:val="center"/>
              <w:rPr>
                <w:rFonts w:cs="Times New Roman"/>
                <w:szCs w:val="24"/>
                <w:lang w:val="hr-HR"/>
              </w:rPr>
            </w:pPr>
            <w:r w:rsidRPr="000C11BD">
              <w:rPr>
                <w:rFonts w:cs="Times New Roman"/>
                <w:szCs w:val="24"/>
                <w:lang w:val="hr-HR"/>
              </w:rPr>
              <w:t>1.</w:t>
            </w:r>
          </w:p>
        </w:tc>
        <w:tc>
          <w:tcPr>
            <w:tcW w:w="3402" w:type="dxa"/>
          </w:tcPr>
          <w:p w14:paraId="43031A9E" w14:textId="77777777" w:rsidR="00EA60DE" w:rsidRPr="000C11BD" w:rsidRDefault="00EA60DE" w:rsidP="000C11BD">
            <w:pPr>
              <w:spacing w:line="240" w:lineRule="auto"/>
              <w:rPr>
                <w:rFonts w:cs="Times New Roman"/>
                <w:szCs w:val="24"/>
                <w:lang w:val="hr-HR"/>
              </w:rPr>
            </w:pPr>
          </w:p>
        </w:tc>
        <w:tc>
          <w:tcPr>
            <w:tcW w:w="1701" w:type="dxa"/>
          </w:tcPr>
          <w:p w14:paraId="6920F9FC" w14:textId="77777777" w:rsidR="00EA60DE" w:rsidRPr="000C11BD" w:rsidRDefault="00EA60DE" w:rsidP="000C11BD">
            <w:pPr>
              <w:spacing w:line="240" w:lineRule="auto"/>
              <w:rPr>
                <w:rFonts w:cs="Times New Roman"/>
                <w:szCs w:val="24"/>
                <w:lang w:val="hr-HR"/>
              </w:rPr>
            </w:pPr>
          </w:p>
        </w:tc>
        <w:tc>
          <w:tcPr>
            <w:tcW w:w="3402" w:type="dxa"/>
          </w:tcPr>
          <w:p w14:paraId="3123298A" w14:textId="77777777" w:rsidR="00EA60DE" w:rsidRPr="000C11BD" w:rsidRDefault="00EA60DE" w:rsidP="000C11BD">
            <w:pPr>
              <w:spacing w:line="240" w:lineRule="auto"/>
              <w:rPr>
                <w:rFonts w:cs="Times New Roman"/>
                <w:szCs w:val="24"/>
                <w:lang w:val="hr-HR"/>
              </w:rPr>
            </w:pPr>
          </w:p>
        </w:tc>
      </w:tr>
      <w:tr w:rsidR="00EA60DE" w:rsidRPr="000C11BD" w14:paraId="78AB33A3" w14:textId="77777777" w:rsidTr="008157EB">
        <w:trPr>
          <w:jc w:val="center"/>
        </w:trPr>
        <w:tc>
          <w:tcPr>
            <w:tcW w:w="850" w:type="dxa"/>
            <w:vAlign w:val="center"/>
          </w:tcPr>
          <w:p w14:paraId="10CBE3D3" w14:textId="77777777" w:rsidR="00EA60DE" w:rsidRPr="000C11BD" w:rsidRDefault="00831AB5" w:rsidP="000C11BD">
            <w:pPr>
              <w:spacing w:line="240" w:lineRule="auto"/>
              <w:jc w:val="center"/>
              <w:rPr>
                <w:rFonts w:cs="Times New Roman"/>
                <w:szCs w:val="24"/>
                <w:lang w:val="hr-HR"/>
              </w:rPr>
            </w:pPr>
            <w:r w:rsidRPr="000C11BD">
              <w:rPr>
                <w:rFonts w:cs="Times New Roman"/>
                <w:szCs w:val="24"/>
                <w:lang w:val="hr-HR"/>
              </w:rPr>
              <w:t>2.</w:t>
            </w:r>
          </w:p>
        </w:tc>
        <w:tc>
          <w:tcPr>
            <w:tcW w:w="3402" w:type="dxa"/>
          </w:tcPr>
          <w:p w14:paraId="78EFBE2F" w14:textId="77777777" w:rsidR="00EA60DE" w:rsidRPr="000C11BD" w:rsidRDefault="00EA60DE" w:rsidP="000C11BD">
            <w:pPr>
              <w:spacing w:line="240" w:lineRule="auto"/>
              <w:rPr>
                <w:rFonts w:cs="Times New Roman"/>
                <w:szCs w:val="24"/>
                <w:lang w:val="hr-HR"/>
              </w:rPr>
            </w:pPr>
          </w:p>
        </w:tc>
        <w:tc>
          <w:tcPr>
            <w:tcW w:w="1701" w:type="dxa"/>
          </w:tcPr>
          <w:p w14:paraId="20601B8B" w14:textId="77777777" w:rsidR="00EA60DE" w:rsidRPr="000C11BD" w:rsidRDefault="00EA60DE" w:rsidP="000C11BD">
            <w:pPr>
              <w:spacing w:line="240" w:lineRule="auto"/>
              <w:rPr>
                <w:rFonts w:cs="Times New Roman"/>
                <w:szCs w:val="24"/>
                <w:lang w:val="hr-HR"/>
              </w:rPr>
            </w:pPr>
          </w:p>
        </w:tc>
        <w:tc>
          <w:tcPr>
            <w:tcW w:w="3402" w:type="dxa"/>
          </w:tcPr>
          <w:p w14:paraId="220D70C0" w14:textId="77777777" w:rsidR="00EA60DE" w:rsidRPr="000C11BD" w:rsidRDefault="00EA60DE" w:rsidP="000C11BD">
            <w:pPr>
              <w:spacing w:line="240" w:lineRule="auto"/>
              <w:rPr>
                <w:rFonts w:cs="Times New Roman"/>
                <w:szCs w:val="24"/>
                <w:lang w:val="hr-HR"/>
              </w:rPr>
            </w:pPr>
          </w:p>
        </w:tc>
      </w:tr>
      <w:tr w:rsidR="00EA60DE" w:rsidRPr="000C11BD" w14:paraId="58565BE6" w14:textId="77777777" w:rsidTr="008157EB">
        <w:trPr>
          <w:jc w:val="center"/>
        </w:trPr>
        <w:tc>
          <w:tcPr>
            <w:tcW w:w="850" w:type="dxa"/>
            <w:vAlign w:val="center"/>
          </w:tcPr>
          <w:p w14:paraId="5AE8F5C4" w14:textId="77777777" w:rsidR="00EA60DE" w:rsidRPr="000C11BD" w:rsidRDefault="00831AB5" w:rsidP="000C11BD">
            <w:pPr>
              <w:spacing w:line="240" w:lineRule="auto"/>
              <w:jc w:val="center"/>
              <w:rPr>
                <w:rFonts w:cs="Times New Roman"/>
                <w:szCs w:val="24"/>
                <w:lang w:val="hr-HR"/>
              </w:rPr>
            </w:pPr>
            <w:r w:rsidRPr="000C11BD">
              <w:rPr>
                <w:rFonts w:cs="Times New Roman"/>
                <w:szCs w:val="24"/>
                <w:lang w:val="hr-HR"/>
              </w:rPr>
              <w:t>3.</w:t>
            </w:r>
          </w:p>
        </w:tc>
        <w:tc>
          <w:tcPr>
            <w:tcW w:w="3402" w:type="dxa"/>
          </w:tcPr>
          <w:p w14:paraId="36293C4A" w14:textId="77777777" w:rsidR="00EA60DE" w:rsidRPr="000C11BD" w:rsidRDefault="00EA60DE" w:rsidP="000C11BD">
            <w:pPr>
              <w:spacing w:line="240" w:lineRule="auto"/>
              <w:rPr>
                <w:rFonts w:cs="Times New Roman"/>
                <w:szCs w:val="24"/>
                <w:lang w:val="hr-HR"/>
              </w:rPr>
            </w:pPr>
          </w:p>
        </w:tc>
        <w:tc>
          <w:tcPr>
            <w:tcW w:w="1701" w:type="dxa"/>
          </w:tcPr>
          <w:p w14:paraId="66FAC5C9" w14:textId="77777777" w:rsidR="00EA60DE" w:rsidRPr="000C11BD" w:rsidRDefault="00EA60DE" w:rsidP="000C11BD">
            <w:pPr>
              <w:spacing w:line="240" w:lineRule="auto"/>
              <w:rPr>
                <w:rFonts w:cs="Times New Roman"/>
                <w:szCs w:val="24"/>
                <w:lang w:val="hr-HR"/>
              </w:rPr>
            </w:pPr>
          </w:p>
        </w:tc>
        <w:tc>
          <w:tcPr>
            <w:tcW w:w="3402" w:type="dxa"/>
          </w:tcPr>
          <w:p w14:paraId="3D82A73B" w14:textId="77777777" w:rsidR="00EA60DE" w:rsidRPr="000C11BD" w:rsidRDefault="00EA60DE" w:rsidP="000C11BD">
            <w:pPr>
              <w:spacing w:line="240" w:lineRule="auto"/>
              <w:rPr>
                <w:rFonts w:cs="Times New Roman"/>
                <w:szCs w:val="24"/>
                <w:lang w:val="hr-HR"/>
              </w:rPr>
            </w:pPr>
          </w:p>
        </w:tc>
      </w:tr>
      <w:tr w:rsidR="00EA60DE" w:rsidRPr="000C11BD" w14:paraId="24A79248" w14:textId="77777777" w:rsidTr="008157EB">
        <w:trPr>
          <w:jc w:val="center"/>
        </w:trPr>
        <w:tc>
          <w:tcPr>
            <w:tcW w:w="850" w:type="dxa"/>
            <w:vAlign w:val="center"/>
          </w:tcPr>
          <w:p w14:paraId="04105BC1" w14:textId="77777777" w:rsidR="00EA60DE" w:rsidRPr="000C11BD" w:rsidRDefault="00831AB5" w:rsidP="000C11BD">
            <w:pPr>
              <w:spacing w:line="240" w:lineRule="auto"/>
              <w:jc w:val="center"/>
              <w:rPr>
                <w:rFonts w:cs="Times New Roman"/>
                <w:szCs w:val="24"/>
                <w:lang w:val="hr-HR"/>
              </w:rPr>
            </w:pPr>
            <w:r w:rsidRPr="000C11BD">
              <w:rPr>
                <w:rFonts w:cs="Times New Roman"/>
                <w:szCs w:val="24"/>
                <w:lang w:val="hr-HR"/>
              </w:rPr>
              <w:t>4.</w:t>
            </w:r>
          </w:p>
        </w:tc>
        <w:tc>
          <w:tcPr>
            <w:tcW w:w="3402" w:type="dxa"/>
          </w:tcPr>
          <w:p w14:paraId="029C9C63" w14:textId="77777777" w:rsidR="00EA60DE" w:rsidRPr="000C11BD" w:rsidRDefault="00EA60DE" w:rsidP="000C11BD">
            <w:pPr>
              <w:spacing w:line="240" w:lineRule="auto"/>
              <w:rPr>
                <w:rFonts w:cs="Times New Roman"/>
                <w:szCs w:val="24"/>
                <w:lang w:val="hr-HR"/>
              </w:rPr>
            </w:pPr>
          </w:p>
        </w:tc>
        <w:tc>
          <w:tcPr>
            <w:tcW w:w="1701" w:type="dxa"/>
          </w:tcPr>
          <w:p w14:paraId="4D2827F4" w14:textId="77777777" w:rsidR="00EA60DE" w:rsidRPr="000C11BD" w:rsidRDefault="00EA60DE" w:rsidP="000C11BD">
            <w:pPr>
              <w:spacing w:line="240" w:lineRule="auto"/>
              <w:rPr>
                <w:rFonts w:cs="Times New Roman"/>
                <w:szCs w:val="24"/>
                <w:lang w:val="hr-HR"/>
              </w:rPr>
            </w:pPr>
          </w:p>
        </w:tc>
        <w:tc>
          <w:tcPr>
            <w:tcW w:w="3402" w:type="dxa"/>
          </w:tcPr>
          <w:p w14:paraId="18919902" w14:textId="77777777" w:rsidR="00EA60DE" w:rsidRPr="000C11BD" w:rsidRDefault="00EA60DE" w:rsidP="000C11BD">
            <w:pPr>
              <w:spacing w:line="240" w:lineRule="auto"/>
              <w:rPr>
                <w:rFonts w:cs="Times New Roman"/>
                <w:szCs w:val="24"/>
                <w:lang w:val="hr-HR"/>
              </w:rPr>
            </w:pPr>
          </w:p>
        </w:tc>
      </w:tr>
      <w:tr w:rsidR="00EA60DE" w:rsidRPr="000C11BD" w14:paraId="73D714CB" w14:textId="77777777">
        <w:trPr>
          <w:jc w:val="center"/>
        </w:trPr>
        <w:tc>
          <w:tcPr>
            <w:tcW w:w="850" w:type="dxa"/>
          </w:tcPr>
          <w:p w14:paraId="4BA3A29B" w14:textId="77777777" w:rsidR="00EA60DE" w:rsidRPr="000C11BD" w:rsidRDefault="00831AB5" w:rsidP="000C11BD">
            <w:pPr>
              <w:spacing w:line="240" w:lineRule="auto"/>
              <w:rPr>
                <w:rFonts w:cs="Times New Roman"/>
                <w:szCs w:val="24"/>
                <w:lang w:val="hr-HR"/>
              </w:rPr>
            </w:pPr>
            <w:r w:rsidRPr="000C11BD">
              <w:rPr>
                <w:rFonts w:cs="Times New Roman"/>
                <w:b/>
                <w:szCs w:val="24"/>
                <w:lang w:val="hr-HR"/>
              </w:rPr>
              <w:t>UKUPNO</w:t>
            </w:r>
          </w:p>
        </w:tc>
        <w:tc>
          <w:tcPr>
            <w:tcW w:w="3402" w:type="dxa"/>
          </w:tcPr>
          <w:p w14:paraId="5FA1F4F7" w14:textId="77777777" w:rsidR="00EA60DE" w:rsidRPr="000C11BD" w:rsidRDefault="00EA60DE" w:rsidP="000C11BD">
            <w:pPr>
              <w:spacing w:line="240" w:lineRule="auto"/>
              <w:rPr>
                <w:rFonts w:cs="Times New Roman"/>
                <w:szCs w:val="24"/>
                <w:lang w:val="hr-HR"/>
              </w:rPr>
            </w:pPr>
          </w:p>
        </w:tc>
        <w:tc>
          <w:tcPr>
            <w:tcW w:w="1701" w:type="dxa"/>
          </w:tcPr>
          <w:p w14:paraId="633F8DB5" w14:textId="77777777" w:rsidR="00EA60DE" w:rsidRPr="000C11BD" w:rsidRDefault="00EA60DE" w:rsidP="000C11BD">
            <w:pPr>
              <w:spacing w:line="240" w:lineRule="auto"/>
              <w:rPr>
                <w:rFonts w:cs="Times New Roman"/>
                <w:szCs w:val="24"/>
                <w:lang w:val="hr-HR"/>
              </w:rPr>
            </w:pPr>
          </w:p>
        </w:tc>
        <w:tc>
          <w:tcPr>
            <w:tcW w:w="3402" w:type="dxa"/>
          </w:tcPr>
          <w:p w14:paraId="182C3AC3" w14:textId="77777777" w:rsidR="00EA60DE" w:rsidRPr="000C11BD" w:rsidRDefault="00EA60DE" w:rsidP="000C11BD">
            <w:pPr>
              <w:spacing w:line="240" w:lineRule="auto"/>
              <w:rPr>
                <w:rFonts w:cs="Times New Roman"/>
                <w:szCs w:val="24"/>
                <w:lang w:val="hr-HR"/>
              </w:rPr>
            </w:pPr>
          </w:p>
        </w:tc>
      </w:tr>
    </w:tbl>
    <w:p w14:paraId="1D45944D" w14:textId="77777777" w:rsidR="00EA60DE" w:rsidRPr="000C11BD" w:rsidRDefault="00EA60DE" w:rsidP="000C11BD">
      <w:pPr>
        <w:spacing w:line="240" w:lineRule="auto"/>
        <w:rPr>
          <w:rFonts w:cs="Times New Roman"/>
          <w:szCs w:val="24"/>
          <w:lang w:val="hr-HR"/>
        </w:rPr>
      </w:pPr>
    </w:p>
    <w:p w14:paraId="11571ED3" w14:textId="77777777" w:rsidR="00EA60DE" w:rsidRPr="000C11BD" w:rsidRDefault="00831AB5" w:rsidP="000C11BD">
      <w:pPr>
        <w:spacing w:line="240" w:lineRule="auto"/>
        <w:rPr>
          <w:rFonts w:cs="Times New Roman"/>
          <w:szCs w:val="24"/>
          <w:lang w:val="hr-HR"/>
        </w:rPr>
      </w:pPr>
      <w:r w:rsidRPr="000C11BD">
        <w:rPr>
          <w:rFonts w:cs="Times New Roman"/>
          <w:b/>
          <w:szCs w:val="24"/>
          <w:lang w:val="hr-HR"/>
        </w:rPr>
        <w:t>4. Izjava korisnika</w:t>
      </w:r>
    </w:p>
    <w:p w14:paraId="564637C1" w14:textId="77777777" w:rsidR="00EA60DE" w:rsidRPr="000C11BD" w:rsidRDefault="00831AB5" w:rsidP="000C11BD">
      <w:pPr>
        <w:spacing w:line="240" w:lineRule="auto"/>
        <w:jc w:val="both"/>
        <w:rPr>
          <w:rFonts w:cs="Times New Roman"/>
          <w:szCs w:val="24"/>
          <w:lang w:val="hr-HR"/>
        </w:rPr>
      </w:pPr>
      <w:r w:rsidRPr="000C11BD">
        <w:rPr>
          <w:rFonts w:cs="Times New Roman"/>
          <w:szCs w:val="24"/>
          <w:lang w:val="hr-HR"/>
        </w:rPr>
        <w:t>Korisnik izjavljuje da neutrošeni dio sredstava neće koristiti prije pisanog odobrenja Grada Ploča te da će za odobrene povezane troškove dostaviti vjerodostojne dokaze o nastanku i plaćanju troškova.</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52"/>
        <w:gridCol w:w="5102"/>
      </w:tblGrid>
      <w:tr w:rsidR="00EA60DE" w:rsidRPr="000C11BD" w14:paraId="201B8B3C" w14:textId="77777777">
        <w:trPr>
          <w:jc w:val="center"/>
        </w:trPr>
        <w:tc>
          <w:tcPr>
            <w:tcW w:w="4252" w:type="dxa"/>
          </w:tcPr>
          <w:p w14:paraId="5ED5BC4E" w14:textId="77777777" w:rsidR="00EA60DE" w:rsidRPr="000C11BD" w:rsidRDefault="00831AB5" w:rsidP="000C11BD">
            <w:pPr>
              <w:spacing w:line="240" w:lineRule="auto"/>
              <w:rPr>
                <w:rFonts w:cs="Times New Roman"/>
                <w:szCs w:val="24"/>
                <w:lang w:val="hr-HR"/>
              </w:rPr>
            </w:pPr>
            <w:r w:rsidRPr="000C11BD">
              <w:rPr>
                <w:rFonts w:cs="Times New Roman"/>
                <w:b/>
                <w:szCs w:val="24"/>
                <w:lang w:val="hr-HR"/>
              </w:rPr>
              <w:lastRenderedPageBreak/>
              <w:t>Mjesto i datum:</w:t>
            </w:r>
          </w:p>
        </w:tc>
        <w:tc>
          <w:tcPr>
            <w:tcW w:w="5102" w:type="dxa"/>
          </w:tcPr>
          <w:p w14:paraId="48A5EA55" w14:textId="77777777" w:rsidR="00EA60DE" w:rsidRPr="000C11BD" w:rsidRDefault="00EA60DE" w:rsidP="000C11BD">
            <w:pPr>
              <w:spacing w:line="240" w:lineRule="auto"/>
              <w:rPr>
                <w:rFonts w:cs="Times New Roman"/>
                <w:szCs w:val="24"/>
                <w:lang w:val="hr-HR"/>
              </w:rPr>
            </w:pPr>
          </w:p>
        </w:tc>
      </w:tr>
      <w:tr w:rsidR="00EA60DE" w:rsidRPr="000C11BD" w14:paraId="340692B2" w14:textId="77777777">
        <w:trPr>
          <w:jc w:val="center"/>
        </w:trPr>
        <w:tc>
          <w:tcPr>
            <w:tcW w:w="4252" w:type="dxa"/>
          </w:tcPr>
          <w:p w14:paraId="5BB933CB" w14:textId="77777777" w:rsidR="00EA60DE" w:rsidRPr="000C11BD" w:rsidRDefault="00831AB5" w:rsidP="000C11BD">
            <w:pPr>
              <w:spacing w:line="240" w:lineRule="auto"/>
              <w:rPr>
                <w:rFonts w:cs="Times New Roman"/>
                <w:szCs w:val="24"/>
                <w:lang w:val="hr-HR"/>
              </w:rPr>
            </w:pPr>
            <w:r w:rsidRPr="000C11BD">
              <w:rPr>
                <w:rFonts w:cs="Times New Roman"/>
                <w:b/>
                <w:szCs w:val="24"/>
                <w:lang w:val="hr-HR"/>
              </w:rPr>
              <w:t>Potpis korisnika / osobe ovlaštene za zastupanje:</w:t>
            </w:r>
          </w:p>
        </w:tc>
        <w:tc>
          <w:tcPr>
            <w:tcW w:w="5102" w:type="dxa"/>
          </w:tcPr>
          <w:p w14:paraId="6B04D905" w14:textId="77777777" w:rsidR="00EA60DE" w:rsidRPr="000C11BD" w:rsidRDefault="00EA60DE" w:rsidP="000C11BD">
            <w:pPr>
              <w:spacing w:line="240" w:lineRule="auto"/>
              <w:rPr>
                <w:rFonts w:cs="Times New Roman"/>
                <w:szCs w:val="24"/>
                <w:lang w:val="hr-HR"/>
              </w:rPr>
            </w:pPr>
          </w:p>
        </w:tc>
      </w:tr>
    </w:tbl>
    <w:p w14:paraId="78386C30" w14:textId="77777777" w:rsidR="00EA60DE" w:rsidRPr="000C11BD" w:rsidRDefault="00831AB5" w:rsidP="000C11BD">
      <w:pPr>
        <w:spacing w:line="240" w:lineRule="auto"/>
        <w:rPr>
          <w:rFonts w:cs="Times New Roman"/>
          <w:szCs w:val="24"/>
          <w:lang w:val="hr-HR"/>
        </w:rPr>
      </w:pPr>
      <w:r w:rsidRPr="000C11BD">
        <w:rPr>
          <w:rFonts w:cs="Times New Roman"/>
          <w:b/>
          <w:szCs w:val="24"/>
          <w:lang w:val="hr-HR"/>
        </w:rPr>
        <w:t>5. Odluka / odobrenje Grada Ploča</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70"/>
        <w:gridCol w:w="1984"/>
      </w:tblGrid>
      <w:tr w:rsidR="00EA60DE" w:rsidRPr="000C11BD" w14:paraId="03773031" w14:textId="77777777">
        <w:trPr>
          <w:jc w:val="center"/>
        </w:trPr>
        <w:tc>
          <w:tcPr>
            <w:tcW w:w="7370" w:type="dxa"/>
          </w:tcPr>
          <w:p w14:paraId="279B5690" w14:textId="77777777" w:rsidR="00EA60DE" w:rsidRPr="000C11BD" w:rsidRDefault="00831AB5" w:rsidP="000C11BD">
            <w:pPr>
              <w:spacing w:line="240" w:lineRule="auto"/>
              <w:rPr>
                <w:rFonts w:cs="Times New Roman"/>
                <w:szCs w:val="24"/>
                <w:lang w:val="hr-HR"/>
              </w:rPr>
            </w:pPr>
            <w:r w:rsidRPr="000C11BD">
              <w:rPr>
                <w:rFonts w:cs="Times New Roman"/>
                <w:b/>
                <w:szCs w:val="24"/>
                <w:lang w:val="hr-HR"/>
              </w:rPr>
              <w:t>[ ] Odobrava se korištenje neutrošenog dijela sredstava za navedene povezane troškove iste aktivnosti.</w:t>
            </w:r>
          </w:p>
        </w:tc>
        <w:tc>
          <w:tcPr>
            <w:tcW w:w="1984" w:type="dxa"/>
          </w:tcPr>
          <w:p w14:paraId="0D54A629" w14:textId="77777777" w:rsidR="00EA60DE" w:rsidRPr="000C11BD" w:rsidRDefault="00EA60DE" w:rsidP="000C11BD">
            <w:pPr>
              <w:spacing w:line="240" w:lineRule="auto"/>
              <w:rPr>
                <w:rFonts w:cs="Times New Roman"/>
                <w:szCs w:val="24"/>
                <w:lang w:val="hr-HR"/>
              </w:rPr>
            </w:pPr>
          </w:p>
        </w:tc>
      </w:tr>
      <w:tr w:rsidR="00EA60DE" w:rsidRPr="000C11BD" w14:paraId="41D53E05" w14:textId="77777777">
        <w:trPr>
          <w:jc w:val="center"/>
        </w:trPr>
        <w:tc>
          <w:tcPr>
            <w:tcW w:w="7370" w:type="dxa"/>
          </w:tcPr>
          <w:p w14:paraId="0E806B3F" w14:textId="77777777" w:rsidR="00EA60DE" w:rsidRPr="000C11BD" w:rsidRDefault="00831AB5" w:rsidP="000C11BD">
            <w:pPr>
              <w:spacing w:line="240" w:lineRule="auto"/>
              <w:rPr>
                <w:rFonts w:cs="Times New Roman"/>
                <w:szCs w:val="24"/>
                <w:lang w:val="hr-HR"/>
              </w:rPr>
            </w:pPr>
            <w:r w:rsidRPr="000C11BD">
              <w:rPr>
                <w:rFonts w:cs="Times New Roman"/>
                <w:b/>
                <w:szCs w:val="24"/>
                <w:lang w:val="hr-HR"/>
              </w:rPr>
              <w:t>[ ] Ne odobrava se korištenje neutrošenog dijela sredstava; korisnik je dužan izvršiti povrat sredstava.</w:t>
            </w:r>
          </w:p>
        </w:tc>
        <w:tc>
          <w:tcPr>
            <w:tcW w:w="1984" w:type="dxa"/>
          </w:tcPr>
          <w:p w14:paraId="6F9F0023" w14:textId="77777777" w:rsidR="00EA60DE" w:rsidRPr="000C11BD" w:rsidRDefault="00EA60DE" w:rsidP="000C11BD">
            <w:pPr>
              <w:spacing w:line="240" w:lineRule="auto"/>
              <w:rPr>
                <w:rFonts w:cs="Times New Roman"/>
                <w:szCs w:val="24"/>
                <w:lang w:val="hr-HR"/>
              </w:rPr>
            </w:pPr>
          </w:p>
        </w:tc>
      </w:tr>
      <w:tr w:rsidR="00EA60DE" w:rsidRPr="000C11BD" w14:paraId="5EE2B5A5" w14:textId="77777777">
        <w:trPr>
          <w:jc w:val="center"/>
        </w:trPr>
        <w:tc>
          <w:tcPr>
            <w:tcW w:w="7370" w:type="dxa"/>
          </w:tcPr>
          <w:p w14:paraId="2CB910AC" w14:textId="77777777" w:rsidR="00EA60DE" w:rsidRPr="000C11BD" w:rsidRDefault="00831AB5" w:rsidP="000C11BD">
            <w:pPr>
              <w:spacing w:line="240" w:lineRule="auto"/>
              <w:rPr>
                <w:rFonts w:cs="Times New Roman"/>
                <w:szCs w:val="24"/>
                <w:lang w:val="hr-HR"/>
              </w:rPr>
            </w:pPr>
            <w:r w:rsidRPr="000C11BD">
              <w:rPr>
                <w:rFonts w:cs="Times New Roman"/>
                <w:b/>
                <w:szCs w:val="24"/>
                <w:lang w:val="hr-HR"/>
              </w:rPr>
              <w:t>Napomena / obrazloženje:</w:t>
            </w:r>
          </w:p>
        </w:tc>
        <w:tc>
          <w:tcPr>
            <w:tcW w:w="1984" w:type="dxa"/>
          </w:tcPr>
          <w:p w14:paraId="52C15B91" w14:textId="77777777" w:rsidR="00EA60DE" w:rsidRPr="000C11BD" w:rsidRDefault="00831AB5" w:rsidP="000C11BD">
            <w:pPr>
              <w:spacing w:line="240" w:lineRule="auto"/>
              <w:rPr>
                <w:rFonts w:cs="Times New Roman"/>
                <w:szCs w:val="24"/>
                <w:lang w:val="hr-HR"/>
              </w:rPr>
            </w:pPr>
            <w:r w:rsidRPr="000C11BD">
              <w:rPr>
                <w:rFonts w:cs="Times New Roman"/>
                <w:szCs w:val="24"/>
                <w:lang w:val="hr-HR"/>
              </w:rPr>
              <w:br/>
            </w:r>
            <w:r w:rsidRPr="000C11BD">
              <w:rPr>
                <w:rFonts w:cs="Times New Roman"/>
                <w:szCs w:val="24"/>
                <w:lang w:val="hr-HR"/>
              </w:rPr>
              <w:br/>
            </w:r>
            <w:r w:rsidRPr="000C11BD">
              <w:rPr>
                <w:rFonts w:cs="Times New Roman"/>
                <w:szCs w:val="24"/>
                <w:lang w:val="hr-HR"/>
              </w:rPr>
              <w:br/>
            </w:r>
          </w:p>
        </w:tc>
      </w:tr>
      <w:tr w:rsidR="00EA60DE" w:rsidRPr="000C11BD" w14:paraId="54495E3F" w14:textId="77777777">
        <w:trPr>
          <w:jc w:val="center"/>
        </w:trPr>
        <w:tc>
          <w:tcPr>
            <w:tcW w:w="7370" w:type="dxa"/>
          </w:tcPr>
          <w:p w14:paraId="3A5F7154" w14:textId="77777777" w:rsidR="00EA60DE" w:rsidRPr="000C11BD" w:rsidRDefault="00831AB5" w:rsidP="000C11BD">
            <w:pPr>
              <w:spacing w:line="240" w:lineRule="auto"/>
              <w:rPr>
                <w:rFonts w:cs="Times New Roman"/>
                <w:szCs w:val="24"/>
                <w:lang w:val="hr-HR"/>
              </w:rPr>
            </w:pPr>
            <w:r w:rsidRPr="000C11BD">
              <w:rPr>
                <w:rFonts w:cs="Times New Roman"/>
                <w:b/>
                <w:szCs w:val="24"/>
                <w:lang w:val="hr-HR"/>
              </w:rPr>
              <w:t>Mjesto i datum:</w:t>
            </w:r>
          </w:p>
        </w:tc>
        <w:tc>
          <w:tcPr>
            <w:tcW w:w="1984" w:type="dxa"/>
          </w:tcPr>
          <w:p w14:paraId="7A8B7D0D" w14:textId="77777777" w:rsidR="00EA60DE" w:rsidRPr="000C11BD" w:rsidRDefault="00EA60DE" w:rsidP="000C11BD">
            <w:pPr>
              <w:spacing w:line="240" w:lineRule="auto"/>
              <w:rPr>
                <w:rFonts w:cs="Times New Roman"/>
                <w:szCs w:val="24"/>
                <w:lang w:val="hr-HR"/>
              </w:rPr>
            </w:pPr>
          </w:p>
        </w:tc>
      </w:tr>
      <w:tr w:rsidR="00EA60DE" w:rsidRPr="000C11BD" w14:paraId="6E8EB94B" w14:textId="77777777">
        <w:trPr>
          <w:jc w:val="center"/>
        </w:trPr>
        <w:tc>
          <w:tcPr>
            <w:tcW w:w="7370" w:type="dxa"/>
          </w:tcPr>
          <w:p w14:paraId="1DB180EA" w14:textId="77777777" w:rsidR="00EA60DE" w:rsidRPr="000C11BD" w:rsidRDefault="00831AB5" w:rsidP="000C11BD">
            <w:pPr>
              <w:spacing w:line="240" w:lineRule="auto"/>
              <w:rPr>
                <w:rFonts w:cs="Times New Roman"/>
                <w:szCs w:val="24"/>
                <w:lang w:val="hr-HR"/>
              </w:rPr>
            </w:pPr>
            <w:r w:rsidRPr="000C11BD">
              <w:rPr>
                <w:rFonts w:cs="Times New Roman"/>
                <w:b/>
                <w:szCs w:val="24"/>
                <w:lang w:val="hr-HR"/>
              </w:rPr>
              <w:t>Potpis ovlaštene osobe:</w:t>
            </w:r>
          </w:p>
        </w:tc>
        <w:tc>
          <w:tcPr>
            <w:tcW w:w="1984" w:type="dxa"/>
          </w:tcPr>
          <w:p w14:paraId="3DAB454F" w14:textId="77777777" w:rsidR="00EA60DE" w:rsidRPr="000C11BD" w:rsidRDefault="00EA60DE" w:rsidP="000C11BD">
            <w:pPr>
              <w:spacing w:line="240" w:lineRule="auto"/>
              <w:rPr>
                <w:rFonts w:cs="Times New Roman"/>
                <w:szCs w:val="24"/>
                <w:lang w:val="hr-HR"/>
              </w:rPr>
            </w:pPr>
          </w:p>
        </w:tc>
      </w:tr>
    </w:tbl>
    <w:p w14:paraId="74676B07" w14:textId="77777777" w:rsidR="00EA60DE" w:rsidRPr="000C11BD" w:rsidRDefault="00EA60DE" w:rsidP="000C11BD">
      <w:pPr>
        <w:spacing w:line="240" w:lineRule="auto"/>
        <w:rPr>
          <w:rFonts w:cs="Times New Roman"/>
          <w:szCs w:val="24"/>
          <w:lang w:val="hr-HR"/>
        </w:rPr>
      </w:pPr>
    </w:p>
    <w:p w14:paraId="4A175E89" w14:textId="77777777" w:rsidR="00283BDC" w:rsidRPr="000C11BD" w:rsidRDefault="00283BDC" w:rsidP="000C11BD">
      <w:pPr>
        <w:spacing w:line="240" w:lineRule="auto"/>
        <w:rPr>
          <w:rFonts w:cs="Times New Roman"/>
          <w:szCs w:val="24"/>
          <w:lang w:val="hr-HR"/>
        </w:rPr>
      </w:pPr>
    </w:p>
    <w:p w14:paraId="7AC7ED90" w14:textId="77777777" w:rsidR="00283BDC" w:rsidRPr="000C11BD" w:rsidRDefault="00283BDC" w:rsidP="000C11BD">
      <w:pPr>
        <w:spacing w:line="240" w:lineRule="auto"/>
        <w:rPr>
          <w:rFonts w:cs="Times New Roman"/>
          <w:szCs w:val="24"/>
          <w:lang w:val="hr-HR"/>
        </w:rPr>
      </w:pPr>
    </w:p>
    <w:p w14:paraId="6BEDFA75" w14:textId="77777777" w:rsidR="00283BDC" w:rsidRPr="000C11BD" w:rsidRDefault="00283BDC" w:rsidP="000C11BD">
      <w:pPr>
        <w:spacing w:line="240" w:lineRule="auto"/>
        <w:rPr>
          <w:rFonts w:cs="Times New Roman"/>
          <w:szCs w:val="24"/>
          <w:lang w:val="hr-HR"/>
        </w:rPr>
      </w:pPr>
    </w:p>
    <w:p w14:paraId="70A45D0D" w14:textId="77777777" w:rsidR="00283BDC" w:rsidRPr="000C11BD" w:rsidRDefault="00283BDC" w:rsidP="000C11BD">
      <w:pPr>
        <w:spacing w:line="240" w:lineRule="auto"/>
        <w:rPr>
          <w:rFonts w:cs="Times New Roman"/>
          <w:szCs w:val="24"/>
          <w:lang w:val="hr-HR"/>
        </w:rPr>
      </w:pPr>
    </w:p>
    <w:p w14:paraId="5174851F" w14:textId="77777777" w:rsidR="00283BDC" w:rsidRPr="000C11BD" w:rsidRDefault="00283BDC" w:rsidP="000C11BD">
      <w:pPr>
        <w:spacing w:line="240" w:lineRule="auto"/>
        <w:rPr>
          <w:rFonts w:cs="Times New Roman"/>
          <w:szCs w:val="24"/>
          <w:lang w:val="hr-HR"/>
        </w:rPr>
      </w:pPr>
    </w:p>
    <w:p w14:paraId="3F88C064" w14:textId="77777777" w:rsidR="00283BDC" w:rsidRPr="000C11BD" w:rsidRDefault="00283BDC" w:rsidP="000C11BD">
      <w:pPr>
        <w:spacing w:line="240" w:lineRule="auto"/>
        <w:rPr>
          <w:rFonts w:cs="Times New Roman"/>
          <w:szCs w:val="24"/>
          <w:lang w:val="hr-HR"/>
        </w:rPr>
      </w:pPr>
    </w:p>
    <w:p w14:paraId="3068A665" w14:textId="77777777" w:rsidR="00283BDC" w:rsidRPr="000C11BD" w:rsidRDefault="00283BDC" w:rsidP="000C11BD">
      <w:pPr>
        <w:spacing w:line="240" w:lineRule="auto"/>
        <w:rPr>
          <w:rFonts w:cs="Times New Roman"/>
          <w:szCs w:val="24"/>
          <w:lang w:val="hr-HR"/>
        </w:rPr>
      </w:pPr>
    </w:p>
    <w:p w14:paraId="3866AC5C" w14:textId="77777777" w:rsidR="00283BDC" w:rsidRPr="000C11BD" w:rsidRDefault="00283BDC" w:rsidP="000C11BD">
      <w:pPr>
        <w:spacing w:line="240" w:lineRule="auto"/>
        <w:rPr>
          <w:rFonts w:cs="Times New Roman"/>
          <w:szCs w:val="24"/>
          <w:lang w:val="hr-HR"/>
        </w:rPr>
      </w:pPr>
    </w:p>
    <w:p w14:paraId="4DAC8BC2" w14:textId="77777777" w:rsidR="00283BDC" w:rsidRPr="000C11BD" w:rsidRDefault="00283BDC" w:rsidP="000C11BD">
      <w:pPr>
        <w:spacing w:line="240" w:lineRule="auto"/>
        <w:rPr>
          <w:rFonts w:cs="Times New Roman"/>
          <w:szCs w:val="24"/>
          <w:lang w:val="hr-HR"/>
        </w:rPr>
      </w:pPr>
    </w:p>
    <w:p w14:paraId="4759C9C0" w14:textId="77777777" w:rsidR="00283BDC" w:rsidRPr="000C11BD" w:rsidRDefault="00283BDC" w:rsidP="000C11BD">
      <w:pPr>
        <w:spacing w:line="240" w:lineRule="auto"/>
        <w:rPr>
          <w:rFonts w:cs="Times New Roman"/>
          <w:szCs w:val="24"/>
          <w:lang w:val="hr-HR"/>
        </w:rPr>
      </w:pPr>
    </w:p>
    <w:p w14:paraId="6F0A6C24" w14:textId="77777777" w:rsidR="00283BDC" w:rsidRPr="000C11BD" w:rsidRDefault="00283BDC" w:rsidP="000C11BD">
      <w:pPr>
        <w:spacing w:line="240" w:lineRule="auto"/>
        <w:rPr>
          <w:rFonts w:cs="Times New Roman"/>
          <w:szCs w:val="24"/>
          <w:lang w:val="hr-HR"/>
        </w:rPr>
      </w:pPr>
    </w:p>
    <w:p w14:paraId="211C53FE" w14:textId="77777777" w:rsidR="00283BDC" w:rsidRPr="000C11BD" w:rsidRDefault="00283BDC" w:rsidP="000C11BD">
      <w:pPr>
        <w:spacing w:line="240" w:lineRule="auto"/>
        <w:rPr>
          <w:rFonts w:cs="Times New Roman"/>
          <w:szCs w:val="24"/>
          <w:lang w:val="hr-HR"/>
        </w:rPr>
      </w:pPr>
    </w:p>
    <w:p w14:paraId="5B94D379" w14:textId="77777777" w:rsidR="00283BDC" w:rsidRPr="000C11BD" w:rsidRDefault="00283BDC" w:rsidP="000C11BD">
      <w:pPr>
        <w:spacing w:line="240" w:lineRule="auto"/>
        <w:rPr>
          <w:rFonts w:cs="Times New Roman"/>
          <w:szCs w:val="24"/>
          <w:lang w:val="hr-HR"/>
        </w:rPr>
      </w:pPr>
    </w:p>
    <w:p w14:paraId="43943AAD" w14:textId="77777777" w:rsidR="00283BDC" w:rsidRPr="000C11BD" w:rsidRDefault="00283BDC" w:rsidP="000C11BD">
      <w:pPr>
        <w:spacing w:line="240" w:lineRule="auto"/>
        <w:rPr>
          <w:rFonts w:cs="Times New Roman"/>
          <w:szCs w:val="24"/>
          <w:lang w:val="hr-HR"/>
        </w:rPr>
      </w:pPr>
    </w:p>
    <w:p w14:paraId="00360E32" w14:textId="77777777" w:rsidR="00283BDC" w:rsidRPr="000C11BD" w:rsidRDefault="00283BDC" w:rsidP="000C11BD">
      <w:pPr>
        <w:spacing w:line="240" w:lineRule="auto"/>
        <w:rPr>
          <w:rFonts w:cs="Times New Roman"/>
          <w:szCs w:val="24"/>
          <w:lang w:val="hr-HR"/>
        </w:rPr>
      </w:pPr>
    </w:p>
    <w:p w14:paraId="76C46206" w14:textId="77777777" w:rsidR="00283BDC" w:rsidRPr="000C11BD" w:rsidRDefault="00283BDC" w:rsidP="000C11BD">
      <w:pPr>
        <w:spacing w:line="240" w:lineRule="auto"/>
        <w:rPr>
          <w:rFonts w:cs="Times New Roman"/>
          <w:szCs w:val="24"/>
          <w:lang w:val="hr-HR"/>
        </w:rPr>
      </w:pPr>
    </w:p>
    <w:p w14:paraId="573C1F5A" w14:textId="77777777" w:rsidR="00283BDC" w:rsidRPr="000C11BD" w:rsidRDefault="00283BDC" w:rsidP="000C11BD">
      <w:pPr>
        <w:spacing w:line="240" w:lineRule="auto"/>
        <w:rPr>
          <w:rFonts w:cs="Times New Roman"/>
          <w:szCs w:val="24"/>
          <w:lang w:val="hr-HR"/>
        </w:rPr>
      </w:pPr>
    </w:p>
    <w:p w14:paraId="5F15085D" w14:textId="77777777" w:rsidR="00283BDC" w:rsidRPr="000C11BD" w:rsidRDefault="00283BDC" w:rsidP="000C11BD">
      <w:pPr>
        <w:spacing w:line="240" w:lineRule="auto"/>
        <w:rPr>
          <w:rFonts w:cs="Times New Roman"/>
          <w:szCs w:val="24"/>
          <w:lang w:val="hr-HR"/>
        </w:rPr>
      </w:pPr>
    </w:p>
    <w:p w14:paraId="1FEA669A" w14:textId="77777777" w:rsidR="000C11BD" w:rsidRDefault="000C11BD" w:rsidP="000C11BD">
      <w:pPr>
        <w:spacing w:after="0" w:line="240" w:lineRule="auto"/>
        <w:rPr>
          <w:rFonts w:cs="Times New Roman"/>
          <w:szCs w:val="24"/>
          <w:lang w:val="hr-HR"/>
        </w:rPr>
      </w:pPr>
    </w:p>
    <w:p w14:paraId="0000BF40" w14:textId="77777777" w:rsidR="000C11BD" w:rsidRDefault="000C11BD" w:rsidP="000C11BD">
      <w:pPr>
        <w:spacing w:after="0" w:line="240" w:lineRule="auto"/>
        <w:rPr>
          <w:rFonts w:cs="Times New Roman"/>
          <w:szCs w:val="24"/>
          <w:lang w:val="hr-HR"/>
        </w:rPr>
      </w:pPr>
    </w:p>
    <w:p w14:paraId="765C2358" w14:textId="7E6EE980" w:rsidR="00C606A6" w:rsidRPr="000C11BD" w:rsidRDefault="00283BDC" w:rsidP="000C11BD">
      <w:pPr>
        <w:spacing w:after="0" w:line="240" w:lineRule="auto"/>
        <w:rPr>
          <w:rFonts w:cs="Times New Roman"/>
          <w:szCs w:val="24"/>
          <w:lang w:val="hr-HR"/>
        </w:rPr>
      </w:pPr>
      <w:r w:rsidRPr="000C11BD">
        <w:rPr>
          <w:rFonts w:cs="Times New Roman"/>
          <w:szCs w:val="24"/>
          <w:lang w:val="hr-HR"/>
        </w:rPr>
        <w:lastRenderedPageBreak/>
        <w:t>OBRAZLOŽENJE</w:t>
      </w:r>
    </w:p>
    <w:p w14:paraId="3FF8B677" w14:textId="77777777" w:rsidR="00D76CA5" w:rsidRPr="000C11BD" w:rsidRDefault="00D76CA5" w:rsidP="000C11BD">
      <w:pPr>
        <w:spacing w:after="0" w:line="240" w:lineRule="auto"/>
        <w:jc w:val="both"/>
        <w:rPr>
          <w:rFonts w:cs="Times New Roman"/>
          <w:szCs w:val="24"/>
          <w:lang w:val="hr-HR"/>
        </w:rPr>
      </w:pPr>
    </w:p>
    <w:p w14:paraId="6BC77BFA" w14:textId="007E3FB5" w:rsidR="00B97CA1" w:rsidRPr="000C11BD" w:rsidRDefault="00D75EE9" w:rsidP="000C11BD">
      <w:pPr>
        <w:pStyle w:val="Bezproreda"/>
        <w:jc w:val="both"/>
        <w:rPr>
          <w:rFonts w:ascii="Times New Roman" w:eastAsia="SimSun" w:hAnsi="Times New Roman" w:cs="Times New Roman"/>
          <w:kern w:val="3"/>
          <w:sz w:val="24"/>
          <w:szCs w:val="24"/>
          <w:lang w:val="hr-HR" w:eastAsia="zh-CN" w:bidi="hi-IN"/>
        </w:rPr>
      </w:pPr>
      <w:r w:rsidRPr="000C11BD">
        <w:rPr>
          <w:rFonts w:ascii="Times New Roman" w:hAnsi="Times New Roman" w:cs="Times New Roman"/>
          <w:sz w:val="24"/>
          <w:szCs w:val="24"/>
          <w:lang w:val="hr-HR"/>
        </w:rPr>
        <w:t>Pravna osnova za donošenje</w:t>
      </w:r>
      <w:r w:rsidR="006A095D" w:rsidRPr="000C11BD">
        <w:rPr>
          <w:rFonts w:ascii="Times New Roman" w:hAnsi="Times New Roman" w:cs="Times New Roman"/>
          <w:sz w:val="24"/>
          <w:szCs w:val="24"/>
          <w:lang w:val="hr-HR"/>
        </w:rPr>
        <w:t xml:space="preserve"> Pravilnika je članak</w:t>
      </w:r>
      <w:r w:rsidR="006A095D" w:rsidRPr="000C11BD">
        <w:rPr>
          <w:rFonts w:ascii="Times New Roman" w:eastAsia="Times New Roman" w:hAnsi="Times New Roman" w:cs="Times New Roman"/>
          <w:sz w:val="24"/>
          <w:szCs w:val="24"/>
          <w:lang w:val="hr-HR"/>
        </w:rPr>
        <w:t xml:space="preserve"> 48. Zakona o lokalnoj i područnoj (regionalnoj) samoupravi (Narodne novine, broj 33/01, 60/01, 129/05, 109/07, 125/08, 36/09, 150/11, 144/12, 19/13, 137/15, 123/17, 98/19 i 144/20), članak 53. i 98. Statuta Grada Ploča (Službeni glasnik Grada Ploča, broj 5/24 i 2/25)</w:t>
      </w:r>
      <w:r w:rsidR="006D4337" w:rsidRPr="000C11BD">
        <w:rPr>
          <w:rFonts w:ascii="Times New Roman" w:eastAsia="Times New Roman" w:hAnsi="Times New Roman" w:cs="Times New Roman"/>
          <w:sz w:val="24"/>
          <w:szCs w:val="24"/>
          <w:lang w:val="hr-HR"/>
        </w:rPr>
        <w:t xml:space="preserve">. </w:t>
      </w:r>
      <w:r w:rsidR="008E390D" w:rsidRPr="000C11BD">
        <w:rPr>
          <w:rFonts w:ascii="Times New Roman" w:hAnsi="Times New Roman" w:cs="Times New Roman"/>
          <w:sz w:val="24"/>
          <w:szCs w:val="24"/>
          <w:lang w:val="hr-HR"/>
        </w:rPr>
        <w:t>Predmetnim</w:t>
      </w:r>
      <w:r w:rsidR="006D4337" w:rsidRPr="000C11BD">
        <w:rPr>
          <w:rFonts w:ascii="Times New Roman" w:hAnsi="Times New Roman" w:cs="Times New Roman"/>
          <w:sz w:val="24"/>
          <w:szCs w:val="24"/>
          <w:lang w:val="hr-HR"/>
        </w:rPr>
        <w:t xml:space="preserve"> </w:t>
      </w:r>
      <w:r w:rsidR="00C606A6" w:rsidRPr="000C11BD">
        <w:rPr>
          <w:rFonts w:ascii="Times New Roman" w:hAnsi="Times New Roman" w:cs="Times New Roman"/>
          <w:sz w:val="24"/>
          <w:szCs w:val="24"/>
          <w:lang w:val="hr-HR"/>
        </w:rPr>
        <w:t>Pravilnikom uređuju se uvjeti, kriteriji i postupak dodjele pokroviteljstva Grada Ploča nad programima, projektima, manifestacijama, događanjima i drugim aktivnostima udruga, drugih organizacija civilnoga društva i fizičkih osoba, kao i prava i obveze korisnika pokroviteljstva.</w:t>
      </w:r>
      <w:r w:rsidR="006D4337" w:rsidRPr="000C11BD">
        <w:rPr>
          <w:rFonts w:ascii="Times New Roman" w:hAnsi="Times New Roman" w:cs="Times New Roman"/>
          <w:sz w:val="24"/>
          <w:szCs w:val="24"/>
          <w:lang w:val="hr-HR"/>
        </w:rPr>
        <w:t xml:space="preserve"> </w:t>
      </w:r>
      <w:r w:rsidR="00C606A6" w:rsidRPr="000C11BD">
        <w:rPr>
          <w:rFonts w:ascii="Times New Roman" w:hAnsi="Times New Roman" w:cs="Times New Roman"/>
          <w:sz w:val="24"/>
          <w:szCs w:val="24"/>
          <w:lang w:val="hr-HR"/>
        </w:rPr>
        <w:t>Pokroviteljstvo u smislu ovog Pravilnika predstavlja oblik javne podrške Grada Ploča aktivnosti koja je od interesa za Grad Ploče, njegove građane, lokalnu zajednicu ili promidžbu Grada Ploča.</w:t>
      </w:r>
      <w:r w:rsidR="006D4337" w:rsidRPr="000C11BD">
        <w:rPr>
          <w:rFonts w:ascii="Times New Roman" w:hAnsi="Times New Roman" w:cs="Times New Roman"/>
          <w:sz w:val="24"/>
          <w:szCs w:val="24"/>
          <w:lang w:val="hr-HR"/>
        </w:rPr>
        <w:t xml:space="preserve"> </w:t>
      </w:r>
      <w:r w:rsidR="008E390D" w:rsidRPr="000C11BD">
        <w:rPr>
          <w:rFonts w:ascii="Times New Roman" w:hAnsi="Times New Roman" w:cs="Times New Roman"/>
          <w:sz w:val="24"/>
          <w:szCs w:val="24"/>
          <w:lang w:val="hr-HR"/>
        </w:rPr>
        <w:t>Pravilnikom je predviđeno da se p</w:t>
      </w:r>
      <w:r w:rsidR="00C606A6" w:rsidRPr="000C11BD">
        <w:rPr>
          <w:rFonts w:ascii="Times New Roman" w:hAnsi="Times New Roman" w:cs="Times New Roman"/>
          <w:sz w:val="24"/>
          <w:szCs w:val="24"/>
          <w:lang w:val="hr-HR"/>
        </w:rPr>
        <w:t>okroviteljstvo može dodijeliti za aktivnosti kulturnog, sportskog, obrazovnog, humanitarnog, socijalnog, zdravstvenog, ekološkog, znanstvenog, umjetničkog, tradicijskog, volonterskog, braniteljskog, turističkog, gospodarskog, protokolarnog ili drugog društveno korisnog karaktera.</w:t>
      </w:r>
      <w:r w:rsidR="008E390D" w:rsidRPr="000C11BD">
        <w:rPr>
          <w:rFonts w:ascii="Times New Roman" w:hAnsi="Times New Roman" w:cs="Times New Roman"/>
          <w:sz w:val="24"/>
          <w:szCs w:val="24"/>
          <w:lang w:val="hr-HR"/>
        </w:rPr>
        <w:t xml:space="preserve"> Također, p</w:t>
      </w:r>
      <w:r w:rsidR="00B97CA1" w:rsidRPr="000C11BD">
        <w:rPr>
          <w:rFonts w:ascii="Times New Roman" w:hAnsi="Times New Roman" w:cs="Times New Roman"/>
          <w:sz w:val="24"/>
          <w:szCs w:val="24"/>
          <w:lang w:val="hr-HR"/>
        </w:rPr>
        <w:t>okroviteljstvo može biti:</w:t>
      </w:r>
      <w:r w:rsidR="008E390D" w:rsidRPr="000C11BD">
        <w:rPr>
          <w:rFonts w:ascii="Times New Roman" w:hAnsi="Times New Roman" w:cs="Times New Roman"/>
          <w:sz w:val="24"/>
          <w:szCs w:val="24"/>
          <w:lang w:val="hr-HR"/>
        </w:rPr>
        <w:t xml:space="preserve"> </w:t>
      </w:r>
      <w:r w:rsidR="00B97CA1" w:rsidRPr="000C11BD">
        <w:rPr>
          <w:rFonts w:ascii="Times New Roman" w:hAnsi="Times New Roman" w:cs="Times New Roman"/>
          <w:sz w:val="24"/>
          <w:szCs w:val="24"/>
          <w:lang w:val="hr-HR"/>
        </w:rPr>
        <w:t>financijsko pokroviteljstvo, odnosno dodjela novčanih sredstava</w:t>
      </w:r>
      <w:r w:rsidR="00DA5AFE" w:rsidRPr="000C11BD">
        <w:rPr>
          <w:rFonts w:ascii="Times New Roman" w:hAnsi="Times New Roman" w:cs="Times New Roman"/>
          <w:sz w:val="24"/>
          <w:szCs w:val="24"/>
          <w:lang w:val="hr-HR"/>
        </w:rPr>
        <w:t xml:space="preserve"> te </w:t>
      </w:r>
      <w:r w:rsidR="00B97CA1" w:rsidRPr="000C11BD">
        <w:rPr>
          <w:rFonts w:ascii="Times New Roman" w:hAnsi="Times New Roman" w:cs="Times New Roman"/>
          <w:sz w:val="24"/>
          <w:szCs w:val="24"/>
          <w:lang w:val="hr-HR"/>
        </w:rPr>
        <w:t>nefinancijsko pokroviteljstvo, odnosno podrška bez dodjele novčanih sredstava, osobito kroz ustupanje prostora, opreme, logističku, organizacijsku ili promotivnu podršku, sukladno mogućnostima Grada Ploča.</w:t>
      </w:r>
    </w:p>
    <w:p w14:paraId="0AA25286" w14:textId="77777777" w:rsidR="00283BDC" w:rsidRPr="000C11BD" w:rsidRDefault="00283BDC" w:rsidP="000C11BD">
      <w:pPr>
        <w:spacing w:line="240" w:lineRule="auto"/>
        <w:rPr>
          <w:rFonts w:cs="Times New Roman"/>
          <w:szCs w:val="24"/>
          <w:lang w:val="hr-HR"/>
        </w:rPr>
      </w:pPr>
    </w:p>
    <w:sectPr w:rsidR="00283BDC" w:rsidRPr="000C11BD" w:rsidSect="00F84DED">
      <w:headerReference w:type="default" r:id="rId8"/>
      <w:pgSz w:w="12240" w:h="15840"/>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E82D4F" w14:textId="77777777" w:rsidR="00E84C2C" w:rsidRDefault="00E84C2C" w:rsidP="00914CE8">
      <w:pPr>
        <w:spacing w:after="0" w:line="240" w:lineRule="auto"/>
      </w:pPr>
      <w:r>
        <w:separator/>
      </w:r>
    </w:p>
  </w:endnote>
  <w:endnote w:type="continuationSeparator" w:id="0">
    <w:p w14:paraId="56F7F042" w14:textId="77777777" w:rsidR="00E84C2C" w:rsidRDefault="00E84C2C" w:rsidP="00914C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C37A18" w14:textId="77777777" w:rsidR="00E84C2C" w:rsidRDefault="00E84C2C" w:rsidP="00914CE8">
      <w:pPr>
        <w:spacing w:after="0" w:line="240" w:lineRule="auto"/>
      </w:pPr>
      <w:r>
        <w:separator/>
      </w:r>
    </w:p>
  </w:footnote>
  <w:footnote w:type="continuationSeparator" w:id="0">
    <w:p w14:paraId="344908F2" w14:textId="77777777" w:rsidR="00E84C2C" w:rsidRDefault="00E84C2C" w:rsidP="00914C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75EE8" w14:textId="77777777" w:rsidR="00914CE8" w:rsidRDefault="00914CE8">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Brojevi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Brojevi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Grafikeoznake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Grafikeoznake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Brojevi"/>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Grafikeoznake"/>
      <w:lvlText w:val=""/>
      <w:lvlJc w:val="left"/>
      <w:pPr>
        <w:tabs>
          <w:tab w:val="num" w:pos="360"/>
        </w:tabs>
        <w:ind w:left="360" w:hanging="360"/>
      </w:pPr>
      <w:rPr>
        <w:rFonts w:ascii="Symbol" w:hAnsi="Symbol" w:hint="default"/>
      </w:rPr>
    </w:lvl>
  </w:abstractNum>
  <w:abstractNum w:abstractNumId="9" w15:restartNumberingAfterBreak="0">
    <w:nsid w:val="050B198C"/>
    <w:multiLevelType w:val="hybridMultilevel"/>
    <w:tmpl w:val="A55A102C"/>
    <w:lvl w:ilvl="0" w:tplc="041A0001">
      <w:start w:val="1"/>
      <w:numFmt w:val="bullet"/>
      <w:lvlText w:val=""/>
      <w:lvlJc w:val="left"/>
      <w:pPr>
        <w:ind w:left="778" w:hanging="360"/>
      </w:pPr>
      <w:rPr>
        <w:rFonts w:ascii="Symbol" w:hAnsi="Symbol" w:hint="default"/>
      </w:rPr>
    </w:lvl>
    <w:lvl w:ilvl="1" w:tplc="041A0003" w:tentative="1">
      <w:start w:val="1"/>
      <w:numFmt w:val="bullet"/>
      <w:lvlText w:val="o"/>
      <w:lvlJc w:val="left"/>
      <w:pPr>
        <w:ind w:left="1498" w:hanging="360"/>
      </w:pPr>
      <w:rPr>
        <w:rFonts w:ascii="Courier New" w:hAnsi="Courier New" w:cs="Courier New" w:hint="default"/>
      </w:rPr>
    </w:lvl>
    <w:lvl w:ilvl="2" w:tplc="041A0005" w:tentative="1">
      <w:start w:val="1"/>
      <w:numFmt w:val="bullet"/>
      <w:lvlText w:val=""/>
      <w:lvlJc w:val="left"/>
      <w:pPr>
        <w:ind w:left="2218" w:hanging="360"/>
      </w:pPr>
      <w:rPr>
        <w:rFonts w:ascii="Wingdings" w:hAnsi="Wingdings" w:hint="default"/>
      </w:rPr>
    </w:lvl>
    <w:lvl w:ilvl="3" w:tplc="041A0001" w:tentative="1">
      <w:start w:val="1"/>
      <w:numFmt w:val="bullet"/>
      <w:lvlText w:val=""/>
      <w:lvlJc w:val="left"/>
      <w:pPr>
        <w:ind w:left="2938" w:hanging="360"/>
      </w:pPr>
      <w:rPr>
        <w:rFonts w:ascii="Symbol" w:hAnsi="Symbol" w:hint="default"/>
      </w:rPr>
    </w:lvl>
    <w:lvl w:ilvl="4" w:tplc="041A0003" w:tentative="1">
      <w:start w:val="1"/>
      <w:numFmt w:val="bullet"/>
      <w:lvlText w:val="o"/>
      <w:lvlJc w:val="left"/>
      <w:pPr>
        <w:ind w:left="3658" w:hanging="360"/>
      </w:pPr>
      <w:rPr>
        <w:rFonts w:ascii="Courier New" w:hAnsi="Courier New" w:cs="Courier New" w:hint="default"/>
      </w:rPr>
    </w:lvl>
    <w:lvl w:ilvl="5" w:tplc="041A0005" w:tentative="1">
      <w:start w:val="1"/>
      <w:numFmt w:val="bullet"/>
      <w:lvlText w:val=""/>
      <w:lvlJc w:val="left"/>
      <w:pPr>
        <w:ind w:left="4378" w:hanging="360"/>
      </w:pPr>
      <w:rPr>
        <w:rFonts w:ascii="Wingdings" w:hAnsi="Wingdings" w:hint="default"/>
      </w:rPr>
    </w:lvl>
    <w:lvl w:ilvl="6" w:tplc="041A0001" w:tentative="1">
      <w:start w:val="1"/>
      <w:numFmt w:val="bullet"/>
      <w:lvlText w:val=""/>
      <w:lvlJc w:val="left"/>
      <w:pPr>
        <w:ind w:left="5098" w:hanging="360"/>
      </w:pPr>
      <w:rPr>
        <w:rFonts w:ascii="Symbol" w:hAnsi="Symbol" w:hint="default"/>
      </w:rPr>
    </w:lvl>
    <w:lvl w:ilvl="7" w:tplc="041A0003" w:tentative="1">
      <w:start w:val="1"/>
      <w:numFmt w:val="bullet"/>
      <w:lvlText w:val="o"/>
      <w:lvlJc w:val="left"/>
      <w:pPr>
        <w:ind w:left="5818" w:hanging="360"/>
      </w:pPr>
      <w:rPr>
        <w:rFonts w:ascii="Courier New" w:hAnsi="Courier New" w:cs="Courier New" w:hint="default"/>
      </w:rPr>
    </w:lvl>
    <w:lvl w:ilvl="8" w:tplc="041A0005" w:tentative="1">
      <w:start w:val="1"/>
      <w:numFmt w:val="bullet"/>
      <w:lvlText w:val=""/>
      <w:lvlJc w:val="left"/>
      <w:pPr>
        <w:ind w:left="6538" w:hanging="360"/>
      </w:pPr>
      <w:rPr>
        <w:rFonts w:ascii="Wingdings" w:hAnsi="Wingdings" w:hint="default"/>
      </w:rPr>
    </w:lvl>
  </w:abstractNum>
  <w:num w:numId="1" w16cid:durableId="664625617">
    <w:abstractNumId w:val="8"/>
  </w:num>
  <w:num w:numId="2" w16cid:durableId="1285161222">
    <w:abstractNumId w:val="6"/>
  </w:num>
  <w:num w:numId="3" w16cid:durableId="223760449">
    <w:abstractNumId w:val="5"/>
  </w:num>
  <w:num w:numId="4" w16cid:durableId="1195726347">
    <w:abstractNumId w:val="4"/>
  </w:num>
  <w:num w:numId="5" w16cid:durableId="1084691488">
    <w:abstractNumId w:val="7"/>
  </w:num>
  <w:num w:numId="6" w16cid:durableId="1456678917">
    <w:abstractNumId w:val="3"/>
  </w:num>
  <w:num w:numId="7" w16cid:durableId="558902752">
    <w:abstractNumId w:val="2"/>
  </w:num>
  <w:num w:numId="8" w16cid:durableId="1555387150">
    <w:abstractNumId w:val="1"/>
  </w:num>
  <w:num w:numId="9" w16cid:durableId="397870737">
    <w:abstractNumId w:val="0"/>
  </w:num>
  <w:num w:numId="10" w16cid:durableId="1154175666">
    <w:abstractNumId w:val="7"/>
    <w:lvlOverride w:ilvl="0">
      <w:startOverride w:val="1"/>
    </w:lvlOverride>
  </w:num>
  <w:num w:numId="11" w16cid:durableId="459029618">
    <w:abstractNumId w:val="7"/>
    <w:lvlOverride w:ilvl="0">
      <w:startOverride w:val="1"/>
    </w:lvlOverride>
  </w:num>
  <w:num w:numId="12" w16cid:durableId="6936560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78B6"/>
    <w:rsid w:val="00017C5B"/>
    <w:rsid w:val="00034616"/>
    <w:rsid w:val="00042723"/>
    <w:rsid w:val="00043198"/>
    <w:rsid w:val="0006063C"/>
    <w:rsid w:val="00065164"/>
    <w:rsid w:val="00080821"/>
    <w:rsid w:val="000B5D8F"/>
    <w:rsid w:val="000C11BD"/>
    <w:rsid w:val="000C1447"/>
    <w:rsid w:val="000E3576"/>
    <w:rsid w:val="00101EC7"/>
    <w:rsid w:val="00107B75"/>
    <w:rsid w:val="00111FEE"/>
    <w:rsid w:val="00116D67"/>
    <w:rsid w:val="001274AB"/>
    <w:rsid w:val="00130116"/>
    <w:rsid w:val="0013250B"/>
    <w:rsid w:val="00140C40"/>
    <w:rsid w:val="00145A56"/>
    <w:rsid w:val="0015074B"/>
    <w:rsid w:val="00166D43"/>
    <w:rsid w:val="00176DDF"/>
    <w:rsid w:val="00195CA9"/>
    <w:rsid w:val="001A103D"/>
    <w:rsid w:val="001A3AE5"/>
    <w:rsid w:val="001C585B"/>
    <w:rsid w:val="001D0832"/>
    <w:rsid w:val="001F3C2B"/>
    <w:rsid w:val="00220AEB"/>
    <w:rsid w:val="002300D2"/>
    <w:rsid w:val="00231FCA"/>
    <w:rsid w:val="00242B6F"/>
    <w:rsid w:val="00250F95"/>
    <w:rsid w:val="00260065"/>
    <w:rsid w:val="002660BD"/>
    <w:rsid w:val="002765BF"/>
    <w:rsid w:val="00283BDC"/>
    <w:rsid w:val="0028450C"/>
    <w:rsid w:val="00285603"/>
    <w:rsid w:val="00285BDE"/>
    <w:rsid w:val="0029351A"/>
    <w:rsid w:val="0029639D"/>
    <w:rsid w:val="00296D34"/>
    <w:rsid w:val="002A643E"/>
    <w:rsid w:val="002B28F1"/>
    <w:rsid w:val="002C330F"/>
    <w:rsid w:val="002D0426"/>
    <w:rsid w:val="002D54C1"/>
    <w:rsid w:val="002E1ADE"/>
    <w:rsid w:val="002E421C"/>
    <w:rsid w:val="002F12D6"/>
    <w:rsid w:val="002F4E1D"/>
    <w:rsid w:val="002F507D"/>
    <w:rsid w:val="00302B6D"/>
    <w:rsid w:val="00305928"/>
    <w:rsid w:val="00307D35"/>
    <w:rsid w:val="00314A66"/>
    <w:rsid w:val="00326F90"/>
    <w:rsid w:val="00341B40"/>
    <w:rsid w:val="0035414F"/>
    <w:rsid w:val="00360FD3"/>
    <w:rsid w:val="0037103B"/>
    <w:rsid w:val="00381853"/>
    <w:rsid w:val="00383BE2"/>
    <w:rsid w:val="003907D9"/>
    <w:rsid w:val="003914E3"/>
    <w:rsid w:val="003D3220"/>
    <w:rsid w:val="003D5E64"/>
    <w:rsid w:val="003E4A85"/>
    <w:rsid w:val="003E4BE5"/>
    <w:rsid w:val="00403008"/>
    <w:rsid w:val="004232BF"/>
    <w:rsid w:val="00426D46"/>
    <w:rsid w:val="00432CEF"/>
    <w:rsid w:val="00436985"/>
    <w:rsid w:val="00442861"/>
    <w:rsid w:val="004431F7"/>
    <w:rsid w:val="0045102D"/>
    <w:rsid w:val="004659E1"/>
    <w:rsid w:val="00476430"/>
    <w:rsid w:val="00477E29"/>
    <w:rsid w:val="00477F3A"/>
    <w:rsid w:val="0048478E"/>
    <w:rsid w:val="0048759D"/>
    <w:rsid w:val="004A193C"/>
    <w:rsid w:val="004A6E6F"/>
    <w:rsid w:val="004C488A"/>
    <w:rsid w:val="004D3F8F"/>
    <w:rsid w:val="0051503B"/>
    <w:rsid w:val="005259D8"/>
    <w:rsid w:val="005341F9"/>
    <w:rsid w:val="00541FBF"/>
    <w:rsid w:val="005501FA"/>
    <w:rsid w:val="00551CE7"/>
    <w:rsid w:val="00562BB6"/>
    <w:rsid w:val="0057497C"/>
    <w:rsid w:val="00574C0F"/>
    <w:rsid w:val="005919B1"/>
    <w:rsid w:val="005A4AB5"/>
    <w:rsid w:val="005C2440"/>
    <w:rsid w:val="005C3286"/>
    <w:rsid w:val="005D6D0B"/>
    <w:rsid w:val="005F0B18"/>
    <w:rsid w:val="005F0D59"/>
    <w:rsid w:val="00600628"/>
    <w:rsid w:val="00602E60"/>
    <w:rsid w:val="006069D2"/>
    <w:rsid w:val="0061407B"/>
    <w:rsid w:val="006363AF"/>
    <w:rsid w:val="00644BE6"/>
    <w:rsid w:val="00645BE9"/>
    <w:rsid w:val="0066033F"/>
    <w:rsid w:val="006621DA"/>
    <w:rsid w:val="00664ACA"/>
    <w:rsid w:val="00675EAD"/>
    <w:rsid w:val="006901D0"/>
    <w:rsid w:val="006907DA"/>
    <w:rsid w:val="00694E69"/>
    <w:rsid w:val="006A095D"/>
    <w:rsid w:val="006A626A"/>
    <w:rsid w:val="006A7DF6"/>
    <w:rsid w:val="006D4337"/>
    <w:rsid w:val="00731150"/>
    <w:rsid w:val="00736C41"/>
    <w:rsid w:val="0074080B"/>
    <w:rsid w:val="00750AD4"/>
    <w:rsid w:val="007722A0"/>
    <w:rsid w:val="007806AA"/>
    <w:rsid w:val="007975C4"/>
    <w:rsid w:val="007A1E3B"/>
    <w:rsid w:val="007B45A1"/>
    <w:rsid w:val="007B7119"/>
    <w:rsid w:val="007C3669"/>
    <w:rsid w:val="007C79A4"/>
    <w:rsid w:val="007C7E7C"/>
    <w:rsid w:val="0081181E"/>
    <w:rsid w:val="008157EB"/>
    <w:rsid w:val="00816459"/>
    <w:rsid w:val="00831AB5"/>
    <w:rsid w:val="00846030"/>
    <w:rsid w:val="00857BD3"/>
    <w:rsid w:val="00862094"/>
    <w:rsid w:val="00867D90"/>
    <w:rsid w:val="00887900"/>
    <w:rsid w:val="0089331C"/>
    <w:rsid w:val="008A703C"/>
    <w:rsid w:val="008B1E62"/>
    <w:rsid w:val="008B3F50"/>
    <w:rsid w:val="008B512C"/>
    <w:rsid w:val="008C6E7C"/>
    <w:rsid w:val="008E1D54"/>
    <w:rsid w:val="008E2C81"/>
    <w:rsid w:val="008E390D"/>
    <w:rsid w:val="008E4F23"/>
    <w:rsid w:val="008E5056"/>
    <w:rsid w:val="009034B5"/>
    <w:rsid w:val="00907F09"/>
    <w:rsid w:val="00914CE8"/>
    <w:rsid w:val="009267A3"/>
    <w:rsid w:val="009275FE"/>
    <w:rsid w:val="0092790A"/>
    <w:rsid w:val="00955F9F"/>
    <w:rsid w:val="00965697"/>
    <w:rsid w:val="009733B8"/>
    <w:rsid w:val="00973FAC"/>
    <w:rsid w:val="00990A88"/>
    <w:rsid w:val="00990C6C"/>
    <w:rsid w:val="009915DC"/>
    <w:rsid w:val="009D26DB"/>
    <w:rsid w:val="009F20E3"/>
    <w:rsid w:val="009F4671"/>
    <w:rsid w:val="00A01A2A"/>
    <w:rsid w:val="00A121B1"/>
    <w:rsid w:val="00A1329D"/>
    <w:rsid w:val="00A35AA7"/>
    <w:rsid w:val="00A37806"/>
    <w:rsid w:val="00A56A3B"/>
    <w:rsid w:val="00A62AB9"/>
    <w:rsid w:val="00A6543D"/>
    <w:rsid w:val="00A71E21"/>
    <w:rsid w:val="00A77861"/>
    <w:rsid w:val="00A82627"/>
    <w:rsid w:val="00AA1D8D"/>
    <w:rsid w:val="00AA2E48"/>
    <w:rsid w:val="00AA4CCE"/>
    <w:rsid w:val="00AB6335"/>
    <w:rsid w:val="00AD425F"/>
    <w:rsid w:val="00AD57A0"/>
    <w:rsid w:val="00AF1AAF"/>
    <w:rsid w:val="00AF2025"/>
    <w:rsid w:val="00AF702E"/>
    <w:rsid w:val="00B165D6"/>
    <w:rsid w:val="00B1771B"/>
    <w:rsid w:val="00B21B00"/>
    <w:rsid w:val="00B22CC4"/>
    <w:rsid w:val="00B27FEE"/>
    <w:rsid w:val="00B46D96"/>
    <w:rsid w:val="00B47730"/>
    <w:rsid w:val="00B50ED2"/>
    <w:rsid w:val="00B8166B"/>
    <w:rsid w:val="00B90C8B"/>
    <w:rsid w:val="00B91E3E"/>
    <w:rsid w:val="00B93725"/>
    <w:rsid w:val="00B97CA1"/>
    <w:rsid w:val="00BA2688"/>
    <w:rsid w:val="00BC196B"/>
    <w:rsid w:val="00BE48BB"/>
    <w:rsid w:val="00BF1A1F"/>
    <w:rsid w:val="00C01DAF"/>
    <w:rsid w:val="00C051E1"/>
    <w:rsid w:val="00C07D33"/>
    <w:rsid w:val="00C162BD"/>
    <w:rsid w:val="00C47F07"/>
    <w:rsid w:val="00C548E3"/>
    <w:rsid w:val="00C606A6"/>
    <w:rsid w:val="00C64963"/>
    <w:rsid w:val="00C65BB8"/>
    <w:rsid w:val="00C677BC"/>
    <w:rsid w:val="00C93042"/>
    <w:rsid w:val="00CA2A09"/>
    <w:rsid w:val="00CB0664"/>
    <w:rsid w:val="00CC34DC"/>
    <w:rsid w:val="00CD0D64"/>
    <w:rsid w:val="00CD4602"/>
    <w:rsid w:val="00CE3442"/>
    <w:rsid w:val="00CE390B"/>
    <w:rsid w:val="00CE3B9D"/>
    <w:rsid w:val="00D03608"/>
    <w:rsid w:val="00D066D7"/>
    <w:rsid w:val="00D06DA1"/>
    <w:rsid w:val="00D16763"/>
    <w:rsid w:val="00D179EF"/>
    <w:rsid w:val="00D2651E"/>
    <w:rsid w:val="00D37A24"/>
    <w:rsid w:val="00D54D71"/>
    <w:rsid w:val="00D577FA"/>
    <w:rsid w:val="00D604DD"/>
    <w:rsid w:val="00D61CD3"/>
    <w:rsid w:val="00D62340"/>
    <w:rsid w:val="00D63DE4"/>
    <w:rsid w:val="00D75CBB"/>
    <w:rsid w:val="00D75EE9"/>
    <w:rsid w:val="00D76CA5"/>
    <w:rsid w:val="00D76E28"/>
    <w:rsid w:val="00D808A2"/>
    <w:rsid w:val="00D80C73"/>
    <w:rsid w:val="00D81A2F"/>
    <w:rsid w:val="00D86178"/>
    <w:rsid w:val="00D86E98"/>
    <w:rsid w:val="00D92B24"/>
    <w:rsid w:val="00DA5AFE"/>
    <w:rsid w:val="00DA5F4E"/>
    <w:rsid w:val="00DB25AC"/>
    <w:rsid w:val="00DD2B93"/>
    <w:rsid w:val="00DD76AF"/>
    <w:rsid w:val="00E01822"/>
    <w:rsid w:val="00E12ABC"/>
    <w:rsid w:val="00E14B2B"/>
    <w:rsid w:val="00E21BD4"/>
    <w:rsid w:val="00E3430D"/>
    <w:rsid w:val="00E4277F"/>
    <w:rsid w:val="00E42C3D"/>
    <w:rsid w:val="00E47169"/>
    <w:rsid w:val="00E51A0B"/>
    <w:rsid w:val="00E57BD7"/>
    <w:rsid w:val="00E84C2C"/>
    <w:rsid w:val="00E92B7D"/>
    <w:rsid w:val="00EA2E6B"/>
    <w:rsid w:val="00EA4D80"/>
    <w:rsid w:val="00EA51A3"/>
    <w:rsid w:val="00EA60DE"/>
    <w:rsid w:val="00EA7491"/>
    <w:rsid w:val="00EC5C98"/>
    <w:rsid w:val="00EE3FCD"/>
    <w:rsid w:val="00EE7145"/>
    <w:rsid w:val="00F077F5"/>
    <w:rsid w:val="00F2317F"/>
    <w:rsid w:val="00F33747"/>
    <w:rsid w:val="00F4621E"/>
    <w:rsid w:val="00F530AB"/>
    <w:rsid w:val="00F534DB"/>
    <w:rsid w:val="00F7282D"/>
    <w:rsid w:val="00F8360B"/>
    <w:rsid w:val="00F84DED"/>
    <w:rsid w:val="00FA1C3A"/>
    <w:rsid w:val="00FA6411"/>
    <w:rsid w:val="00FB2CB7"/>
    <w:rsid w:val="00FC121F"/>
    <w:rsid w:val="00FC17BC"/>
    <w:rsid w:val="00FC5FDC"/>
    <w:rsid w:val="00FC693F"/>
    <w:rsid w:val="00FE30C4"/>
    <w:rsid w:val="00FE3814"/>
    <w:rsid w:val="00FF56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F7A0573F-7BEF-41BD-A24B-0B024CB8C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59" w:lineRule="auto"/>
    </w:pPr>
    <w:rPr>
      <w:rFonts w:ascii="Times New Roman" w:eastAsia="Times New Roman" w:hAnsi="Times New Roman"/>
      <w:sz w:val="24"/>
    </w:rPr>
  </w:style>
  <w:style w:type="paragraph" w:styleId="Naslov1">
    <w:name w:val="heading 1"/>
    <w:basedOn w:val="Normal"/>
    <w:next w:val="Normal"/>
    <w:link w:val="Naslov1Char"/>
    <w:uiPriority w:val="9"/>
    <w:qFormat/>
    <w:rsid w:val="00FC693F"/>
    <w:pPr>
      <w:keepNext/>
      <w:keepLines/>
      <w:spacing w:before="240"/>
      <w:outlineLvl w:val="0"/>
    </w:pPr>
    <w:rPr>
      <w:rFonts w:asciiTheme="majorHAnsi" w:eastAsiaTheme="majorEastAsia" w:hAnsiTheme="majorHAnsi" w:cstheme="majorBidi"/>
      <w:b/>
      <w:bCs/>
      <w:color w:val="365F91" w:themeColor="accent1" w:themeShade="BF"/>
      <w:sz w:val="26"/>
      <w:szCs w:val="28"/>
    </w:rPr>
  </w:style>
  <w:style w:type="paragraph" w:styleId="Naslov2">
    <w:name w:val="heading 2"/>
    <w:basedOn w:val="Normal"/>
    <w:next w:val="Normal"/>
    <w:link w:val="Naslov2Char"/>
    <w:uiPriority w:val="9"/>
    <w:unhideWhenUsed/>
    <w:qFormat/>
    <w:rsid w:val="00FC693F"/>
    <w:pPr>
      <w:keepNext/>
      <w:keepLines/>
      <w:spacing w:before="240"/>
      <w:outlineLvl w:val="1"/>
    </w:pPr>
    <w:rPr>
      <w:rFonts w:asciiTheme="majorHAnsi" w:eastAsiaTheme="majorEastAsia" w:hAnsiTheme="majorHAnsi" w:cstheme="majorBidi"/>
      <w:b/>
      <w:bCs/>
      <w:color w:val="4F81BD" w:themeColor="accent1"/>
      <w:sz w:val="23"/>
      <w:szCs w:val="26"/>
    </w:rPr>
  </w:style>
  <w:style w:type="paragraph" w:styleId="Naslov3">
    <w:name w:val="heading 3"/>
    <w:basedOn w:val="Normal"/>
    <w:next w:val="Normal"/>
    <w:link w:val="Naslov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Naslov4">
    <w:name w:val="heading 4"/>
    <w:basedOn w:val="Normal"/>
    <w:next w:val="Normal"/>
    <w:link w:val="Naslov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slov5">
    <w:name w:val="heading 5"/>
    <w:basedOn w:val="Normal"/>
    <w:next w:val="Normal"/>
    <w:link w:val="Naslov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slov6">
    <w:name w:val="heading 6"/>
    <w:basedOn w:val="Normal"/>
    <w:next w:val="Normal"/>
    <w:link w:val="Naslov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slov7">
    <w:name w:val="heading 7"/>
    <w:basedOn w:val="Normal"/>
    <w:next w:val="Normal"/>
    <w:link w:val="Naslov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slov8">
    <w:name w:val="heading 8"/>
    <w:basedOn w:val="Normal"/>
    <w:next w:val="Normal"/>
    <w:link w:val="Naslov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slov9">
    <w:name w:val="heading 9"/>
    <w:basedOn w:val="Normal"/>
    <w:next w:val="Normal"/>
    <w:link w:val="Naslov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E618BF"/>
    <w:pPr>
      <w:tabs>
        <w:tab w:val="center" w:pos="4680"/>
        <w:tab w:val="right" w:pos="9360"/>
      </w:tabs>
      <w:spacing w:after="0" w:line="240" w:lineRule="auto"/>
    </w:pPr>
  </w:style>
  <w:style w:type="character" w:customStyle="1" w:styleId="ZaglavljeChar">
    <w:name w:val="Zaglavlje Char"/>
    <w:basedOn w:val="Zadanifontodlomka"/>
    <w:link w:val="Zaglavlje"/>
    <w:uiPriority w:val="99"/>
    <w:rsid w:val="00E618BF"/>
  </w:style>
  <w:style w:type="paragraph" w:styleId="Podnoje">
    <w:name w:val="footer"/>
    <w:basedOn w:val="Normal"/>
    <w:link w:val="PodnojeChar"/>
    <w:uiPriority w:val="99"/>
    <w:unhideWhenUsed/>
    <w:rsid w:val="00E618BF"/>
    <w:pPr>
      <w:tabs>
        <w:tab w:val="center" w:pos="4680"/>
        <w:tab w:val="right" w:pos="9360"/>
      </w:tabs>
      <w:spacing w:after="0" w:line="240" w:lineRule="auto"/>
    </w:pPr>
  </w:style>
  <w:style w:type="character" w:customStyle="1" w:styleId="PodnojeChar">
    <w:name w:val="Podnožje Char"/>
    <w:basedOn w:val="Zadanifontodlomka"/>
    <w:link w:val="Podnoje"/>
    <w:uiPriority w:val="99"/>
    <w:rsid w:val="00E618BF"/>
  </w:style>
  <w:style w:type="paragraph" w:styleId="Bezproreda">
    <w:name w:val="No Spacing"/>
    <w:uiPriority w:val="1"/>
    <w:qFormat/>
    <w:rsid w:val="00FC693F"/>
    <w:pPr>
      <w:spacing w:after="0" w:line="240" w:lineRule="auto"/>
    </w:pPr>
  </w:style>
  <w:style w:type="character" w:customStyle="1" w:styleId="Naslov1Char">
    <w:name w:val="Naslov 1 Char"/>
    <w:basedOn w:val="Zadanifontodlomka"/>
    <w:link w:val="Naslov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slov2Char">
    <w:name w:val="Naslov 2 Char"/>
    <w:basedOn w:val="Zadanifontodlomka"/>
    <w:link w:val="Naslov2"/>
    <w:uiPriority w:val="9"/>
    <w:rsid w:val="00FC693F"/>
    <w:rPr>
      <w:rFonts w:asciiTheme="majorHAnsi" w:eastAsiaTheme="majorEastAsia" w:hAnsiTheme="majorHAnsi" w:cstheme="majorBidi"/>
      <w:b/>
      <w:bCs/>
      <w:color w:val="4F81BD" w:themeColor="accent1"/>
      <w:sz w:val="26"/>
      <w:szCs w:val="26"/>
    </w:rPr>
  </w:style>
  <w:style w:type="character" w:customStyle="1" w:styleId="Naslov3Char">
    <w:name w:val="Naslov 3 Char"/>
    <w:basedOn w:val="Zadanifontodlomka"/>
    <w:link w:val="Naslov3"/>
    <w:uiPriority w:val="9"/>
    <w:rsid w:val="00FC693F"/>
    <w:rPr>
      <w:rFonts w:asciiTheme="majorHAnsi" w:eastAsiaTheme="majorEastAsia" w:hAnsiTheme="majorHAnsi" w:cstheme="majorBidi"/>
      <w:b/>
      <w:bCs/>
      <w:color w:val="4F81BD" w:themeColor="accent1"/>
    </w:rPr>
  </w:style>
  <w:style w:type="paragraph" w:styleId="Naslov">
    <w:name w:val="Title"/>
    <w:basedOn w:val="Normal"/>
    <w:next w:val="Normal"/>
    <w:link w:val="Naslov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aslovChar">
    <w:name w:val="Naslov Char"/>
    <w:basedOn w:val="Zadanifontodlomka"/>
    <w:link w:val="Naslov"/>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naslov">
    <w:name w:val="Subtitle"/>
    <w:basedOn w:val="Normal"/>
    <w:next w:val="Normal"/>
    <w:link w:val="Podnaslov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PodnaslovChar">
    <w:name w:val="Podnaslov Char"/>
    <w:basedOn w:val="Zadanifontodlomka"/>
    <w:link w:val="Podnaslov"/>
    <w:uiPriority w:val="11"/>
    <w:rsid w:val="00FC693F"/>
    <w:rPr>
      <w:rFonts w:asciiTheme="majorHAnsi" w:eastAsiaTheme="majorEastAsia" w:hAnsiTheme="majorHAnsi" w:cstheme="majorBidi"/>
      <w:i/>
      <w:iCs/>
      <w:color w:val="4F81BD" w:themeColor="accent1"/>
      <w:spacing w:val="15"/>
      <w:sz w:val="24"/>
      <w:szCs w:val="24"/>
    </w:rPr>
  </w:style>
  <w:style w:type="paragraph" w:styleId="Odlomakpopisa">
    <w:name w:val="List Paragraph"/>
    <w:basedOn w:val="Normal"/>
    <w:uiPriority w:val="34"/>
    <w:qFormat/>
    <w:rsid w:val="00FC693F"/>
    <w:pPr>
      <w:ind w:left="720"/>
      <w:contextualSpacing/>
    </w:pPr>
  </w:style>
  <w:style w:type="paragraph" w:styleId="Tijeloteksta">
    <w:name w:val="Body Text"/>
    <w:basedOn w:val="Normal"/>
    <w:link w:val="TijelotekstaChar"/>
    <w:uiPriority w:val="99"/>
    <w:unhideWhenUsed/>
    <w:rsid w:val="00AA1D8D"/>
  </w:style>
  <w:style w:type="character" w:customStyle="1" w:styleId="TijelotekstaChar">
    <w:name w:val="Tijelo teksta Char"/>
    <w:basedOn w:val="Zadanifontodlomka"/>
    <w:link w:val="Tijeloteksta"/>
    <w:uiPriority w:val="99"/>
    <w:rsid w:val="00AA1D8D"/>
  </w:style>
  <w:style w:type="paragraph" w:styleId="Tijeloteksta2">
    <w:name w:val="Body Text 2"/>
    <w:basedOn w:val="Normal"/>
    <w:link w:val="Tijeloteksta2Char"/>
    <w:uiPriority w:val="99"/>
    <w:unhideWhenUsed/>
    <w:rsid w:val="00AA1D8D"/>
    <w:pPr>
      <w:spacing w:line="480" w:lineRule="auto"/>
    </w:pPr>
  </w:style>
  <w:style w:type="character" w:customStyle="1" w:styleId="Tijeloteksta2Char">
    <w:name w:val="Tijelo teksta 2 Char"/>
    <w:basedOn w:val="Zadanifontodlomka"/>
    <w:link w:val="Tijeloteksta2"/>
    <w:uiPriority w:val="99"/>
    <w:rsid w:val="00AA1D8D"/>
  </w:style>
  <w:style w:type="paragraph" w:styleId="Tijeloteksta3">
    <w:name w:val="Body Text 3"/>
    <w:basedOn w:val="Normal"/>
    <w:link w:val="Tijeloteksta3Char"/>
    <w:uiPriority w:val="99"/>
    <w:unhideWhenUsed/>
    <w:rsid w:val="00AA1D8D"/>
    <w:rPr>
      <w:sz w:val="16"/>
      <w:szCs w:val="16"/>
    </w:rPr>
  </w:style>
  <w:style w:type="character" w:customStyle="1" w:styleId="Tijeloteksta3Char">
    <w:name w:val="Tijelo teksta 3 Char"/>
    <w:basedOn w:val="Zadanifontodlomka"/>
    <w:link w:val="Tijeloteksta3"/>
    <w:uiPriority w:val="99"/>
    <w:rsid w:val="00AA1D8D"/>
    <w:rPr>
      <w:sz w:val="16"/>
      <w:szCs w:val="16"/>
    </w:rPr>
  </w:style>
  <w:style w:type="paragraph" w:styleId="Popis">
    <w:name w:val="List"/>
    <w:basedOn w:val="Normal"/>
    <w:uiPriority w:val="99"/>
    <w:unhideWhenUsed/>
    <w:rsid w:val="00AA1D8D"/>
    <w:pPr>
      <w:ind w:left="360" w:hanging="360"/>
      <w:contextualSpacing/>
    </w:pPr>
  </w:style>
  <w:style w:type="paragraph" w:styleId="Popis2">
    <w:name w:val="List 2"/>
    <w:basedOn w:val="Normal"/>
    <w:uiPriority w:val="99"/>
    <w:unhideWhenUsed/>
    <w:rsid w:val="00326F90"/>
    <w:pPr>
      <w:ind w:left="720" w:hanging="360"/>
      <w:contextualSpacing/>
    </w:pPr>
  </w:style>
  <w:style w:type="paragraph" w:styleId="Popis3">
    <w:name w:val="List 3"/>
    <w:basedOn w:val="Normal"/>
    <w:uiPriority w:val="99"/>
    <w:unhideWhenUsed/>
    <w:rsid w:val="00326F90"/>
    <w:pPr>
      <w:ind w:left="1080" w:hanging="360"/>
      <w:contextualSpacing/>
    </w:pPr>
  </w:style>
  <w:style w:type="paragraph" w:styleId="Grafikeoznake">
    <w:name w:val="List Bullet"/>
    <w:basedOn w:val="Normal"/>
    <w:uiPriority w:val="99"/>
    <w:unhideWhenUsed/>
    <w:rsid w:val="00326F90"/>
    <w:pPr>
      <w:numPr>
        <w:numId w:val="1"/>
      </w:numPr>
      <w:contextualSpacing/>
    </w:pPr>
  </w:style>
  <w:style w:type="paragraph" w:styleId="Grafikeoznake2">
    <w:name w:val="List Bullet 2"/>
    <w:basedOn w:val="Normal"/>
    <w:uiPriority w:val="99"/>
    <w:unhideWhenUsed/>
    <w:rsid w:val="00326F90"/>
    <w:pPr>
      <w:numPr>
        <w:numId w:val="2"/>
      </w:numPr>
      <w:contextualSpacing/>
    </w:pPr>
  </w:style>
  <w:style w:type="paragraph" w:styleId="Grafikeoznake3">
    <w:name w:val="List Bullet 3"/>
    <w:basedOn w:val="Normal"/>
    <w:uiPriority w:val="99"/>
    <w:unhideWhenUsed/>
    <w:rsid w:val="00326F90"/>
    <w:pPr>
      <w:numPr>
        <w:numId w:val="3"/>
      </w:numPr>
      <w:contextualSpacing/>
    </w:pPr>
  </w:style>
  <w:style w:type="paragraph" w:styleId="Brojevi">
    <w:name w:val="List Number"/>
    <w:basedOn w:val="Normal"/>
    <w:uiPriority w:val="99"/>
    <w:unhideWhenUsed/>
    <w:rsid w:val="00326F90"/>
    <w:pPr>
      <w:numPr>
        <w:numId w:val="5"/>
      </w:numPr>
      <w:contextualSpacing/>
    </w:pPr>
  </w:style>
  <w:style w:type="paragraph" w:styleId="Brojevi2">
    <w:name w:val="List Number 2"/>
    <w:basedOn w:val="Normal"/>
    <w:uiPriority w:val="99"/>
    <w:unhideWhenUsed/>
    <w:rsid w:val="0029639D"/>
    <w:pPr>
      <w:numPr>
        <w:numId w:val="6"/>
      </w:numPr>
      <w:contextualSpacing/>
    </w:pPr>
  </w:style>
  <w:style w:type="paragraph" w:styleId="Brojevi3">
    <w:name w:val="List Number 3"/>
    <w:basedOn w:val="Normal"/>
    <w:uiPriority w:val="99"/>
    <w:unhideWhenUsed/>
    <w:rsid w:val="0029639D"/>
    <w:pPr>
      <w:numPr>
        <w:numId w:val="7"/>
      </w:numPr>
      <w:contextualSpacing/>
    </w:pPr>
  </w:style>
  <w:style w:type="paragraph" w:styleId="Nastavakpopisa">
    <w:name w:val="List Continue"/>
    <w:basedOn w:val="Normal"/>
    <w:uiPriority w:val="99"/>
    <w:unhideWhenUsed/>
    <w:rsid w:val="0029639D"/>
    <w:pPr>
      <w:ind w:left="360"/>
      <w:contextualSpacing/>
    </w:pPr>
  </w:style>
  <w:style w:type="paragraph" w:styleId="Nastavakpopisa2">
    <w:name w:val="List Continue 2"/>
    <w:basedOn w:val="Normal"/>
    <w:uiPriority w:val="99"/>
    <w:unhideWhenUsed/>
    <w:rsid w:val="0029639D"/>
    <w:pPr>
      <w:ind w:left="720"/>
      <w:contextualSpacing/>
    </w:pPr>
  </w:style>
  <w:style w:type="paragraph" w:styleId="Nastavakpopisa3">
    <w:name w:val="List Continue 3"/>
    <w:basedOn w:val="Normal"/>
    <w:uiPriority w:val="99"/>
    <w:unhideWhenUsed/>
    <w:rsid w:val="0029639D"/>
    <w:pPr>
      <w:ind w:left="1080"/>
      <w:contextualSpacing/>
    </w:pPr>
  </w:style>
  <w:style w:type="paragraph" w:styleId="Tekstmakronaredbe">
    <w:name w:val="macro"/>
    <w:link w:val="Tekstmakronaredbe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kstmakronaredbeChar">
    <w:name w:val="Tekst makronaredbe Char"/>
    <w:basedOn w:val="Zadanifontodlomka"/>
    <w:link w:val="Tekstmakronaredbe"/>
    <w:uiPriority w:val="99"/>
    <w:rsid w:val="0029639D"/>
    <w:rPr>
      <w:rFonts w:ascii="Courier" w:hAnsi="Courier"/>
      <w:sz w:val="20"/>
      <w:szCs w:val="20"/>
    </w:rPr>
  </w:style>
  <w:style w:type="paragraph" w:styleId="Citat">
    <w:name w:val="Quote"/>
    <w:basedOn w:val="Normal"/>
    <w:next w:val="Normal"/>
    <w:link w:val="CitatChar"/>
    <w:uiPriority w:val="29"/>
    <w:qFormat/>
    <w:rsid w:val="00FC693F"/>
    <w:rPr>
      <w:i/>
      <w:iCs/>
      <w:color w:val="000000" w:themeColor="text1"/>
    </w:rPr>
  </w:style>
  <w:style w:type="character" w:customStyle="1" w:styleId="CitatChar">
    <w:name w:val="Citat Char"/>
    <w:basedOn w:val="Zadanifontodlomka"/>
    <w:link w:val="Citat"/>
    <w:uiPriority w:val="29"/>
    <w:rsid w:val="00FC693F"/>
    <w:rPr>
      <w:i/>
      <w:iCs/>
      <w:color w:val="000000" w:themeColor="text1"/>
    </w:rPr>
  </w:style>
  <w:style w:type="character" w:customStyle="1" w:styleId="Naslov4Char">
    <w:name w:val="Naslov 4 Char"/>
    <w:basedOn w:val="Zadanifontodlomka"/>
    <w:link w:val="Naslov4"/>
    <w:uiPriority w:val="9"/>
    <w:semiHidden/>
    <w:rsid w:val="00FC693F"/>
    <w:rPr>
      <w:rFonts w:asciiTheme="majorHAnsi" w:eastAsiaTheme="majorEastAsia" w:hAnsiTheme="majorHAnsi" w:cstheme="majorBidi"/>
      <w:b/>
      <w:bCs/>
      <w:i/>
      <w:iCs/>
      <w:color w:val="4F81BD" w:themeColor="accent1"/>
    </w:rPr>
  </w:style>
  <w:style w:type="character" w:customStyle="1" w:styleId="Naslov5Char">
    <w:name w:val="Naslov 5 Char"/>
    <w:basedOn w:val="Zadanifontodlomka"/>
    <w:link w:val="Naslov5"/>
    <w:uiPriority w:val="9"/>
    <w:semiHidden/>
    <w:rsid w:val="00FC693F"/>
    <w:rPr>
      <w:rFonts w:asciiTheme="majorHAnsi" w:eastAsiaTheme="majorEastAsia" w:hAnsiTheme="majorHAnsi" w:cstheme="majorBidi"/>
      <w:color w:val="243F60" w:themeColor="accent1" w:themeShade="7F"/>
    </w:rPr>
  </w:style>
  <w:style w:type="character" w:customStyle="1" w:styleId="Naslov6Char">
    <w:name w:val="Naslov 6 Char"/>
    <w:basedOn w:val="Zadanifontodlomka"/>
    <w:link w:val="Naslov6"/>
    <w:uiPriority w:val="9"/>
    <w:semiHidden/>
    <w:rsid w:val="00FC693F"/>
    <w:rPr>
      <w:rFonts w:asciiTheme="majorHAnsi" w:eastAsiaTheme="majorEastAsia" w:hAnsiTheme="majorHAnsi" w:cstheme="majorBidi"/>
      <w:i/>
      <w:iCs/>
      <w:color w:val="243F60" w:themeColor="accent1" w:themeShade="7F"/>
    </w:rPr>
  </w:style>
  <w:style w:type="character" w:customStyle="1" w:styleId="Naslov7Char">
    <w:name w:val="Naslov 7 Char"/>
    <w:basedOn w:val="Zadanifontodlomka"/>
    <w:link w:val="Naslov7"/>
    <w:uiPriority w:val="9"/>
    <w:semiHidden/>
    <w:rsid w:val="00FC693F"/>
    <w:rPr>
      <w:rFonts w:asciiTheme="majorHAnsi" w:eastAsiaTheme="majorEastAsia" w:hAnsiTheme="majorHAnsi" w:cstheme="majorBidi"/>
      <w:i/>
      <w:iCs/>
      <w:color w:val="404040" w:themeColor="text1" w:themeTint="BF"/>
    </w:rPr>
  </w:style>
  <w:style w:type="character" w:customStyle="1" w:styleId="Naslov8Char">
    <w:name w:val="Naslov 8 Char"/>
    <w:basedOn w:val="Zadanifontodlomka"/>
    <w:link w:val="Naslov8"/>
    <w:uiPriority w:val="9"/>
    <w:semiHidden/>
    <w:rsid w:val="00FC693F"/>
    <w:rPr>
      <w:rFonts w:asciiTheme="majorHAnsi" w:eastAsiaTheme="majorEastAsia" w:hAnsiTheme="majorHAnsi" w:cstheme="majorBidi"/>
      <w:color w:val="4F81BD" w:themeColor="accent1"/>
      <w:sz w:val="20"/>
      <w:szCs w:val="20"/>
    </w:rPr>
  </w:style>
  <w:style w:type="character" w:customStyle="1" w:styleId="Naslov9Char">
    <w:name w:val="Naslov 9 Char"/>
    <w:basedOn w:val="Zadanifontodlomka"/>
    <w:link w:val="Naslov9"/>
    <w:uiPriority w:val="9"/>
    <w:semiHidden/>
    <w:rsid w:val="00FC693F"/>
    <w:rPr>
      <w:rFonts w:asciiTheme="majorHAnsi" w:eastAsiaTheme="majorEastAsia" w:hAnsiTheme="majorHAnsi" w:cstheme="majorBidi"/>
      <w:i/>
      <w:iCs/>
      <w:color w:val="404040" w:themeColor="text1" w:themeTint="BF"/>
      <w:sz w:val="20"/>
      <w:szCs w:val="20"/>
    </w:rPr>
  </w:style>
  <w:style w:type="paragraph" w:styleId="Opisslike">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Naglaeno">
    <w:name w:val="Strong"/>
    <w:basedOn w:val="Zadanifontodlomka"/>
    <w:uiPriority w:val="22"/>
    <w:qFormat/>
    <w:rsid w:val="00FC693F"/>
    <w:rPr>
      <w:b/>
      <w:bCs/>
    </w:rPr>
  </w:style>
  <w:style w:type="character" w:styleId="Istaknuto">
    <w:name w:val="Emphasis"/>
    <w:basedOn w:val="Zadanifontodlomka"/>
    <w:uiPriority w:val="20"/>
    <w:qFormat/>
    <w:rsid w:val="00FC693F"/>
    <w:rPr>
      <w:i/>
      <w:iCs/>
    </w:rPr>
  </w:style>
  <w:style w:type="paragraph" w:styleId="Naglaencitat">
    <w:name w:val="Intense Quote"/>
    <w:basedOn w:val="Normal"/>
    <w:next w:val="Normal"/>
    <w:link w:val="Naglaencita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NaglaencitatChar">
    <w:name w:val="Naglašen citat Char"/>
    <w:basedOn w:val="Zadanifontodlomka"/>
    <w:link w:val="Naglaencitat"/>
    <w:uiPriority w:val="30"/>
    <w:rsid w:val="00FC693F"/>
    <w:rPr>
      <w:b/>
      <w:bCs/>
      <w:i/>
      <w:iCs/>
      <w:color w:val="4F81BD" w:themeColor="accent1"/>
    </w:rPr>
  </w:style>
  <w:style w:type="character" w:styleId="Neupadljivoisticanje">
    <w:name w:val="Subtle Emphasis"/>
    <w:basedOn w:val="Zadanifontodlomka"/>
    <w:uiPriority w:val="19"/>
    <w:qFormat/>
    <w:rsid w:val="00FC693F"/>
    <w:rPr>
      <w:i/>
      <w:iCs/>
      <w:color w:val="808080" w:themeColor="text1" w:themeTint="7F"/>
    </w:rPr>
  </w:style>
  <w:style w:type="character" w:styleId="Jakoisticanje">
    <w:name w:val="Intense Emphasis"/>
    <w:basedOn w:val="Zadanifontodlomka"/>
    <w:uiPriority w:val="21"/>
    <w:qFormat/>
    <w:rsid w:val="00FC693F"/>
    <w:rPr>
      <w:b/>
      <w:bCs/>
      <w:i/>
      <w:iCs/>
      <w:color w:val="4F81BD" w:themeColor="accent1"/>
    </w:rPr>
  </w:style>
  <w:style w:type="character" w:styleId="Neupadljivareferenca">
    <w:name w:val="Subtle Reference"/>
    <w:basedOn w:val="Zadanifontodlomka"/>
    <w:uiPriority w:val="31"/>
    <w:qFormat/>
    <w:rsid w:val="00FC693F"/>
    <w:rPr>
      <w:smallCaps/>
      <w:color w:val="C0504D" w:themeColor="accent2"/>
      <w:u w:val="single"/>
    </w:rPr>
  </w:style>
  <w:style w:type="character" w:styleId="Istaknutareferenca">
    <w:name w:val="Intense Reference"/>
    <w:basedOn w:val="Zadanifontodlomka"/>
    <w:uiPriority w:val="32"/>
    <w:qFormat/>
    <w:rsid w:val="00FC693F"/>
    <w:rPr>
      <w:b/>
      <w:bCs/>
      <w:smallCaps/>
      <w:color w:val="C0504D" w:themeColor="accent2"/>
      <w:spacing w:val="5"/>
      <w:u w:val="single"/>
    </w:rPr>
  </w:style>
  <w:style w:type="character" w:styleId="Naslovknjige">
    <w:name w:val="Book Title"/>
    <w:basedOn w:val="Zadanifontodlomka"/>
    <w:uiPriority w:val="33"/>
    <w:qFormat/>
    <w:rsid w:val="00FC693F"/>
    <w:rPr>
      <w:b/>
      <w:bCs/>
      <w:smallCaps/>
      <w:spacing w:val="5"/>
    </w:rPr>
  </w:style>
  <w:style w:type="paragraph" w:styleId="TOCNaslov">
    <w:name w:val="TOC Heading"/>
    <w:basedOn w:val="Naslov1"/>
    <w:next w:val="Normal"/>
    <w:uiPriority w:val="39"/>
    <w:semiHidden/>
    <w:unhideWhenUsed/>
    <w:qFormat/>
    <w:rsid w:val="00FC693F"/>
    <w:pPr>
      <w:outlineLvl w:val="9"/>
    </w:pPr>
  </w:style>
  <w:style w:type="table" w:styleId="Reetkatablice">
    <w:name w:val="Table Grid"/>
    <w:basedOn w:val="Obinatablica"/>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ijetlosjenanje">
    <w:name w:val="Light Shading"/>
    <w:basedOn w:val="Obinatablica"/>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vijetlosjenanje-Isticanje1">
    <w:name w:val="Light Shading Accent 1"/>
    <w:basedOn w:val="Obinatablica"/>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vijetlosjenanje-Isticanje2">
    <w:name w:val="Light Shading Accent 2"/>
    <w:basedOn w:val="Obinatablica"/>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vijetlosjenanje-Isticanje3">
    <w:name w:val="Light Shading Accent 3"/>
    <w:basedOn w:val="Obinatablica"/>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vijetlosjenanje-Isticanje4">
    <w:name w:val="Light Shading Accent 4"/>
    <w:basedOn w:val="Obinatablica"/>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vijetlosjenanje-Isticanje5">
    <w:name w:val="Light Shading Accent 5"/>
    <w:basedOn w:val="Obinatablica"/>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vijetlosjenanje-Isticanje6">
    <w:name w:val="Light Shading Accent 6"/>
    <w:basedOn w:val="Obinatablica"/>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Svijetlipopis">
    <w:name w:val="Light List"/>
    <w:basedOn w:val="Obinatablica"/>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Svijetlipopis-Isticanje1">
    <w:name w:val="Light List Accent 1"/>
    <w:basedOn w:val="Obinatablica"/>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vijetlipopis-Isticanje2">
    <w:name w:val="Light List Accent 2"/>
    <w:basedOn w:val="Obinatablica"/>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Svijetlipopis-Isticanje3">
    <w:name w:val="Light List Accent 3"/>
    <w:basedOn w:val="Obinatablica"/>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Svijetlipopis-Isticanje4">
    <w:name w:val="Light List Accent 4"/>
    <w:basedOn w:val="Obinatablica"/>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Svijetlipopis-Isticanje5">
    <w:name w:val="Light List Accent 5"/>
    <w:basedOn w:val="Obinatablica"/>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Srednjipopis-Isticanje6">
    <w:name w:val="Light List Accent 6"/>
    <w:basedOn w:val="Obinatablica"/>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Svijetlareetka">
    <w:name w:val="Light Grid"/>
    <w:basedOn w:val="Obinatablica"/>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Svijetlareetka-Isticanje1">
    <w:name w:val="Light Grid Accent 1"/>
    <w:basedOn w:val="Obinatablica"/>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Svijetlareetka-Isticanje2">
    <w:name w:val="Light Grid Accent 2"/>
    <w:basedOn w:val="Obinatablica"/>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Svijetlareetka-Isticanje3">
    <w:name w:val="Light Grid Accent 3"/>
    <w:basedOn w:val="Obinatablica"/>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Svijetlareetka-Isticanje4">
    <w:name w:val="Light Grid Accent 4"/>
    <w:basedOn w:val="Obinatablica"/>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Svijetlareetka-Isticanje5">
    <w:name w:val="Light Grid Accent 5"/>
    <w:basedOn w:val="Obinatablica"/>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rednjareetka-Isticanje6">
    <w:name w:val="Light Grid Accent 6"/>
    <w:basedOn w:val="Obinatablica"/>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rednjesjenanje1">
    <w:name w:val="Medium Shading 1"/>
    <w:basedOn w:val="Obinatablica"/>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rednjesjenanje1-Isticanje1">
    <w:name w:val="Medium Shading 1 Accent 1"/>
    <w:basedOn w:val="Obinatablica"/>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rednjesjenanje1-Isticanje2">
    <w:name w:val="Medium Shading 1 Accent 2"/>
    <w:basedOn w:val="Obinatablica"/>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rednjesjenanje1-Isticanje3">
    <w:name w:val="Medium Shading 1 Accent 3"/>
    <w:basedOn w:val="Obinatablica"/>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rednjesjenanje1-Isticanje4">
    <w:name w:val="Medium Shading 1 Accent 4"/>
    <w:basedOn w:val="Obinatablica"/>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rednjesjenanje1-Isticanje5">
    <w:name w:val="Medium Shading 1 Accent 5"/>
    <w:basedOn w:val="Obinatablica"/>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rednjesjenanje1-Isticanje6">
    <w:name w:val="Medium Shading 1 Accent 6"/>
    <w:basedOn w:val="Obinatablica"/>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rednjesjenanje2">
    <w:name w:val="Medium Shading 2"/>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1">
    <w:name w:val="Medium Shading 2 Accent 1"/>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2">
    <w:name w:val="Medium Shading 2 Accent 2"/>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3">
    <w:name w:val="Medium Shading 2 Accent 3"/>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4">
    <w:name w:val="Medium Shading 2 Accent 4"/>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5">
    <w:name w:val="Medium Shading 2 Accent 5"/>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6">
    <w:name w:val="Medium Shading 2 Accent 6"/>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ipopis1">
    <w:name w:val="Medium List 1"/>
    <w:basedOn w:val="Obinatablica"/>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Srednjipopis1-Isticanje1">
    <w:name w:val="Medium List 1 Accent 1"/>
    <w:basedOn w:val="Obinatablica"/>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Srednjipopis1-Isticanje2">
    <w:name w:val="Medium List 1 Accent 2"/>
    <w:basedOn w:val="Obinatablica"/>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Srednjipopis1-Isticanje3">
    <w:name w:val="Medium List 1 Accent 3"/>
    <w:basedOn w:val="Obinatablica"/>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Srednjipopis1-Isticanje4">
    <w:name w:val="Medium List 1 Accent 4"/>
    <w:basedOn w:val="Obinatablica"/>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Srednjipopis1-Isticanje5">
    <w:name w:val="Medium List 1 Accent 5"/>
    <w:basedOn w:val="Obinatablica"/>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Srednjipopis1-Isticanje6">
    <w:name w:val="Medium List 1 Accent 6"/>
    <w:basedOn w:val="Obinatablica"/>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Srednjipopis2">
    <w:name w:val="Medium List 2"/>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1">
    <w:name w:val="Medium List 2 Accent 1"/>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2">
    <w:name w:val="Medium List 2 Accent 2"/>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3">
    <w:name w:val="Medium List 2 Accent 3"/>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4">
    <w:name w:val="Medium List 2 Accent 4"/>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5">
    <w:name w:val="Medium List 2 Accent 5"/>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6">
    <w:name w:val="Medium List 2 Accent 6"/>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areetka1">
    <w:name w:val="Medium Grid 1"/>
    <w:basedOn w:val="Obinatablica"/>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rednjareetka1-Isticanje1">
    <w:name w:val="Medium Grid 1 Accent 1"/>
    <w:basedOn w:val="Obinatablica"/>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Srednjareetka1-Isticanje2">
    <w:name w:val="Medium Grid 1 Accent 2"/>
    <w:basedOn w:val="Obinatablica"/>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rednjareetka1-Isticanje3">
    <w:name w:val="Medium Grid 1 Accent 3"/>
    <w:basedOn w:val="Obinatablica"/>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Srednjareetka1-Isticanje4">
    <w:name w:val="Medium Grid 1 Accent 4"/>
    <w:basedOn w:val="Obinatablica"/>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Srednjareetka1-Isticanje5">
    <w:name w:val="Medium Grid 1 Accent 5"/>
    <w:basedOn w:val="Obinatablica"/>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Srednjareetka1-Isticanje6">
    <w:name w:val="Medium Grid 1 Accent 6"/>
    <w:basedOn w:val="Obinatablica"/>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rednjareetka2">
    <w:name w:val="Medium Grid 2"/>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Srednjareetka2-Isticanje1">
    <w:name w:val="Medium Grid 2 Accent 1"/>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Srednjareetka2-Isticanje2">
    <w:name w:val="Medium Grid 2 Accent 2"/>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Srednjareetka2-Isticanje3">
    <w:name w:val="Medium Grid 2 Accent 3"/>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Srednjareetka2-Isticanje4">
    <w:name w:val="Medium Grid 2 Accent 4"/>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Srednjareetka2-Isticanje5">
    <w:name w:val="Medium Grid 2 Accent 5"/>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Srednjareetka2-Isticanje6">
    <w:name w:val="Medium Grid 2 Accent 6"/>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Srednjareetka3">
    <w:name w:val="Medium Grid 3"/>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Srednjareetka3-Isticanje1">
    <w:name w:val="Medium Grid 3 Accent 1"/>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Srednjareetka3-Isticanje2">
    <w:name w:val="Medium Grid 3 Accent 2"/>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Srednjareetka3-Isticanje3">
    <w:name w:val="Medium Grid 3 Accent 3"/>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Srednjareetka3-Isticanje4">
    <w:name w:val="Medium Grid 3 Accent 4"/>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Srednjareetka3-Isticanje5">
    <w:name w:val="Medium Grid 3 Accent 5"/>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Srednjareetka3-Isticanje6">
    <w:name w:val="Medium Grid 3 Accent 6"/>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Tamnipopis">
    <w:name w:val="Dark List"/>
    <w:basedOn w:val="Obinatablica"/>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amnipopis-Isticanje1">
    <w:name w:val="Dark List Accent 1"/>
    <w:basedOn w:val="Obinatablica"/>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amnipopis-Isticanje2">
    <w:name w:val="Dark List Accent 2"/>
    <w:basedOn w:val="Obinatablica"/>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amnipopis-Isticanje3">
    <w:name w:val="Dark List Accent 3"/>
    <w:basedOn w:val="Obinatablica"/>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amnipopis-Isticanje4">
    <w:name w:val="Dark List Accent 4"/>
    <w:basedOn w:val="Obinatablica"/>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amnipopis-Isticanje5">
    <w:name w:val="Dark List Accent 5"/>
    <w:basedOn w:val="Obinatablica"/>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amnipopis-Isticanje6">
    <w:name w:val="Dark List Accent 6"/>
    <w:basedOn w:val="Obinatablica"/>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Obojanosjenanje">
    <w:name w:val="Colorful Shading"/>
    <w:basedOn w:val="Obinatablic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Obojanosjenanje-Isticanje1">
    <w:name w:val="Colorful Shading Accent 1"/>
    <w:basedOn w:val="Obinatablic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jenanjeuboji-Isticanje2">
    <w:name w:val="Colorful Shading Accent 2"/>
    <w:basedOn w:val="Obinatablic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Obojanosjenanje-Isticanje3">
    <w:name w:val="Colorful Shading Accent 3"/>
    <w:basedOn w:val="Obinatablica"/>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Obojanosjenanje-Isticanje4">
    <w:name w:val="Colorful Shading Accent 4"/>
    <w:basedOn w:val="Obinatablica"/>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Obojanosjenanje-Isticanje5">
    <w:name w:val="Colorful Shading Accent 5"/>
    <w:basedOn w:val="Obinatablica"/>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Obojanosjenanje-Isticanje6">
    <w:name w:val="Colorful Shading Accent 6"/>
    <w:basedOn w:val="Obinatablica"/>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Obojanipopis">
    <w:name w:val="Colorful List"/>
    <w:basedOn w:val="Obinatablica"/>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Obojanipopis-Isticanje1">
    <w:name w:val="Colorful List Accent 1"/>
    <w:basedOn w:val="Obinatablica"/>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Obojanopopis-Isticanje2">
    <w:name w:val="Colorful List Accent 2"/>
    <w:basedOn w:val="Obinatablica"/>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Obojanipopis-Isticanje3">
    <w:name w:val="Colorful List Accent 3"/>
    <w:basedOn w:val="Obinatablica"/>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Obojanipopis-Isticanje4">
    <w:name w:val="Colorful List Accent 4"/>
    <w:basedOn w:val="Obinatablica"/>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Obojanipopis-Isticanje5">
    <w:name w:val="Colorful List Accent 5"/>
    <w:basedOn w:val="Obinatablica"/>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Obojanipopis-Isticanje6">
    <w:name w:val="Colorful List Accent 6"/>
    <w:basedOn w:val="Obinatablica"/>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Obojanareetka">
    <w:name w:val="Colorful Grid"/>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bojanareetka-Isticanje1">
    <w:name w:val="Colorful Grid Accent 1"/>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bojanoreetka-Isticanje2">
    <w:name w:val="Colorful Grid Accent 2"/>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bojanareetka-Isticanje3">
    <w:name w:val="Colorful Grid Accent 3"/>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bojanareetka-Isticanje4">
    <w:name w:val="Colorful Grid Accent 4"/>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bojanareetka-Isticanje5">
    <w:name w:val="Colorful Grid Accent 5"/>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bojanareetka-Isticanje6">
    <w:name w:val="Colorful Grid Accent 6"/>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Referencakomentara">
    <w:name w:val="annotation reference"/>
    <w:basedOn w:val="Zadanifontodlomka"/>
    <w:uiPriority w:val="99"/>
    <w:semiHidden/>
    <w:unhideWhenUsed/>
    <w:rsid w:val="00D604DD"/>
    <w:rPr>
      <w:sz w:val="16"/>
      <w:szCs w:val="16"/>
    </w:rPr>
  </w:style>
  <w:style w:type="paragraph" w:styleId="Tekstkomentara">
    <w:name w:val="annotation text"/>
    <w:basedOn w:val="Normal"/>
    <w:link w:val="TekstkomentaraChar"/>
    <w:uiPriority w:val="99"/>
    <w:unhideWhenUsed/>
    <w:rsid w:val="00D604DD"/>
    <w:pPr>
      <w:spacing w:line="240" w:lineRule="auto"/>
    </w:pPr>
    <w:rPr>
      <w:sz w:val="20"/>
      <w:szCs w:val="20"/>
    </w:rPr>
  </w:style>
  <w:style w:type="character" w:customStyle="1" w:styleId="TekstkomentaraChar">
    <w:name w:val="Tekst komentara Char"/>
    <w:basedOn w:val="Zadanifontodlomka"/>
    <w:link w:val="Tekstkomentara"/>
    <w:uiPriority w:val="99"/>
    <w:rsid w:val="00D604DD"/>
    <w:rPr>
      <w:rFonts w:ascii="Aptos" w:hAnsi="Aptos"/>
      <w:sz w:val="20"/>
      <w:szCs w:val="20"/>
    </w:rPr>
  </w:style>
  <w:style w:type="paragraph" w:styleId="Predmetkomentara">
    <w:name w:val="annotation subject"/>
    <w:basedOn w:val="Tekstkomentara"/>
    <w:next w:val="Tekstkomentara"/>
    <w:link w:val="PredmetkomentaraChar"/>
    <w:uiPriority w:val="99"/>
    <w:semiHidden/>
    <w:unhideWhenUsed/>
    <w:rsid w:val="00D604DD"/>
    <w:rPr>
      <w:b/>
      <w:bCs/>
    </w:rPr>
  </w:style>
  <w:style w:type="character" w:customStyle="1" w:styleId="PredmetkomentaraChar">
    <w:name w:val="Predmet komentara Char"/>
    <w:basedOn w:val="TekstkomentaraChar"/>
    <w:link w:val="Predmetkomentara"/>
    <w:uiPriority w:val="99"/>
    <w:semiHidden/>
    <w:rsid w:val="00D604DD"/>
    <w:rPr>
      <w:rFonts w:ascii="Aptos" w:hAnsi="Aptos"/>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18</Pages>
  <Words>4152</Words>
  <Characters>23669</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27766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Danijel Štula</cp:lastModifiedBy>
  <cp:revision>16</cp:revision>
  <dcterms:created xsi:type="dcterms:W3CDTF">2026-07-16T15:19:00Z</dcterms:created>
  <dcterms:modified xsi:type="dcterms:W3CDTF">2026-07-20T13:18:00Z</dcterms:modified>
  <cp:category/>
</cp:coreProperties>
</file>